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781AE9" w:rsidR="000F7857" w:rsidP="1AF72D40" w:rsidRDefault="008A3349" w14:paraId="58FE95FB" w14:textId="77777777">
      <w:pPr>
        <w:jc w:val="center"/>
        <w:rPr>
          <w:rFonts w:asciiTheme="majorHAnsi" w:hAnsiTheme="majorHAnsi" w:cstheme="majorHAnsi"/>
        </w:rPr>
      </w:pPr>
      <w:r w:rsidRPr="00781AE9">
        <w:rPr>
          <w:rFonts w:asciiTheme="majorHAnsi" w:hAnsiTheme="majorHAnsi" w:cstheme="majorHAnsi"/>
          <w:lang w:eastAsia="nl-NL"/>
        </w:rPr>
        <w:drawing>
          <wp:anchor distT="0" distB="0" distL="114300" distR="114300" simplePos="0" relativeHeight="251664896" behindDoc="0" locked="0" layoutInCell="1" allowOverlap="1" wp14:anchorId="320D43CB" wp14:editId="07777777">
            <wp:simplePos x="0" y="0"/>
            <wp:positionH relativeFrom="column">
              <wp:posOffset>-247650</wp:posOffset>
            </wp:positionH>
            <wp:positionV relativeFrom="paragraph">
              <wp:posOffset>-28575</wp:posOffset>
            </wp:positionV>
            <wp:extent cx="1952625" cy="1933575"/>
            <wp:effectExtent l="19050" t="0" r="9525" b="0"/>
            <wp:wrapNone/>
            <wp:docPr id="2" name="Afbeelding 1" descr="IKC Alexia RGBbeeldsc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C Alexia RGBbeeldscherm.jpg"/>
                    <pic:cNvPicPr/>
                  </pic:nvPicPr>
                  <pic:blipFill>
                    <a:blip r:embed="rId11"/>
                    <a:stretch>
                      <a:fillRect/>
                    </a:stretch>
                  </pic:blipFill>
                  <pic:spPr>
                    <a:xfrm>
                      <a:off x="0" y="0"/>
                      <a:ext cx="1952625" cy="1933575"/>
                    </a:xfrm>
                    <a:prstGeom prst="rect">
                      <a:avLst/>
                    </a:prstGeom>
                  </pic:spPr>
                </pic:pic>
              </a:graphicData>
            </a:graphic>
          </wp:anchor>
        </w:drawing>
      </w:r>
      <w:r w:rsidRPr="00781AE9" w:rsidR="00536A09">
        <w:rPr>
          <w:rFonts w:asciiTheme="majorHAnsi" w:hAnsiTheme="majorHAnsi" w:cstheme="majorHAnsi"/>
        </w:rPr>
        <w:br/>
      </w:r>
      <w:r w:rsidRPr="00781AE9" w:rsidR="00536A09">
        <w:rPr>
          <w:rFonts w:asciiTheme="majorHAnsi" w:hAnsiTheme="majorHAnsi" w:cstheme="majorHAnsi"/>
        </w:rPr>
        <w:br/>
      </w:r>
    </w:p>
    <w:p w:rsidRPr="00781AE9" w:rsidR="000F7857" w:rsidP="1AF72D40" w:rsidRDefault="000F7857" w14:paraId="672A6659" w14:textId="77777777">
      <w:pPr>
        <w:jc w:val="center"/>
        <w:rPr>
          <w:rFonts w:asciiTheme="majorHAnsi" w:hAnsiTheme="majorHAnsi" w:cstheme="majorHAnsi"/>
        </w:rPr>
      </w:pPr>
    </w:p>
    <w:p w:rsidRPr="00781AE9" w:rsidR="000F7857" w:rsidP="1AF72D40" w:rsidRDefault="000F7857" w14:paraId="0A37501D" w14:textId="77777777">
      <w:pPr>
        <w:jc w:val="center"/>
        <w:rPr>
          <w:rFonts w:asciiTheme="majorHAnsi" w:hAnsiTheme="majorHAnsi" w:cstheme="majorHAnsi"/>
        </w:rPr>
      </w:pPr>
    </w:p>
    <w:p w:rsidRPr="00781AE9" w:rsidR="000F7857" w:rsidP="1AF72D40" w:rsidRDefault="000F7857" w14:paraId="5DAB6C7B" w14:textId="77777777">
      <w:pPr>
        <w:jc w:val="center"/>
        <w:rPr>
          <w:rFonts w:asciiTheme="majorHAnsi" w:hAnsiTheme="majorHAnsi" w:cstheme="majorHAnsi"/>
        </w:rPr>
      </w:pPr>
    </w:p>
    <w:p w:rsidRPr="00781AE9" w:rsidR="000F7857" w:rsidP="1AF72D40" w:rsidRDefault="000F7857" w14:paraId="02EB378F" w14:textId="77777777">
      <w:pPr>
        <w:jc w:val="center"/>
        <w:rPr>
          <w:rFonts w:asciiTheme="majorHAnsi" w:hAnsiTheme="majorHAnsi" w:cstheme="majorHAnsi"/>
          <w:b/>
          <w:bCs/>
          <w:sz w:val="56"/>
          <w:szCs w:val="56"/>
        </w:rPr>
      </w:pPr>
    </w:p>
    <w:p w:rsidRPr="00781AE9" w:rsidR="00636CC8" w:rsidP="76B9C6B2" w:rsidRDefault="000F7857" w14:paraId="5BDFB6C5" w14:noSpellErr="1" w14:textId="4C50C4C9">
      <w:pPr>
        <w:jc w:val="center"/>
        <w:rPr>
          <w:rFonts w:ascii="Calibri" w:hAnsi="Calibri" w:cs="Calibri" w:asciiTheme="majorAscii" w:hAnsiTheme="majorAscii" w:cstheme="majorAscii"/>
        </w:rPr>
      </w:pPr>
      <w:r w:rsidRPr="00781AE9">
        <w:rPr>
          <w:rFonts w:asciiTheme="majorHAnsi" w:hAnsiTheme="majorHAnsi" w:cstheme="majorHAnsi"/>
          <w:b/>
          <w:sz w:val="56"/>
          <w:szCs w:val="56"/>
          <w:lang w:eastAsia="nl-NL"/>
        </w:rPr>
        <w:drawing>
          <wp:anchor distT="0" distB="0" distL="114300" distR="114300" simplePos="0" relativeHeight="251653632" behindDoc="0" locked="0" layoutInCell="1" allowOverlap="1" wp14:anchorId="4ACD8D78" wp14:editId="07777777">
            <wp:simplePos x="0" y="0"/>
            <wp:positionH relativeFrom="column">
              <wp:posOffset>1752600</wp:posOffset>
            </wp:positionH>
            <wp:positionV relativeFrom="paragraph">
              <wp:posOffset>1733550</wp:posOffset>
            </wp:positionV>
            <wp:extent cx="2257425" cy="1666875"/>
            <wp:effectExtent l="19050" t="0" r="952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257425" cy="1666875"/>
                    </a:xfrm>
                    <a:prstGeom prst="rect">
                      <a:avLst/>
                    </a:prstGeom>
                    <a:noFill/>
                    <a:ln w="9525">
                      <a:noFill/>
                      <a:miter lim="800000"/>
                      <a:headEnd/>
                      <a:tailEnd/>
                    </a:ln>
                  </pic:spPr>
                </pic:pic>
              </a:graphicData>
            </a:graphic>
          </wp:anchor>
        </w:drawing>
      </w:r>
      <w:r w:rsidRPr="76B9C6B2" w:rsidR="000F7857">
        <w:rPr>
          <w:rFonts w:ascii="Calibri" w:hAnsi="Calibri" w:cs="Calibri" w:asciiTheme="majorAscii" w:hAnsiTheme="majorAscii" w:cstheme="majorAscii"/>
          <w:b w:val="1"/>
          <w:bCs w:val="1"/>
          <w:sz w:val="56"/>
          <w:szCs w:val="56"/>
        </w:rPr>
        <w:t xml:space="preserve">MR Jaarplan  </w:t>
      </w:r>
      <w:r>
        <w:br/>
      </w:r>
      <w:r w:rsidRPr="76B9C6B2" w:rsidR="000F7857">
        <w:rPr>
          <w:rFonts w:ascii="Calibri" w:hAnsi="Calibri" w:cs="Calibri" w:asciiTheme="majorAscii" w:hAnsiTheme="majorAscii" w:cstheme="majorAscii"/>
          <w:b w:val="1"/>
          <w:bCs w:val="1"/>
          <w:sz w:val="56"/>
          <w:szCs w:val="56"/>
        </w:rPr>
        <w:t>202</w:t>
      </w:r>
      <w:r w:rsidRPr="76B9C6B2" w:rsidR="7EA946EB">
        <w:rPr>
          <w:rFonts w:ascii="Calibri" w:hAnsi="Calibri" w:cs="Calibri" w:asciiTheme="majorAscii" w:hAnsiTheme="majorAscii" w:cstheme="majorAscii"/>
          <w:b w:val="1"/>
          <w:bCs w:val="1"/>
          <w:sz w:val="56"/>
          <w:szCs w:val="56"/>
        </w:rPr>
        <w:t>5</w:t>
      </w:r>
      <w:r w:rsidRPr="76B9C6B2" w:rsidR="00536A09">
        <w:rPr>
          <w:rFonts w:ascii="Calibri" w:hAnsi="Calibri" w:cs="Calibri" w:asciiTheme="majorAscii" w:hAnsiTheme="majorAscii" w:cstheme="majorAscii"/>
          <w:b w:val="1"/>
          <w:bCs w:val="1"/>
          <w:sz w:val="56"/>
          <w:szCs w:val="56"/>
        </w:rPr>
        <w:t>-202</w:t>
      </w:r>
      <w:r w:rsidRPr="76B9C6B2" w:rsidR="55DC5F77">
        <w:rPr>
          <w:rFonts w:ascii="Calibri" w:hAnsi="Calibri" w:cs="Calibri" w:asciiTheme="majorAscii" w:hAnsiTheme="majorAscii" w:cstheme="majorAscii"/>
          <w:b w:val="1"/>
          <w:bCs w:val="1"/>
          <w:sz w:val="56"/>
          <w:szCs w:val="56"/>
        </w:rPr>
        <w:t>6</w:t>
      </w:r>
      <w:r w:rsidRPr="00781AE9" w:rsidR="00536A09">
        <w:rPr>
          <w:rFonts w:asciiTheme="majorHAnsi" w:hAnsiTheme="majorHAnsi" w:cstheme="majorHAnsi"/>
        </w:rPr>
        <w:br/>
      </w:r>
      <w:r w:rsidRPr="00781AE9" w:rsidR="00536A09">
        <w:rPr>
          <w:rFonts w:asciiTheme="majorHAnsi" w:hAnsiTheme="majorHAnsi" w:cstheme="majorHAnsi"/>
        </w:rPr>
        <w:br/>
      </w:r>
      <w:r w:rsidRPr="00781AE9" w:rsidR="00536A09">
        <w:rPr>
          <w:rFonts w:asciiTheme="majorHAnsi" w:hAnsiTheme="majorHAnsi" w:cstheme="majorHAnsi"/>
        </w:rPr>
        <w:br/>
      </w:r>
      <w:r w:rsidRPr="00781AE9" w:rsidR="00536A09">
        <w:rPr>
          <w:rFonts w:asciiTheme="majorHAnsi" w:hAnsiTheme="majorHAnsi" w:cstheme="majorHAnsi"/>
        </w:rPr>
        <w:br/>
      </w:r>
    </w:p>
    <w:p w:rsidRPr="00781AE9" w:rsidR="00F26C2A" w:rsidP="1AF72D40" w:rsidRDefault="008A3349" w14:paraId="2B51DE4C" w14:textId="77777777">
      <w:pPr>
        <w:rPr>
          <w:rFonts w:asciiTheme="majorHAnsi" w:hAnsiTheme="majorHAnsi" w:cstheme="majorHAnsi"/>
        </w:rPr>
      </w:pPr>
      <w:r w:rsidRPr="00781AE9">
        <w:rPr>
          <w:rFonts w:asciiTheme="majorHAnsi" w:hAnsiTheme="majorHAnsi" w:cstheme="majorHAnsi"/>
          <w:lang w:eastAsia="nl-NL"/>
        </w:rPr>
        <w:drawing>
          <wp:anchor distT="0" distB="0" distL="114300" distR="114300" simplePos="0" relativeHeight="251651584" behindDoc="0" locked="0" layoutInCell="1" allowOverlap="1" wp14:anchorId="01713E94" wp14:editId="07777777">
            <wp:simplePos x="0" y="0"/>
            <wp:positionH relativeFrom="column">
              <wp:posOffset>-247650</wp:posOffset>
            </wp:positionH>
            <wp:positionV relativeFrom="paragraph">
              <wp:posOffset>1948180</wp:posOffset>
            </wp:positionV>
            <wp:extent cx="6359525" cy="1943100"/>
            <wp:effectExtent l="19050" t="0" r="317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359525" cy="1943100"/>
                    </a:xfrm>
                    <a:prstGeom prst="rect">
                      <a:avLst/>
                    </a:prstGeom>
                    <a:noFill/>
                    <a:ln w="9525">
                      <a:noFill/>
                      <a:miter lim="800000"/>
                      <a:headEnd/>
                      <a:tailEnd/>
                    </a:ln>
                  </pic:spPr>
                </pic:pic>
              </a:graphicData>
            </a:graphic>
          </wp:anchor>
        </w:drawing>
      </w:r>
      <w:r w:rsidRPr="00781AE9" w:rsidR="00536A09">
        <w:rPr>
          <w:rFonts w:asciiTheme="majorHAnsi" w:hAnsiTheme="majorHAnsi" w:cstheme="majorHAnsi"/>
        </w:rPr>
        <w:br w:type="page"/>
      </w:r>
    </w:p>
    <w:sdt>
      <w:sdtPr>
        <w:id w:val="1000686080"/>
        <w:docPartObj>
          <w:docPartGallery w:val="Table of Contents"/>
          <w:docPartUnique/>
        </w:docPartObj>
        <w:rPr>
          <w:rFonts w:eastAsia="ＭＳ 明朝" w:cs="Calibri" w:eastAsiaTheme="minorEastAsia" w:cstheme="majorAscii"/>
          <w:b w:val="0"/>
          <w:bCs w:val="0"/>
          <w:color w:val="auto"/>
          <w:sz w:val="22"/>
          <w:szCs w:val="22"/>
        </w:rPr>
      </w:sdtPr>
      <w:sdtEndPr>
        <w:rPr>
          <w:rFonts w:eastAsia="ＭＳ 明朝" w:cs="Calibri" w:eastAsiaTheme="minorEastAsia" w:cstheme="majorAscii"/>
          <w:b w:val="0"/>
          <w:bCs w:val="0"/>
          <w:color w:val="auto"/>
          <w:sz w:val="22"/>
          <w:szCs w:val="22"/>
        </w:rPr>
      </w:sdtEndPr>
      <w:sdtContent>
        <w:p w:rsidRPr="00E25366" w:rsidR="00F26C2A" w:rsidRDefault="00F26C2A" w14:paraId="661448AE" w14:textId="77777777">
          <w:pPr>
            <w:pStyle w:val="Kopvaninhoudsopgave"/>
            <w:rPr>
              <w:rFonts w:cstheme="majorHAnsi"/>
            </w:rPr>
          </w:pPr>
          <w:r w:rsidRPr="00E25366">
            <w:rPr>
              <w:rStyle w:val="TitelChar"/>
              <w:rFonts w:cstheme="majorHAnsi"/>
              <w:sz w:val="44"/>
              <w:szCs w:val="44"/>
            </w:rPr>
            <w:t>Inhoudsopgave</w:t>
          </w:r>
        </w:p>
        <w:p w:rsidRPr="00E25366" w:rsidR="00233ED1" w:rsidP="00233ED1" w:rsidRDefault="00233ED1" w14:paraId="6A05A809" w14:textId="77777777">
          <w:pPr>
            <w:rPr>
              <w:rFonts w:asciiTheme="majorHAnsi" w:hAnsiTheme="majorHAnsi" w:cstheme="majorHAnsi"/>
            </w:rPr>
          </w:pPr>
        </w:p>
        <w:p w:rsidRPr="00E25366" w:rsidR="00E25366" w:rsidRDefault="00F26C2A" w14:paraId="109CB2CF" w14:textId="112DB3DC">
          <w:pPr>
            <w:pStyle w:val="Inhopg1"/>
            <w:tabs>
              <w:tab w:val="right" w:leader="dot" w:pos="8630"/>
            </w:tabs>
            <w:rPr>
              <w:rFonts w:asciiTheme="majorHAnsi" w:hAnsiTheme="majorHAnsi" w:cstheme="majorHAnsi"/>
              <w:b/>
              <w:bCs/>
              <w:noProof/>
              <w:kern w:val="2"/>
              <w:sz w:val="24"/>
              <w:szCs w:val="24"/>
              <w:lang w:eastAsia="nl-NL"/>
              <w14:ligatures w14:val="standardContextual"/>
            </w:rPr>
          </w:pPr>
          <w:r w:rsidRPr="00E25366">
            <w:rPr>
              <w:rFonts w:asciiTheme="majorHAnsi" w:hAnsiTheme="majorHAnsi" w:cstheme="majorHAnsi"/>
            </w:rPr>
            <w:fldChar w:fldCharType="begin"/>
          </w:r>
          <w:r w:rsidRPr="00E25366">
            <w:rPr>
              <w:rFonts w:asciiTheme="majorHAnsi" w:hAnsiTheme="majorHAnsi" w:cstheme="majorHAnsi"/>
            </w:rPr>
            <w:instrText xml:space="preserve"> TOC \o "1-3" \h \z \u </w:instrText>
          </w:r>
          <w:r w:rsidRPr="00E25366">
            <w:rPr>
              <w:rFonts w:asciiTheme="majorHAnsi" w:hAnsiTheme="majorHAnsi" w:cstheme="majorHAnsi"/>
            </w:rPr>
            <w:fldChar w:fldCharType="separate"/>
          </w:r>
          <w:hyperlink w:history="1" w:anchor="_Toc211325405">
            <w:r w:rsidRPr="00E25366" w:rsidR="00E25366">
              <w:rPr>
                <w:rStyle w:val="Hyperlink"/>
                <w:rFonts w:asciiTheme="majorHAnsi" w:hAnsiTheme="majorHAnsi" w:cstheme="majorHAnsi"/>
                <w:b/>
                <w:bCs/>
                <w:noProof/>
              </w:rPr>
              <w:t>1. Inleiding</w:t>
            </w:r>
            <w:r w:rsidRPr="00E25366" w:rsidR="00E25366">
              <w:rPr>
                <w:rFonts w:asciiTheme="majorHAnsi" w:hAnsiTheme="majorHAnsi" w:cstheme="majorHAnsi"/>
                <w:b/>
                <w:bCs/>
                <w:noProof/>
                <w:webHidden/>
              </w:rPr>
              <w:tab/>
            </w:r>
            <w:r w:rsidRPr="00E25366" w:rsidR="00E25366">
              <w:rPr>
                <w:rFonts w:asciiTheme="majorHAnsi" w:hAnsiTheme="majorHAnsi" w:cstheme="majorHAnsi"/>
                <w:b/>
                <w:bCs/>
                <w:noProof/>
                <w:webHidden/>
              </w:rPr>
              <w:fldChar w:fldCharType="begin"/>
            </w:r>
            <w:r w:rsidRPr="00E25366" w:rsidR="00E25366">
              <w:rPr>
                <w:rFonts w:asciiTheme="majorHAnsi" w:hAnsiTheme="majorHAnsi" w:cstheme="majorHAnsi"/>
                <w:b/>
                <w:bCs/>
                <w:noProof/>
                <w:webHidden/>
              </w:rPr>
              <w:instrText xml:space="preserve"> PAGEREF _Toc211325405 \h </w:instrText>
            </w:r>
            <w:r w:rsidRPr="00E25366" w:rsidR="00E25366">
              <w:rPr>
                <w:rFonts w:asciiTheme="majorHAnsi" w:hAnsiTheme="majorHAnsi" w:cstheme="majorHAnsi"/>
                <w:b/>
                <w:bCs/>
                <w:noProof/>
                <w:webHidden/>
              </w:rPr>
            </w:r>
            <w:r w:rsidRPr="00E25366" w:rsidR="00E25366">
              <w:rPr>
                <w:rFonts w:asciiTheme="majorHAnsi" w:hAnsiTheme="majorHAnsi" w:cstheme="majorHAnsi"/>
                <w:b/>
                <w:bCs/>
                <w:noProof/>
                <w:webHidden/>
              </w:rPr>
              <w:fldChar w:fldCharType="separate"/>
            </w:r>
            <w:r w:rsidRPr="00E25366" w:rsidR="00E25366">
              <w:rPr>
                <w:rFonts w:asciiTheme="majorHAnsi" w:hAnsiTheme="majorHAnsi" w:cstheme="majorHAnsi"/>
                <w:b/>
                <w:bCs/>
                <w:noProof/>
                <w:webHidden/>
              </w:rPr>
              <w:t>2</w:t>
            </w:r>
            <w:r w:rsidRPr="00E25366" w:rsidR="00E25366">
              <w:rPr>
                <w:rFonts w:asciiTheme="majorHAnsi" w:hAnsiTheme="majorHAnsi" w:cstheme="majorHAnsi"/>
                <w:b/>
                <w:bCs/>
                <w:noProof/>
                <w:webHidden/>
              </w:rPr>
              <w:fldChar w:fldCharType="end"/>
            </w:r>
          </w:hyperlink>
        </w:p>
        <w:p w:rsidRPr="00E25366" w:rsidR="00E25366" w:rsidRDefault="00E25366" w14:paraId="66846AB1" w14:textId="0CF4D880">
          <w:pPr>
            <w:pStyle w:val="Inhopg1"/>
            <w:tabs>
              <w:tab w:val="right" w:leader="dot" w:pos="8630"/>
            </w:tabs>
            <w:rPr>
              <w:rFonts w:asciiTheme="majorHAnsi" w:hAnsiTheme="majorHAnsi" w:cstheme="majorHAnsi"/>
              <w:noProof/>
              <w:kern w:val="2"/>
              <w:sz w:val="24"/>
              <w:szCs w:val="24"/>
              <w:lang w:eastAsia="nl-NL"/>
              <w14:ligatures w14:val="standardContextual"/>
            </w:rPr>
          </w:pPr>
          <w:hyperlink w:history="1" w:anchor="_Toc211325406">
            <w:r w:rsidRPr="00E25366">
              <w:rPr>
                <w:rStyle w:val="Hyperlink"/>
                <w:rFonts w:asciiTheme="majorHAnsi" w:hAnsiTheme="majorHAnsi" w:cstheme="majorHAnsi"/>
                <w:b/>
                <w:bCs/>
                <w:noProof/>
              </w:rPr>
              <w:t>2. Wat en wie is de medezeggenschapraad</w:t>
            </w:r>
            <w:r w:rsidRPr="00E25366">
              <w:rPr>
                <w:rFonts w:asciiTheme="majorHAnsi" w:hAnsiTheme="majorHAnsi" w:cstheme="majorHAnsi"/>
                <w:b/>
                <w:bCs/>
                <w:noProof/>
                <w:webHidden/>
              </w:rPr>
              <w:tab/>
            </w:r>
            <w:r w:rsidRPr="00E25366">
              <w:rPr>
                <w:rFonts w:asciiTheme="majorHAnsi" w:hAnsiTheme="majorHAnsi" w:cstheme="majorHAnsi"/>
                <w:b/>
                <w:bCs/>
                <w:noProof/>
                <w:webHidden/>
              </w:rPr>
              <w:fldChar w:fldCharType="begin"/>
            </w:r>
            <w:r w:rsidRPr="00E25366">
              <w:rPr>
                <w:rFonts w:asciiTheme="majorHAnsi" w:hAnsiTheme="majorHAnsi" w:cstheme="majorHAnsi"/>
                <w:b/>
                <w:bCs/>
                <w:noProof/>
                <w:webHidden/>
              </w:rPr>
              <w:instrText xml:space="preserve"> PAGEREF _Toc211325406 \h </w:instrText>
            </w:r>
            <w:r w:rsidRPr="00E25366">
              <w:rPr>
                <w:rFonts w:asciiTheme="majorHAnsi" w:hAnsiTheme="majorHAnsi" w:cstheme="majorHAnsi"/>
                <w:b/>
                <w:bCs/>
                <w:noProof/>
                <w:webHidden/>
              </w:rPr>
            </w:r>
            <w:r w:rsidRPr="00E25366">
              <w:rPr>
                <w:rFonts w:asciiTheme="majorHAnsi" w:hAnsiTheme="majorHAnsi" w:cstheme="majorHAnsi"/>
                <w:b/>
                <w:bCs/>
                <w:noProof/>
                <w:webHidden/>
              </w:rPr>
              <w:fldChar w:fldCharType="separate"/>
            </w:r>
            <w:r w:rsidRPr="00E25366">
              <w:rPr>
                <w:rFonts w:asciiTheme="majorHAnsi" w:hAnsiTheme="majorHAnsi" w:cstheme="majorHAnsi"/>
                <w:b/>
                <w:bCs/>
                <w:noProof/>
                <w:webHidden/>
              </w:rPr>
              <w:t>3</w:t>
            </w:r>
            <w:r w:rsidRPr="00E25366">
              <w:rPr>
                <w:rFonts w:asciiTheme="majorHAnsi" w:hAnsiTheme="majorHAnsi" w:cstheme="majorHAnsi"/>
                <w:b/>
                <w:bCs/>
                <w:noProof/>
                <w:webHidden/>
              </w:rPr>
              <w:fldChar w:fldCharType="end"/>
            </w:r>
          </w:hyperlink>
        </w:p>
        <w:p w:rsidRPr="00E25366" w:rsidR="00E25366" w:rsidRDefault="00E25366" w14:paraId="00FDEAB0" w14:textId="4A528CF0">
          <w:pPr>
            <w:pStyle w:val="Inhopg2"/>
            <w:tabs>
              <w:tab w:val="right" w:leader="dot" w:pos="8630"/>
            </w:tabs>
            <w:rPr>
              <w:rFonts w:asciiTheme="majorHAnsi" w:hAnsiTheme="majorHAnsi" w:cstheme="majorHAnsi"/>
              <w:noProof/>
              <w:kern w:val="2"/>
              <w:sz w:val="24"/>
              <w:szCs w:val="24"/>
              <w:lang w:eastAsia="nl-NL"/>
              <w14:ligatures w14:val="standardContextual"/>
            </w:rPr>
          </w:pPr>
          <w:hyperlink w:history="1" w:anchor="_Toc211325407">
            <w:r w:rsidRPr="00E25366">
              <w:rPr>
                <w:rStyle w:val="Hyperlink"/>
                <w:rFonts w:asciiTheme="majorHAnsi" w:hAnsiTheme="majorHAnsi" w:cstheme="majorHAnsi"/>
                <w:noProof/>
              </w:rPr>
              <w:t>2.1 Waarom bestaat er een MR?</w:t>
            </w:r>
            <w:r w:rsidRPr="00E25366">
              <w:rPr>
                <w:rFonts w:asciiTheme="majorHAnsi" w:hAnsiTheme="majorHAnsi" w:cstheme="majorHAnsi"/>
                <w:noProof/>
                <w:webHidden/>
              </w:rPr>
              <w:tab/>
            </w:r>
            <w:r w:rsidRPr="00E25366">
              <w:rPr>
                <w:rFonts w:asciiTheme="majorHAnsi" w:hAnsiTheme="majorHAnsi" w:cstheme="majorHAnsi"/>
                <w:noProof/>
                <w:webHidden/>
              </w:rPr>
              <w:fldChar w:fldCharType="begin"/>
            </w:r>
            <w:r w:rsidRPr="00E25366">
              <w:rPr>
                <w:rFonts w:asciiTheme="majorHAnsi" w:hAnsiTheme="majorHAnsi" w:cstheme="majorHAnsi"/>
                <w:noProof/>
                <w:webHidden/>
              </w:rPr>
              <w:instrText xml:space="preserve"> PAGEREF _Toc211325407 \h </w:instrText>
            </w:r>
            <w:r w:rsidRPr="00E25366">
              <w:rPr>
                <w:rFonts w:asciiTheme="majorHAnsi" w:hAnsiTheme="majorHAnsi" w:cstheme="majorHAnsi"/>
                <w:noProof/>
                <w:webHidden/>
              </w:rPr>
            </w:r>
            <w:r w:rsidRPr="00E25366">
              <w:rPr>
                <w:rFonts w:asciiTheme="majorHAnsi" w:hAnsiTheme="majorHAnsi" w:cstheme="majorHAnsi"/>
                <w:noProof/>
                <w:webHidden/>
              </w:rPr>
              <w:fldChar w:fldCharType="separate"/>
            </w:r>
            <w:r w:rsidRPr="00E25366">
              <w:rPr>
                <w:rFonts w:asciiTheme="majorHAnsi" w:hAnsiTheme="majorHAnsi" w:cstheme="majorHAnsi"/>
                <w:noProof/>
                <w:webHidden/>
              </w:rPr>
              <w:t>3</w:t>
            </w:r>
            <w:r w:rsidRPr="00E25366">
              <w:rPr>
                <w:rFonts w:asciiTheme="majorHAnsi" w:hAnsiTheme="majorHAnsi" w:cstheme="majorHAnsi"/>
                <w:noProof/>
                <w:webHidden/>
              </w:rPr>
              <w:fldChar w:fldCharType="end"/>
            </w:r>
          </w:hyperlink>
        </w:p>
        <w:p w:rsidRPr="00E25366" w:rsidR="00E25366" w:rsidRDefault="00E25366" w14:paraId="28210202" w14:textId="7C5A676F">
          <w:pPr>
            <w:pStyle w:val="Inhopg2"/>
            <w:tabs>
              <w:tab w:val="right" w:leader="dot" w:pos="8630"/>
            </w:tabs>
            <w:rPr>
              <w:rFonts w:asciiTheme="majorHAnsi" w:hAnsiTheme="majorHAnsi" w:cstheme="majorHAnsi"/>
              <w:noProof/>
              <w:kern w:val="2"/>
              <w:sz w:val="24"/>
              <w:szCs w:val="24"/>
              <w:lang w:eastAsia="nl-NL"/>
              <w14:ligatures w14:val="standardContextual"/>
            </w:rPr>
          </w:pPr>
          <w:hyperlink w:history="1" w:anchor="_Toc211325408">
            <w:r w:rsidRPr="00E25366">
              <w:rPr>
                <w:rStyle w:val="Hyperlink"/>
                <w:rFonts w:asciiTheme="majorHAnsi" w:hAnsiTheme="majorHAnsi" w:cstheme="majorHAnsi"/>
                <w:noProof/>
              </w:rPr>
              <w:t>2.2 Vaste taken binnen de MR</w:t>
            </w:r>
            <w:r w:rsidRPr="00E25366">
              <w:rPr>
                <w:rFonts w:asciiTheme="majorHAnsi" w:hAnsiTheme="majorHAnsi" w:cstheme="majorHAnsi"/>
                <w:noProof/>
                <w:webHidden/>
              </w:rPr>
              <w:tab/>
            </w:r>
            <w:r w:rsidRPr="00E25366">
              <w:rPr>
                <w:rFonts w:asciiTheme="majorHAnsi" w:hAnsiTheme="majorHAnsi" w:cstheme="majorHAnsi"/>
                <w:noProof/>
                <w:webHidden/>
              </w:rPr>
              <w:fldChar w:fldCharType="begin"/>
            </w:r>
            <w:r w:rsidRPr="00E25366">
              <w:rPr>
                <w:rFonts w:asciiTheme="majorHAnsi" w:hAnsiTheme="majorHAnsi" w:cstheme="majorHAnsi"/>
                <w:noProof/>
                <w:webHidden/>
              </w:rPr>
              <w:instrText xml:space="preserve"> PAGEREF _Toc211325408 \h </w:instrText>
            </w:r>
            <w:r w:rsidRPr="00E25366">
              <w:rPr>
                <w:rFonts w:asciiTheme="majorHAnsi" w:hAnsiTheme="majorHAnsi" w:cstheme="majorHAnsi"/>
                <w:noProof/>
                <w:webHidden/>
              </w:rPr>
            </w:r>
            <w:r w:rsidRPr="00E25366">
              <w:rPr>
                <w:rFonts w:asciiTheme="majorHAnsi" w:hAnsiTheme="majorHAnsi" w:cstheme="majorHAnsi"/>
                <w:noProof/>
                <w:webHidden/>
              </w:rPr>
              <w:fldChar w:fldCharType="separate"/>
            </w:r>
            <w:r w:rsidRPr="00E25366">
              <w:rPr>
                <w:rFonts w:asciiTheme="majorHAnsi" w:hAnsiTheme="majorHAnsi" w:cstheme="majorHAnsi"/>
                <w:noProof/>
                <w:webHidden/>
              </w:rPr>
              <w:t>3</w:t>
            </w:r>
            <w:r w:rsidRPr="00E25366">
              <w:rPr>
                <w:rFonts w:asciiTheme="majorHAnsi" w:hAnsiTheme="majorHAnsi" w:cstheme="majorHAnsi"/>
                <w:noProof/>
                <w:webHidden/>
              </w:rPr>
              <w:fldChar w:fldCharType="end"/>
            </w:r>
          </w:hyperlink>
        </w:p>
        <w:p w:rsidRPr="00E25366" w:rsidR="00E25366" w:rsidRDefault="00E25366" w14:paraId="1556D6AE" w14:textId="144A4D8D">
          <w:pPr>
            <w:pStyle w:val="Inhopg2"/>
            <w:tabs>
              <w:tab w:val="right" w:leader="dot" w:pos="8630"/>
            </w:tabs>
            <w:rPr>
              <w:rFonts w:asciiTheme="majorHAnsi" w:hAnsiTheme="majorHAnsi" w:cstheme="majorHAnsi"/>
              <w:noProof/>
              <w:kern w:val="2"/>
              <w:sz w:val="24"/>
              <w:szCs w:val="24"/>
              <w:lang w:eastAsia="nl-NL"/>
              <w14:ligatures w14:val="standardContextual"/>
            </w:rPr>
          </w:pPr>
          <w:hyperlink w:history="1" w:anchor="_Toc211325409">
            <w:r w:rsidRPr="00E25366">
              <w:rPr>
                <w:rStyle w:val="Hyperlink"/>
                <w:rFonts w:asciiTheme="majorHAnsi" w:hAnsiTheme="majorHAnsi" w:cstheme="majorHAnsi"/>
                <w:noProof/>
              </w:rPr>
              <w:t>2.3 Wie is de MR van IKC Alexia?</w:t>
            </w:r>
            <w:r w:rsidRPr="00E25366">
              <w:rPr>
                <w:rFonts w:asciiTheme="majorHAnsi" w:hAnsiTheme="majorHAnsi" w:cstheme="majorHAnsi"/>
                <w:noProof/>
                <w:webHidden/>
              </w:rPr>
              <w:tab/>
            </w:r>
            <w:r w:rsidRPr="00E25366">
              <w:rPr>
                <w:rFonts w:asciiTheme="majorHAnsi" w:hAnsiTheme="majorHAnsi" w:cstheme="majorHAnsi"/>
                <w:noProof/>
                <w:webHidden/>
              </w:rPr>
              <w:fldChar w:fldCharType="begin"/>
            </w:r>
            <w:r w:rsidRPr="00E25366">
              <w:rPr>
                <w:rFonts w:asciiTheme="majorHAnsi" w:hAnsiTheme="majorHAnsi" w:cstheme="majorHAnsi"/>
                <w:noProof/>
                <w:webHidden/>
              </w:rPr>
              <w:instrText xml:space="preserve"> PAGEREF _Toc211325409 \h </w:instrText>
            </w:r>
            <w:r w:rsidRPr="00E25366">
              <w:rPr>
                <w:rFonts w:asciiTheme="majorHAnsi" w:hAnsiTheme="majorHAnsi" w:cstheme="majorHAnsi"/>
                <w:noProof/>
                <w:webHidden/>
              </w:rPr>
            </w:r>
            <w:r w:rsidRPr="00E25366">
              <w:rPr>
                <w:rFonts w:asciiTheme="majorHAnsi" w:hAnsiTheme="majorHAnsi" w:cstheme="majorHAnsi"/>
                <w:noProof/>
                <w:webHidden/>
              </w:rPr>
              <w:fldChar w:fldCharType="separate"/>
            </w:r>
            <w:r w:rsidRPr="00E25366">
              <w:rPr>
                <w:rFonts w:asciiTheme="majorHAnsi" w:hAnsiTheme="majorHAnsi" w:cstheme="majorHAnsi"/>
                <w:noProof/>
                <w:webHidden/>
              </w:rPr>
              <w:t>4</w:t>
            </w:r>
            <w:r w:rsidRPr="00E25366">
              <w:rPr>
                <w:rFonts w:asciiTheme="majorHAnsi" w:hAnsiTheme="majorHAnsi" w:cstheme="majorHAnsi"/>
                <w:noProof/>
                <w:webHidden/>
              </w:rPr>
              <w:fldChar w:fldCharType="end"/>
            </w:r>
          </w:hyperlink>
        </w:p>
        <w:p w:rsidRPr="00E25366" w:rsidR="00E25366" w:rsidRDefault="00E25366" w14:paraId="3F7688EC" w14:textId="3BA294F6">
          <w:pPr>
            <w:pStyle w:val="Inhopg2"/>
            <w:tabs>
              <w:tab w:val="right" w:leader="dot" w:pos="8630"/>
            </w:tabs>
            <w:rPr>
              <w:rFonts w:asciiTheme="majorHAnsi" w:hAnsiTheme="majorHAnsi" w:cstheme="majorHAnsi"/>
              <w:noProof/>
              <w:kern w:val="2"/>
              <w:sz w:val="24"/>
              <w:szCs w:val="24"/>
              <w:lang w:eastAsia="nl-NL"/>
              <w14:ligatures w14:val="standardContextual"/>
            </w:rPr>
          </w:pPr>
          <w:hyperlink w:history="1" w:anchor="_Toc211325410">
            <w:r w:rsidRPr="00E25366">
              <w:rPr>
                <w:rStyle w:val="Hyperlink"/>
                <w:rFonts w:asciiTheme="majorHAnsi" w:hAnsiTheme="majorHAnsi" w:cstheme="majorHAnsi"/>
                <w:noProof/>
              </w:rPr>
              <w:t>2.4 Waar staat de MR van IKC Alexia voor?</w:t>
            </w:r>
            <w:r w:rsidRPr="00E25366">
              <w:rPr>
                <w:rFonts w:asciiTheme="majorHAnsi" w:hAnsiTheme="majorHAnsi" w:cstheme="majorHAnsi"/>
                <w:noProof/>
                <w:webHidden/>
              </w:rPr>
              <w:tab/>
            </w:r>
            <w:r w:rsidRPr="00E25366">
              <w:rPr>
                <w:rFonts w:asciiTheme="majorHAnsi" w:hAnsiTheme="majorHAnsi" w:cstheme="majorHAnsi"/>
                <w:noProof/>
                <w:webHidden/>
              </w:rPr>
              <w:fldChar w:fldCharType="begin"/>
            </w:r>
            <w:r w:rsidRPr="00E25366">
              <w:rPr>
                <w:rFonts w:asciiTheme="majorHAnsi" w:hAnsiTheme="majorHAnsi" w:cstheme="majorHAnsi"/>
                <w:noProof/>
                <w:webHidden/>
              </w:rPr>
              <w:instrText xml:space="preserve"> PAGEREF _Toc211325410 \h </w:instrText>
            </w:r>
            <w:r w:rsidRPr="00E25366">
              <w:rPr>
                <w:rFonts w:asciiTheme="majorHAnsi" w:hAnsiTheme="majorHAnsi" w:cstheme="majorHAnsi"/>
                <w:noProof/>
                <w:webHidden/>
              </w:rPr>
            </w:r>
            <w:r w:rsidRPr="00E25366">
              <w:rPr>
                <w:rFonts w:asciiTheme="majorHAnsi" w:hAnsiTheme="majorHAnsi" w:cstheme="majorHAnsi"/>
                <w:noProof/>
                <w:webHidden/>
              </w:rPr>
              <w:fldChar w:fldCharType="separate"/>
            </w:r>
            <w:r w:rsidRPr="00E25366">
              <w:rPr>
                <w:rFonts w:asciiTheme="majorHAnsi" w:hAnsiTheme="majorHAnsi" w:cstheme="majorHAnsi"/>
                <w:noProof/>
                <w:webHidden/>
              </w:rPr>
              <w:t>4</w:t>
            </w:r>
            <w:r w:rsidRPr="00E25366">
              <w:rPr>
                <w:rFonts w:asciiTheme="majorHAnsi" w:hAnsiTheme="majorHAnsi" w:cstheme="majorHAnsi"/>
                <w:noProof/>
                <w:webHidden/>
              </w:rPr>
              <w:fldChar w:fldCharType="end"/>
            </w:r>
          </w:hyperlink>
        </w:p>
        <w:p w:rsidRPr="00E25366" w:rsidR="00E25366" w:rsidRDefault="00E25366" w14:paraId="416F8E4D" w14:textId="2415D36F">
          <w:pPr>
            <w:pStyle w:val="Inhopg2"/>
            <w:tabs>
              <w:tab w:val="right" w:leader="dot" w:pos="8630"/>
            </w:tabs>
            <w:rPr>
              <w:rFonts w:asciiTheme="majorHAnsi" w:hAnsiTheme="majorHAnsi" w:cstheme="majorHAnsi"/>
              <w:noProof/>
              <w:kern w:val="2"/>
              <w:sz w:val="24"/>
              <w:szCs w:val="24"/>
              <w:lang w:eastAsia="nl-NL"/>
              <w14:ligatures w14:val="standardContextual"/>
            </w:rPr>
          </w:pPr>
          <w:hyperlink w:history="1" w:anchor="_Toc211325411">
            <w:r w:rsidRPr="00E25366">
              <w:rPr>
                <w:rStyle w:val="Hyperlink"/>
                <w:rFonts w:asciiTheme="majorHAnsi" w:hAnsiTheme="majorHAnsi" w:cstheme="majorHAnsi"/>
                <w:noProof/>
              </w:rPr>
              <w:t>2.5 Wat zijn de reguliere instem- en adviesrechten?</w:t>
            </w:r>
            <w:r w:rsidRPr="00E25366">
              <w:rPr>
                <w:rFonts w:asciiTheme="majorHAnsi" w:hAnsiTheme="majorHAnsi" w:cstheme="majorHAnsi"/>
                <w:noProof/>
                <w:webHidden/>
              </w:rPr>
              <w:tab/>
            </w:r>
            <w:r w:rsidRPr="00E25366">
              <w:rPr>
                <w:rFonts w:asciiTheme="majorHAnsi" w:hAnsiTheme="majorHAnsi" w:cstheme="majorHAnsi"/>
                <w:noProof/>
                <w:webHidden/>
              </w:rPr>
              <w:fldChar w:fldCharType="begin"/>
            </w:r>
            <w:r w:rsidRPr="00E25366">
              <w:rPr>
                <w:rFonts w:asciiTheme="majorHAnsi" w:hAnsiTheme="majorHAnsi" w:cstheme="majorHAnsi"/>
                <w:noProof/>
                <w:webHidden/>
              </w:rPr>
              <w:instrText xml:space="preserve"> PAGEREF _Toc211325411 \h </w:instrText>
            </w:r>
            <w:r w:rsidRPr="00E25366">
              <w:rPr>
                <w:rFonts w:asciiTheme="majorHAnsi" w:hAnsiTheme="majorHAnsi" w:cstheme="majorHAnsi"/>
                <w:noProof/>
                <w:webHidden/>
              </w:rPr>
            </w:r>
            <w:r w:rsidRPr="00E25366">
              <w:rPr>
                <w:rFonts w:asciiTheme="majorHAnsi" w:hAnsiTheme="majorHAnsi" w:cstheme="majorHAnsi"/>
                <w:noProof/>
                <w:webHidden/>
              </w:rPr>
              <w:fldChar w:fldCharType="separate"/>
            </w:r>
            <w:r w:rsidRPr="00E25366">
              <w:rPr>
                <w:rFonts w:asciiTheme="majorHAnsi" w:hAnsiTheme="majorHAnsi" w:cstheme="majorHAnsi"/>
                <w:noProof/>
                <w:webHidden/>
              </w:rPr>
              <w:t>4</w:t>
            </w:r>
            <w:r w:rsidRPr="00E25366">
              <w:rPr>
                <w:rFonts w:asciiTheme="majorHAnsi" w:hAnsiTheme="majorHAnsi" w:cstheme="majorHAnsi"/>
                <w:noProof/>
                <w:webHidden/>
              </w:rPr>
              <w:fldChar w:fldCharType="end"/>
            </w:r>
          </w:hyperlink>
        </w:p>
        <w:p w:rsidRPr="00E25366" w:rsidR="00E25366" w:rsidRDefault="00E25366" w14:paraId="6FB309EB" w14:textId="31467485">
          <w:pPr>
            <w:pStyle w:val="Inhopg2"/>
            <w:tabs>
              <w:tab w:val="right" w:leader="dot" w:pos="8630"/>
            </w:tabs>
            <w:rPr>
              <w:rFonts w:asciiTheme="majorHAnsi" w:hAnsiTheme="majorHAnsi" w:cstheme="majorHAnsi"/>
              <w:noProof/>
              <w:kern w:val="2"/>
              <w:sz w:val="24"/>
              <w:szCs w:val="24"/>
              <w:lang w:eastAsia="nl-NL"/>
              <w14:ligatures w14:val="standardContextual"/>
            </w:rPr>
          </w:pPr>
          <w:hyperlink w:history="1" w:anchor="_Toc211325412">
            <w:r w:rsidRPr="00E25366">
              <w:rPr>
                <w:rStyle w:val="Hyperlink"/>
                <w:rFonts w:asciiTheme="majorHAnsi" w:hAnsiTheme="majorHAnsi" w:cstheme="majorHAnsi"/>
                <w:noProof/>
              </w:rPr>
              <w:t>2.6 Waarover moet de MR periodiek geïnformeerd worden?</w:t>
            </w:r>
            <w:r w:rsidRPr="00E25366">
              <w:rPr>
                <w:rFonts w:asciiTheme="majorHAnsi" w:hAnsiTheme="majorHAnsi" w:cstheme="majorHAnsi"/>
                <w:noProof/>
                <w:webHidden/>
              </w:rPr>
              <w:tab/>
            </w:r>
            <w:r w:rsidRPr="00E25366">
              <w:rPr>
                <w:rFonts w:asciiTheme="majorHAnsi" w:hAnsiTheme="majorHAnsi" w:cstheme="majorHAnsi"/>
                <w:noProof/>
                <w:webHidden/>
              </w:rPr>
              <w:fldChar w:fldCharType="begin"/>
            </w:r>
            <w:r w:rsidRPr="00E25366">
              <w:rPr>
                <w:rFonts w:asciiTheme="majorHAnsi" w:hAnsiTheme="majorHAnsi" w:cstheme="majorHAnsi"/>
                <w:noProof/>
                <w:webHidden/>
              </w:rPr>
              <w:instrText xml:space="preserve"> PAGEREF _Toc211325412 \h </w:instrText>
            </w:r>
            <w:r w:rsidRPr="00E25366">
              <w:rPr>
                <w:rFonts w:asciiTheme="majorHAnsi" w:hAnsiTheme="majorHAnsi" w:cstheme="majorHAnsi"/>
                <w:noProof/>
                <w:webHidden/>
              </w:rPr>
            </w:r>
            <w:r w:rsidRPr="00E25366">
              <w:rPr>
                <w:rFonts w:asciiTheme="majorHAnsi" w:hAnsiTheme="majorHAnsi" w:cstheme="majorHAnsi"/>
                <w:noProof/>
                <w:webHidden/>
              </w:rPr>
              <w:fldChar w:fldCharType="separate"/>
            </w:r>
            <w:r w:rsidRPr="00E25366">
              <w:rPr>
                <w:rFonts w:asciiTheme="majorHAnsi" w:hAnsiTheme="majorHAnsi" w:cstheme="majorHAnsi"/>
                <w:noProof/>
                <w:webHidden/>
              </w:rPr>
              <w:t>5</w:t>
            </w:r>
            <w:r w:rsidRPr="00E25366">
              <w:rPr>
                <w:rFonts w:asciiTheme="majorHAnsi" w:hAnsiTheme="majorHAnsi" w:cstheme="majorHAnsi"/>
                <w:noProof/>
                <w:webHidden/>
              </w:rPr>
              <w:fldChar w:fldCharType="end"/>
            </w:r>
          </w:hyperlink>
        </w:p>
        <w:p w:rsidRPr="00E25366" w:rsidR="00E25366" w:rsidRDefault="00E25366" w14:paraId="4290766E" w14:textId="13FC8811">
          <w:pPr>
            <w:pStyle w:val="Inhopg2"/>
            <w:tabs>
              <w:tab w:val="right" w:leader="dot" w:pos="8630"/>
            </w:tabs>
            <w:rPr>
              <w:rFonts w:asciiTheme="majorHAnsi" w:hAnsiTheme="majorHAnsi" w:cstheme="majorHAnsi"/>
              <w:noProof/>
              <w:kern w:val="2"/>
              <w:sz w:val="24"/>
              <w:szCs w:val="24"/>
              <w:lang w:eastAsia="nl-NL"/>
              <w14:ligatures w14:val="standardContextual"/>
            </w:rPr>
          </w:pPr>
          <w:hyperlink w:history="1" w:anchor="_Toc211325413">
            <w:r w:rsidRPr="00E25366">
              <w:rPr>
                <w:rStyle w:val="Hyperlink"/>
                <w:rFonts w:asciiTheme="majorHAnsi" w:hAnsiTheme="majorHAnsi" w:cstheme="majorHAnsi"/>
                <w:noProof/>
              </w:rPr>
              <w:t>2.7 Welke punten worden jaarlijks intern binnen de MR besproken?</w:t>
            </w:r>
            <w:r w:rsidRPr="00E25366">
              <w:rPr>
                <w:rFonts w:asciiTheme="majorHAnsi" w:hAnsiTheme="majorHAnsi" w:cstheme="majorHAnsi"/>
                <w:noProof/>
                <w:webHidden/>
              </w:rPr>
              <w:tab/>
            </w:r>
            <w:r w:rsidRPr="00E25366">
              <w:rPr>
                <w:rFonts w:asciiTheme="majorHAnsi" w:hAnsiTheme="majorHAnsi" w:cstheme="majorHAnsi"/>
                <w:noProof/>
                <w:webHidden/>
              </w:rPr>
              <w:fldChar w:fldCharType="begin"/>
            </w:r>
            <w:r w:rsidRPr="00E25366">
              <w:rPr>
                <w:rFonts w:asciiTheme="majorHAnsi" w:hAnsiTheme="majorHAnsi" w:cstheme="majorHAnsi"/>
                <w:noProof/>
                <w:webHidden/>
              </w:rPr>
              <w:instrText xml:space="preserve"> PAGEREF _Toc211325413 \h </w:instrText>
            </w:r>
            <w:r w:rsidRPr="00E25366">
              <w:rPr>
                <w:rFonts w:asciiTheme="majorHAnsi" w:hAnsiTheme="majorHAnsi" w:cstheme="majorHAnsi"/>
                <w:noProof/>
                <w:webHidden/>
              </w:rPr>
            </w:r>
            <w:r w:rsidRPr="00E25366">
              <w:rPr>
                <w:rFonts w:asciiTheme="majorHAnsi" w:hAnsiTheme="majorHAnsi" w:cstheme="majorHAnsi"/>
                <w:noProof/>
                <w:webHidden/>
              </w:rPr>
              <w:fldChar w:fldCharType="separate"/>
            </w:r>
            <w:r w:rsidRPr="00E25366">
              <w:rPr>
                <w:rFonts w:asciiTheme="majorHAnsi" w:hAnsiTheme="majorHAnsi" w:cstheme="majorHAnsi"/>
                <w:noProof/>
                <w:webHidden/>
              </w:rPr>
              <w:t>5</w:t>
            </w:r>
            <w:r w:rsidRPr="00E25366">
              <w:rPr>
                <w:rFonts w:asciiTheme="majorHAnsi" w:hAnsiTheme="majorHAnsi" w:cstheme="majorHAnsi"/>
                <w:noProof/>
                <w:webHidden/>
              </w:rPr>
              <w:fldChar w:fldCharType="end"/>
            </w:r>
          </w:hyperlink>
        </w:p>
        <w:p w:rsidRPr="00E25366" w:rsidR="00E25366" w:rsidRDefault="00E25366" w14:paraId="3B1C2FC1" w14:textId="4FE8DE9C">
          <w:pPr>
            <w:pStyle w:val="Inhopg1"/>
            <w:tabs>
              <w:tab w:val="right" w:leader="dot" w:pos="8630"/>
            </w:tabs>
            <w:rPr>
              <w:rFonts w:asciiTheme="majorHAnsi" w:hAnsiTheme="majorHAnsi" w:cstheme="majorHAnsi"/>
              <w:b/>
              <w:bCs/>
              <w:noProof/>
              <w:kern w:val="2"/>
              <w:sz w:val="24"/>
              <w:szCs w:val="24"/>
              <w:lang w:eastAsia="nl-NL"/>
              <w14:ligatures w14:val="standardContextual"/>
            </w:rPr>
          </w:pPr>
          <w:hyperlink w:history="1" w:anchor="_Toc211325414">
            <w:r w:rsidRPr="00E25366">
              <w:rPr>
                <w:rStyle w:val="Hyperlink"/>
                <w:rFonts w:asciiTheme="majorHAnsi" w:hAnsiTheme="majorHAnsi" w:cstheme="majorHAnsi"/>
                <w:b/>
                <w:bCs/>
                <w:noProof/>
              </w:rPr>
              <w:t>3. Doelstellingen en jaarkalender voor 2025-2026</w:t>
            </w:r>
            <w:r w:rsidRPr="00E25366">
              <w:rPr>
                <w:rFonts w:asciiTheme="majorHAnsi" w:hAnsiTheme="majorHAnsi" w:cstheme="majorHAnsi"/>
                <w:b/>
                <w:bCs/>
                <w:noProof/>
                <w:webHidden/>
              </w:rPr>
              <w:tab/>
            </w:r>
            <w:r w:rsidRPr="00E25366">
              <w:rPr>
                <w:rFonts w:asciiTheme="majorHAnsi" w:hAnsiTheme="majorHAnsi" w:cstheme="majorHAnsi"/>
                <w:b/>
                <w:bCs/>
                <w:noProof/>
                <w:webHidden/>
              </w:rPr>
              <w:fldChar w:fldCharType="begin"/>
            </w:r>
            <w:r w:rsidRPr="00E25366">
              <w:rPr>
                <w:rFonts w:asciiTheme="majorHAnsi" w:hAnsiTheme="majorHAnsi" w:cstheme="majorHAnsi"/>
                <w:b/>
                <w:bCs/>
                <w:noProof/>
                <w:webHidden/>
              </w:rPr>
              <w:instrText xml:space="preserve"> PAGEREF _Toc211325414 \h </w:instrText>
            </w:r>
            <w:r w:rsidRPr="00E25366">
              <w:rPr>
                <w:rFonts w:asciiTheme="majorHAnsi" w:hAnsiTheme="majorHAnsi" w:cstheme="majorHAnsi"/>
                <w:b/>
                <w:bCs/>
                <w:noProof/>
                <w:webHidden/>
              </w:rPr>
            </w:r>
            <w:r w:rsidRPr="00E25366">
              <w:rPr>
                <w:rFonts w:asciiTheme="majorHAnsi" w:hAnsiTheme="majorHAnsi" w:cstheme="majorHAnsi"/>
                <w:b/>
                <w:bCs/>
                <w:noProof/>
                <w:webHidden/>
              </w:rPr>
              <w:fldChar w:fldCharType="separate"/>
            </w:r>
            <w:r w:rsidRPr="00E25366">
              <w:rPr>
                <w:rFonts w:asciiTheme="majorHAnsi" w:hAnsiTheme="majorHAnsi" w:cstheme="majorHAnsi"/>
                <w:b/>
                <w:bCs/>
                <w:noProof/>
                <w:webHidden/>
              </w:rPr>
              <w:t>5</w:t>
            </w:r>
            <w:r w:rsidRPr="00E25366">
              <w:rPr>
                <w:rFonts w:asciiTheme="majorHAnsi" w:hAnsiTheme="majorHAnsi" w:cstheme="majorHAnsi"/>
                <w:b/>
                <w:bCs/>
                <w:noProof/>
                <w:webHidden/>
              </w:rPr>
              <w:fldChar w:fldCharType="end"/>
            </w:r>
          </w:hyperlink>
        </w:p>
        <w:p w:rsidRPr="00E25366" w:rsidR="00E25366" w:rsidRDefault="00E25366" w14:paraId="4360D821" w14:textId="2664F373">
          <w:pPr>
            <w:pStyle w:val="Inhopg2"/>
            <w:tabs>
              <w:tab w:val="right" w:leader="dot" w:pos="8630"/>
            </w:tabs>
            <w:rPr>
              <w:rFonts w:asciiTheme="majorHAnsi" w:hAnsiTheme="majorHAnsi" w:cstheme="majorHAnsi"/>
              <w:noProof/>
              <w:kern w:val="2"/>
              <w:sz w:val="24"/>
              <w:szCs w:val="24"/>
              <w:lang w:eastAsia="nl-NL"/>
              <w14:ligatures w14:val="standardContextual"/>
            </w:rPr>
          </w:pPr>
          <w:hyperlink w:history="1" w:anchor="_Toc211325415">
            <w:r w:rsidRPr="00E25366">
              <w:rPr>
                <w:rStyle w:val="Hyperlink"/>
                <w:rFonts w:asciiTheme="majorHAnsi" w:hAnsiTheme="majorHAnsi" w:cstheme="majorHAnsi"/>
                <w:noProof/>
              </w:rPr>
              <w:t>3.2 Speerpunten vanuit de MR</w:t>
            </w:r>
            <w:r w:rsidRPr="00E25366">
              <w:rPr>
                <w:rFonts w:asciiTheme="majorHAnsi" w:hAnsiTheme="majorHAnsi" w:cstheme="majorHAnsi"/>
                <w:noProof/>
                <w:webHidden/>
              </w:rPr>
              <w:tab/>
            </w:r>
            <w:r w:rsidRPr="00E25366">
              <w:rPr>
                <w:rFonts w:asciiTheme="majorHAnsi" w:hAnsiTheme="majorHAnsi" w:cstheme="majorHAnsi"/>
                <w:noProof/>
                <w:webHidden/>
              </w:rPr>
              <w:fldChar w:fldCharType="begin"/>
            </w:r>
            <w:r w:rsidRPr="00E25366">
              <w:rPr>
                <w:rFonts w:asciiTheme="majorHAnsi" w:hAnsiTheme="majorHAnsi" w:cstheme="majorHAnsi"/>
                <w:noProof/>
                <w:webHidden/>
              </w:rPr>
              <w:instrText xml:space="preserve"> PAGEREF _Toc211325415 \h </w:instrText>
            </w:r>
            <w:r w:rsidRPr="00E25366">
              <w:rPr>
                <w:rFonts w:asciiTheme="majorHAnsi" w:hAnsiTheme="majorHAnsi" w:cstheme="majorHAnsi"/>
                <w:noProof/>
                <w:webHidden/>
              </w:rPr>
            </w:r>
            <w:r w:rsidRPr="00E25366">
              <w:rPr>
                <w:rFonts w:asciiTheme="majorHAnsi" w:hAnsiTheme="majorHAnsi" w:cstheme="majorHAnsi"/>
                <w:noProof/>
                <w:webHidden/>
              </w:rPr>
              <w:fldChar w:fldCharType="separate"/>
            </w:r>
            <w:r w:rsidRPr="00E25366">
              <w:rPr>
                <w:rFonts w:asciiTheme="majorHAnsi" w:hAnsiTheme="majorHAnsi" w:cstheme="majorHAnsi"/>
                <w:noProof/>
                <w:webHidden/>
              </w:rPr>
              <w:t>6</w:t>
            </w:r>
            <w:r w:rsidRPr="00E25366">
              <w:rPr>
                <w:rFonts w:asciiTheme="majorHAnsi" w:hAnsiTheme="majorHAnsi" w:cstheme="majorHAnsi"/>
                <w:noProof/>
                <w:webHidden/>
              </w:rPr>
              <w:fldChar w:fldCharType="end"/>
            </w:r>
          </w:hyperlink>
        </w:p>
        <w:p w:rsidRPr="00E25366" w:rsidR="00E25366" w:rsidRDefault="00E25366" w14:paraId="75503BBB" w14:textId="6356080A">
          <w:pPr>
            <w:pStyle w:val="Inhopg2"/>
            <w:tabs>
              <w:tab w:val="right" w:leader="dot" w:pos="8630"/>
            </w:tabs>
            <w:rPr>
              <w:rFonts w:asciiTheme="majorHAnsi" w:hAnsiTheme="majorHAnsi" w:cstheme="majorHAnsi"/>
              <w:noProof/>
              <w:kern w:val="2"/>
              <w:sz w:val="24"/>
              <w:szCs w:val="24"/>
              <w:lang w:eastAsia="nl-NL"/>
              <w14:ligatures w14:val="standardContextual"/>
            </w:rPr>
          </w:pPr>
          <w:hyperlink w:history="1" w:anchor="_Toc211325416">
            <w:r w:rsidRPr="00E25366">
              <w:rPr>
                <w:rStyle w:val="Hyperlink"/>
                <w:rFonts w:asciiTheme="majorHAnsi" w:hAnsiTheme="majorHAnsi" w:cstheme="majorHAnsi"/>
                <w:noProof/>
              </w:rPr>
              <w:t>3.3 MR-jaarkalender 2025-2026</w:t>
            </w:r>
            <w:r w:rsidRPr="00E25366">
              <w:rPr>
                <w:rFonts w:asciiTheme="majorHAnsi" w:hAnsiTheme="majorHAnsi" w:cstheme="majorHAnsi"/>
                <w:noProof/>
                <w:webHidden/>
              </w:rPr>
              <w:tab/>
            </w:r>
            <w:r w:rsidRPr="00E25366">
              <w:rPr>
                <w:rFonts w:asciiTheme="majorHAnsi" w:hAnsiTheme="majorHAnsi" w:cstheme="majorHAnsi"/>
                <w:noProof/>
                <w:webHidden/>
              </w:rPr>
              <w:fldChar w:fldCharType="begin"/>
            </w:r>
            <w:r w:rsidRPr="00E25366">
              <w:rPr>
                <w:rFonts w:asciiTheme="majorHAnsi" w:hAnsiTheme="majorHAnsi" w:cstheme="majorHAnsi"/>
                <w:noProof/>
                <w:webHidden/>
              </w:rPr>
              <w:instrText xml:space="preserve"> PAGEREF _Toc211325416 \h </w:instrText>
            </w:r>
            <w:r w:rsidRPr="00E25366">
              <w:rPr>
                <w:rFonts w:asciiTheme="majorHAnsi" w:hAnsiTheme="majorHAnsi" w:cstheme="majorHAnsi"/>
                <w:noProof/>
                <w:webHidden/>
              </w:rPr>
            </w:r>
            <w:r w:rsidRPr="00E25366">
              <w:rPr>
                <w:rFonts w:asciiTheme="majorHAnsi" w:hAnsiTheme="majorHAnsi" w:cstheme="majorHAnsi"/>
                <w:noProof/>
                <w:webHidden/>
              </w:rPr>
              <w:fldChar w:fldCharType="separate"/>
            </w:r>
            <w:r w:rsidRPr="00E25366">
              <w:rPr>
                <w:rFonts w:asciiTheme="majorHAnsi" w:hAnsiTheme="majorHAnsi" w:cstheme="majorHAnsi"/>
                <w:noProof/>
                <w:webHidden/>
              </w:rPr>
              <w:t>6</w:t>
            </w:r>
            <w:r w:rsidRPr="00E25366">
              <w:rPr>
                <w:rFonts w:asciiTheme="majorHAnsi" w:hAnsiTheme="majorHAnsi" w:cstheme="majorHAnsi"/>
                <w:noProof/>
                <w:webHidden/>
              </w:rPr>
              <w:fldChar w:fldCharType="end"/>
            </w:r>
          </w:hyperlink>
        </w:p>
        <w:p w:rsidRPr="00E25366" w:rsidR="00E25366" w:rsidRDefault="00E25366" w14:paraId="22107BA8" w14:textId="0B4A4D45">
          <w:pPr>
            <w:pStyle w:val="Inhopg1"/>
            <w:tabs>
              <w:tab w:val="right" w:leader="dot" w:pos="8630"/>
            </w:tabs>
            <w:rPr>
              <w:rFonts w:asciiTheme="majorHAnsi" w:hAnsiTheme="majorHAnsi" w:cstheme="majorHAnsi"/>
              <w:b/>
              <w:bCs/>
              <w:noProof/>
              <w:kern w:val="2"/>
              <w:sz w:val="24"/>
              <w:szCs w:val="24"/>
              <w:lang w:eastAsia="nl-NL"/>
              <w14:ligatures w14:val="standardContextual"/>
            </w:rPr>
          </w:pPr>
          <w:hyperlink w:history="1" w:anchor="_Toc211325417">
            <w:r w:rsidRPr="00E25366">
              <w:rPr>
                <w:rStyle w:val="Hyperlink"/>
                <w:rFonts w:asciiTheme="majorHAnsi" w:hAnsiTheme="majorHAnsi" w:cstheme="majorHAnsi"/>
                <w:b/>
                <w:bCs/>
                <w:noProof/>
              </w:rPr>
              <w:t>4. MR-vergaderingen en communicatie</w:t>
            </w:r>
            <w:r w:rsidRPr="00E25366">
              <w:rPr>
                <w:rFonts w:asciiTheme="majorHAnsi" w:hAnsiTheme="majorHAnsi" w:cstheme="majorHAnsi"/>
                <w:b/>
                <w:bCs/>
                <w:noProof/>
                <w:webHidden/>
              </w:rPr>
              <w:tab/>
            </w:r>
            <w:r w:rsidRPr="00E25366">
              <w:rPr>
                <w:rFonts w:asciiTheme="majorHAnsi" w:hAnsiTheme="majorHAnsi" w:cstheme="majorHAnsi"/>
                <w:b/>
                <w:bCs/>
                <w:noProof/>
                <w:webHidden/>
              </w:rPr>
              <w:fldChar w:fldCharType="begin"/>
            </w:r>
            <w:r w:rsidRPr="00E25366">
              <w:rPr>
                <w:rFonts w:asciiTheme="majorHAnsi" w:hAnsiTheme="majorHAnsi" w:cstheme="majorHAnsi"/>
                <w:b/>
                <w:bCs/>
                <w:noProof/>
                <w:webHidden/>
              </w:rPr>
              <w:instrText xml:space="preserve"> PAGEREF _Toc211325417 \h </w:instrText>
            </w:r>
            <w:r w:rsidRPr="00E25366">
              <w:rPr>
                <w:rFonts w:asciiTheme="majorHAnsi" w:hAnsiTheme="majorHAnsi" w:cstheme="majorHAnsi"/>
                <w:b/>
                <w:bCs/>
                <w:noProof/>
                <w:webHidden/>
              </w:rPr>
            </w:r>
            <w:r w:rsidRPr="00E25366">
              <w:rPr>
                <w:rFonts w:asciiTheme="majorHAnsi" w:hAnsiTheme="majorHAnsi" w:cstheme="majorHAnsi"/>
                <w:b/>
                <w:bCs/>
                <w:noProof/>
                <w:webHidden/>
              </w:rPr>
              <w:fldChar w:fldCharType="separate"/>
            </w:r>
            <w:r w:rsidRPr="00E25366">
              <w:rPr>
                <w:rFonts w:asciiTheme="majorHAnsi" w:hAnsiTheme="majorHAnsi" w:cstheme="majorHAnsi"/>
                <w:b/>
                <w:bCs/>
                <w:noProof/>
                <w:webHidden/>
              </w:rPr>
              <w:t>8</w:t>
            </w:r>
            <w:r w:rsidRPr="00E25366">
              <w:rPr>
                <w:rFonts w:asciiTheme="majorHAnsi" w:hAnsiTheme="majorHAnsi" w:cstheme="majorHAnsi"/>
                <w:b/>
                <w:bCs/>
                <w:noProof/>
                <w:webHidden/>
              </w:rPr>
              <w:fldChar w:fldCharType="end"/>
            </w:r>
          </w:hyperlink>
        </w:p>
        <w:p w:rsidRPr="00E25366" w:rsidR="00E25366" w:rsidRDefault="00E25366" w14:paraId="6D64A648" w14:textId="0A4B303D">
          <w:pPr>
            <w:pStyle w:val="Inhopg2"/>
            <w:tabs>
              <w:tab w:val="right" w:leader="dot" w:pos="8630"/>
            </w:tabs>
            <w:rPr>
              <w:rFonts w:asciiTheme="majorHAnsi" w:hAnsiTheme="majorHAnsi" w:cstheme="majorHAnsi"/>
              <w:noProof/>
              <w:kern w:val="2"/>
              <w:sz w:val="24"/>
              <w:szCs w:val="24"/>
              <w:lang w:eastAsia="nl-NL"/>
              <w14:ligatures w14:val="standardContextual"/>
            </w:rPr>
          </w:pPr>
          <w:hyperlink w:history="1" w:anchor="_Toc211325418">
            <w:r w:rsidRPr="00E25366">
              <w:rPr>
                <w:rStyle w:val="Hyperlink"/>
                <w:rFonts w:asciiTheme="majorHAnsi" w:hAnsiTheme="majorHAnsi" w:cstheme="majorHAnsi"/>
                <w:noProof/>
              </w:rPr>
              <w:t>4.1. MR-vergaderingen: aanwezigen en werkwijze</w:t>
            </w:r>
            <w:r w:rsidRPr="00E25366">
              <w:rPr>
                <w:rFonts w:asciiTheme="majorHAnsi" w:hAnsiTheme="majorHAnsi" w:cstheme="majorHAnsi"/>
                <w:noProof/>
                <w:webHidden/>
              </w:rPr>
              <w:tab/>
            </w:r>
            <w:r w:rsidRPr="00E25366">
              <w:rPr>
                <w:rFonts w:asciiTheme="majorHAnsi" w:hAnsiTheme="majorHAnsi" w:cstheme="majorHAnsi"/>
                <w:noProof/>
                <w:webHidden/>
              </w:rPr>
              <w:fldChar w:fldCharType="begin"/>
            </w:r>
            <w:r w:rsidRPr="00E25366">
              <w:rPr>
                <w:rFonts w:asciiTheme="majorHAnsi" w:hAnsiTheme="majorHAnsi" w:cstheme="majorHAnsi"/>
                <w:noProof/>
                <w:webHidden/>
              </w:rPr>
              <w:instrText xml:space="preserve"> PAGEREF _Toc211325418 \h </w:instrText>
            </w:r>
            <w:r w:rsidRPr="00E25366">
              <w:rPr>
                <w:rFonts w:asciiTheme="majorHAnsi" w:hAnsiTheme="majorHAnsi" w:cstheme="majorHAnsi"/>
                <w:noProof/>
                <w:webHidden/>
              </w:rPr>
            </w:r>
            <w:r w:rsidRPr="00E25366">
              <w:rPr>
                <w:rFonts w:asciiTheme="majorHAnsi" w:hAnsiTheme="majorHAnsi" w:cstheme="majorHAnsi"/>
                <w:noProof/>
                <w:webHidden/>
              </w:rPr>
              <w:fldChar w:fldCharType="separate"/>
            </w:r>
            <w:r w:rsidRPr="00E25366">
              <w:rPr>
                <w:rFonts w:asciiTheme="majorHAnsi" w:hAnsiTheme="majorHAnsi" w:cstheme="majorHAnsi"/>
                <w:noProof/>
                <w:webHidden/>
              </w:rPr>
              <w:t>8</w:t>
            </w:r>
            <w:r w:rsidRPr="00E25366">
              <w:rPr>
                <w:rFonts w:asciiTheme="majorHAnsi" w:hAnsiTheme="majorHAnsi" w:cstheme="majorHAnsi"/>
                <w:noProof/>
                <w:webHidden/>
              </w:rPr>
              <w:fldChar w:fldCharType="end"/>
            </w:r>
          </w:hyperlink>
        </w:p>
        <w:p w:rsidRPr="00E25366" w:rsidR="00E25366" w:rsidRDefault="00E25366" w14:paraId="494C1895" w14:textId="18E13998">
          <w:pPr>
            <w:pStyle w:val="Inhopg2"/>
            <w:tabs>
              <w:tab w:val="right" w:leader="dot" w:pos="8630"/>
            </w:tabs>
            <w:rPr>
              <w:rFonts w:asciiTheme="majorHAnsi" w:hAnsiTheme="majorHAnsi" w:cstheme="majorHAnsi"/>
              <w:noProof/>
              <w:kern w:val="2"/>
              <w:sz w:val="24"/>
              <w:szCs w:val="24"/>
              <w:lang w:eastAsia="nl-NL"/>
              <w14:ligatures w14:val="standardContextual"/>
            </w:rPr>
          </w:pPr>
          <w:hyperlink w:history="1" w:anchor="_Toc211325419">
            <w:r w:rsidRPr="00E25366">
              <w:rPr>
                <w:rStyle w:val="Hyperlink"/>
                <w:rFonts w:asciiTheme="majorHAnsi" w:hAnsiTheme="majorHAnsi" w:cstheme="majorHAnsi"/>
                <w:noProof/>
              </w:rPr>
              <w:t>4.2. Communicatie tussen MR en belanghebbenden</w:t>
            </w:r>
            <w:r w:rsidRPr="00E25366">
              <w:rPr>
                <w:rFonts w:asciiTheme="majorHAnsi" w:hAnsiTheme="majorHAnsi" w:cstheme="majorHAnsi"/>
                <w:noProof/>
                <w:webHidden/>
              </w:rPr>
              <w:tab/>
            </w:r>
            <w:r w:rsidRPr="00E25366">
              <w:rPr>
                <w:rFonts w:asciiTheme="majorHAnsi" w:hAnsiTheme="majorHAnsi" w:cstheme="majorHAnsi"/>
                <w:noProof/>
                <w:webHidden/>
              </w:rPr>
              <w:fldChar w:fldCharType="begin"/>
            </w:r>
            <w:r w:rsidRPr="00E25366">
              <w:rPr>
                <w:rFonts w:asciiTheme="majorHAnsi" w:hAnsiTheme="majorHAnsi" w:cstheme="majorHAnsi"/>
                <w:noProof/>
                <w:webHidden/>
              </w:rPr>
              <w:instrText xml:space="preserve"> PAGEREF _Toc211325419 \h </w:instrText>
            </w:r>
            <w:r w:rsidRPr="00E25366">
              <w:rPr>
                <w:rFonts w:asciiTheme="majorHAnsi" w:hAnsiTheme="majorHAnsi" w:cstheme="majorHAnsi"/>
                <w:noProof/>
                <w:webHidden/>
              </w:rPr>
            </w:r>
            <w:r w:rsidRPr="00E25366">
              <w:rPr>
                <w:rFonts w:asciiTheme="majorHAnsi" w:hAnsiTheme="majorHAnsi" w:cstheme="majorHAnsi"/>
                <w:noProof/>
                <w:webHidden/>
              </w:rPr>
              <w:fldChar w:fldCharType="separate"/>
            </w:r>
            <w:r w:rsidRPr="00E25366">
              <w:rPr>
                <w:rFonts w:asciiTheme="majorHAnsi" w:hAnsiTheme="majorHAnsi" w:cstheme="majorHAnsi"/>
                <w:noProof/>
                <w:webHidden/>
              </w:rPr>
              <w:t>8</w:t>
            </w:r>
            <w:r w:rsidRPr="00E25366">
              <w:rPr>
                <w:rFonts w:asciiTheme="majorHAnsi" w:hAnsiTheme="majorHAnsi" w:cstheme="majorHAnsi"/>
                <w:noProof/>
                <w:webHidden/>
              </w:rPr>
              <w:fldChar w:fldCharType="end"/>
            </w:r>
          </w:hyperlink>
        </w:p>
        <w:p w:rsidRPr="00E25366" w:rsidR="00E25366" w:rsidRDefault="00E25366" w14:paraId="0757F2DC" w14:textId="1142F9C9">
          <w:pPr>
            <w:pStyle w:val="Inhopg1"/>
            <w:tabs>
              <w:tab w:val="right" w:leader="dot" w:pos="8630"/>
            </w:tabs>
            <w:rPr>
              <w:rFonts w:asciiTheme="majorHAnsi" w:hAnsiTheme="majorHAnsi" w:cstheme="majorHAnsi"/>
              <w:b/>
              <w:bCs/>
              <w:noProof/>
              <w:kern w:val="2"/>
              <w:sz w:val="24"/>
              <w:szCs w:val="24"/>
              <w:lang w:eastAsia="nl-NL"/>
              <w14:ligatures w14:val="standardContextual"/>
            </w:rPr>
          </w:pPr>
          <w:hyperlink w:history="1" w:anchor="_Toc211325420">
            <w:r w:rsidRPr="00E25366">
              <w:rPr>
                <w:rStyle w:val="Hyperlink"/>
                <w:rFonts w:asciiTheme="majorHAnsi" w:hAnsiTheme="majorHAnsi" w:cstheme="majorHAnsi"/>
                <w:b/>
                <w:bCs/>
                <w:noProof/>
              </w:rPr>
              <w:t>5. M</w:t>
            </w:r>
            <w:r>
              <w:rPr>
                <w:rStyle w:val="Hyperlink"/>
                <w:rFonts w:asciiTheme="majorHAnsi" w:hAnsiTheme="majorHAnsi" w:cstheme="majorHAnsi"/>
                <w:b/>
                <w:bCs/>
                <w:noProof/>
              </w:rPr>
              <w:t>R</w:t>
            </w:r>
            <w:r w:rsidRPr="00E25366">
              <w:rPr>
                <w:rStyle w:val="Hyperlink"/>
                <w:rFonts w:asciiTheme="majorHAnsi" w:hAnsiTheme="majorHAnsi" w:cstheme="majorHAnsi"/>
                <w:b/>
                <w:bCs/>
                <w:noProof/>
              </w:rPr>
              <w:t>-verkiezingen en aftreden, MR-deskundigheid</w:t>
            </w:r>
            <w:r w:rsidRPr="00E25366">
              <w:rPr>
                <w:rFonts w:asciiTheme="majorHAnsi" w:hAnsiTheme="majorHAnsi" w:cstheme="majorHAnsi"/>
                <w:b/>
                <w:bCs/>
                <w:noProof/>
                <w:webHidden/>
              </w:rPr>
              <w:tab/>
            </w:r>
            <w:r w:rsidRPr="00E25366">
              <w:rPr>
                <w:rFonts w:asciiTheme="majorHAnsi" w:hAnsiTheme="majorHAnsi" w:cstheme="majorHAnsi"/>
                <w:b/>
                <w:bCs/>
                <w:noProof/>
                <w:webHidden/>
              </w:rPr>
              <w:fldChar w:fldCharType="begin"/>
            </w:r>
            <w:r w:rsidRPr="00E25366">
              <w:rPr>
                <w:rFonts w:asciiTheme="majorHAnsi" w:hAnsiTheme="majorHAnsi" w:cstheme="majorHAnsi"/>
                <w:b/>
                <w:bCs/>
                <w:noProof/>
                <w:webHidden/>
              </w:rPr>
              <w:instrText xml:space="preserve"> PAGEREF _Toc211325420 \h </w:instrText>
            </w:r>
            <w:r w:rsidRPr="00E25366">
              <w:rPr>
                <w:rFonts w:asciiTheme="majorHAnsi" w:hAnsiTheme="majorHAnsi" w:cstheme="majorHAnsi"/>
                <w:b/>
                <w:bCs/>
                <w:noProof/>
                <w:webHidden/>
              </w:rPr>
            </w:r>
            <w:r w:rsidRPr="00E25366">
              <w:rPr>
                <w:rFonts w:asciiTheme="majorHAnsi" w:hAnsiTheme="majorHAnsi" w:cstheme="majorHAnsi"/>
                <w:b/>
                <w:bCs/>
                <w:noProof/>
                <w:webHidden/>
              </w:rPr>
              <w:fldChar w:fldCharType="separate"/>
            </w:r>
            <w:r w:rsidRPr="00E25366">
              <w:rPr>
                <w:rFonts w:asciiTheme="majorHAnsi" w:hAnsiTheme="majorHAnsi" w:cstheme="majorHAnsi"/>
                <w:b/>
                <w:bCs/>
                <w:noProof/>
                <w:webHidden/>
              </w:rPr>
              <w:t>9</w:t>
            </w:r>
            <w:r w:rsidRPr="00E25366">
              <w:rPr>
                <w:rFonts w:asciiTheme="majorHAnsi" w:hAnsiTheme="majorHAnsi" w:cstheme="majorHAnsi"/>
                <w:b/>
                <w:bCs/>
                <w:noProof/>
                <w:webHidden/>
              </w:rPr>
              <w:fldChar w:fldCharType="end"/>
            </w:r>
          </w:hyperlink>
        </w:p>
        <w:p w:rsidRPr="00E25366" w:rsidR="00E25366" w:rsidRDefault="00E25366" w14:paraId="540C9685" w14:textId="389F6756">
          <w:pPr>
            <w:pStyle w:val="Inhopg2"/>
            <w:tabs>
              <w:tab w:val="right" w:leader="dot" w:pos="8630"/>
            </w:tabs>
            <w:rPr>
              <w:rFonts w:asciiTheme="majorHAnsi" w:hAnsiTheme="majorHAnsi" w:cstheme="majorHAnsi"/>
              <w:noProof/>
              <w:kern w:val="2"/>
              <w:sz w:val="24"/>
              <w:szCs w:val="24"/>
              <w:lang w:eastAsia="nl-NL"/>
              <w14:ligatures w14:val="standardContextual"/>
            </w:rPr>
          </w:pPr>
          <w:hyperlink w:history="1" w:anchor="_Toc211325421">
            <w:r w:rsidRPr="00E25366">
              <w:rPr>
                <w:rStyle w:val="Hyperlink"/>
                <w:rFonts w:asciiTheme="majorHAnsi" w:hAnsiTheme="majorHAnsi" w:cstheme="majorHAnsi"/>
                <w:noProof/>
              </w:rPr>
              <w:t>5.2. Werkwijze verkiezing</w:t>
            </w:r>
            <w:r w:rsidRPr="00E25366">
              <w:rPr>
                <w:rFonts w:asciiTheme="majorHAnsi" w:hAnsiTheme="majorHAnsi" w:cstheme="majorHAnsi"/>
                <w:noProof/>
                <w:webHidden/>
              </w:rPr>
              <w:tab/>
            </w:r>
            <w:r w:rsidRPr="00E25366">
              <w:rPr>
                <w:rFonts w:asciiTheme="majorHAnsi" w:hAnsiTheme="majorHAnsi" w:cstheme="majorHAnsi"/>
                <w:noProof/>
                <w:webHidden/>
              </w:rPr>
              <w:fldChar w:fldCharType="begin"/>
            </w:r>
            <w:r w:rsidRPr="00E25366">
              <w:rPr>
                <w:rFonts w:asciiTheme="majorHAnsi" w:hAnsiTheme="majorHAnsi" w:cstheme="majorHAnsi"/>
                <w:noProof/>
                <w:webHidden/>
              </w:rPr>
              <w:instrText xml:space="preserve"> PAGEREF _Toc211325421 \h </w:instrText>
            </w:r>
            <w:r w:rsidRPr="00E25366">
              <w:rPr>
                <w:rFonts w:asciiTheme="majorHAnsi" w:hAnsiTheme="majorHAnsi" w:cstheme="majorHAnsi"/>
                <w:noProof/>
                <w:webHidden/>
              </w:rPr>
            </w:r>
            <w:r w:rsidRPr="00E25366">
              <w:rPr>
                <w:rFonts w:asciiTheme="majorHAnsi" w:hAnsiTheme="majorHAnsi" w:cstheme="majorHAnsi"/>
                <w:noProof/>
                <w:webHidden/>
              </w:rPr>
              <w:fldChar w:fldCharType="separate"/>
            </w:r>
            <w:r w:rsidRPr="00E25366">
              <w:rPr>
                <w:rFonts w:asciiTheme="majorHAnsi" w:hAnsiTheme="majorHAnsi" w:cstheme="majorHAnsi"/>
                <w:noProof/>
                <w:webHidden/>
              </w:rPr>
              <w:t>10</w:t>
            </w:r>
            <w:r w:rsidRPr="00E25366">
              <w:rPr>
                <w:rFonts w:asciiTheme="majorHAnsi" w:hAnsiTheme="majorHAnsi" w:cstheme="majorHAnsi"/>
                <w:noProof/>
                <w:webHidden/>
              </w:rPr>
              <w:fldChar w:fldCharType="end"/>
            </w:r>
          </w:hyperlink>
        </w:p>
        <w:p w:rsidRPr="00E25366" w:rsidR="00E25366" w:rsidRDefault="00E25366" w14:paraId="01F759CA" w14:textId="41B62A4B">
          <w:pPr>
            <w:pStyle w:val="Inhopg2"/>
            <w:tabs>
              <w:tab w:val="right" w:leader="dot" w:pos="8630"/>
            </w:tabs>
            <w:rPr>
              <w:rFonts w:asciiTheme="majorHAnsi" w:hAnsiTheme="majorHAnsi" w:cstheme="majorHAnsi"/>
              <w:noProof/>
              <w:kern w:val="2"/>
              <w:sz w:val="24"/>
              <w:szCs w:val="24"/>
              <w:lang w:eastAsia="nl-NL"/>
              <w14:ligatures w14:val="standardContextual"/>
            </w:rPr>
          </w:pPr>
          <w:hyperlink w:history="1" w:anchor="_Toc211325422">
            <w:r w:rsidRPr="00E25366">
              <w:rPr>
                <w:rStyle w:val="Hyperlink"/>
                <w:rFonts w:asciiTheme="majorHAnsi" w:hAnsiTheme="majorHAnsi" w:cstheme="majorHAnsi"/>
                <w:noProof/>
              </w:rPr>
              <w:t>5.3. MR deskundigheid</w:t>
            </w:r>
            <w:r w:rsidRPr="00E25366">
              <w:rPr>
                <w:rFonts w:asciiTheme="majorHAnsi" w:hAnsiTheme="majorHAnsi" w:cstheme="majorHAnsi"/>
                <w:noProof/>
                <w:webHidden/>
              </w:rPr>
              <w:tab/>
            </w:r>
            <w:r w:rsidRPr="00E25366">
              <w:rPr>
                <w:rFonts w:asciiTheme="majorHAnsi" w:hAnsiTheme="majorHAnsi" w:cstheme="majorHAnsi"/>
                <w:noProof/>
                <w:webHidden/>
              </w:rPr>
              <w:fldChar w:fldCharType="begin"/>
            </w:r>
            <w:r w:rsidRPr="00E25366">
              <w:rPr>
                <w:rFonts w:asciiTheme="majorHAnsi" w:hAnsiTheme="majorHAnsi" w:cstheme="majorHAnsi"/>
                <w:noProof/>
                <w:webHidden/>
              </w:rPr>
              <w:instrText xml:space="preserve"> PAGEREF _Toc211325422 \h </w:instrText>
            </w:r>
            <w:r w:rsidRPr="00E25366">
              <w:rPr>
                <w:rFonts w:asciiTheme="majorHAnsi" w:hAnsiTheme="majorHAnsi" w:cstheme="majorHAnsi"/>
                <w:noProof/>
                <w:webHidden/>
              </w:rPr>
            </w:r>
            <w:r w:rsidRPr="00E25366">
              <w:rPr>
                <w:rFonts w:asciiTheme="majorHAnsi" w:hAnsiTheme="majorHAnsi" w:cstheme="majorHAnsi"/>
                <w:noProof/>
                <w:webHidden/>
              </w:rPr>
              <w:fldChar w:fldCharType="separate"/>
            </w:r>
            <w:r w:rsidRPr="00E25366">
              <w:rPr>
                <w:rFonts w:asciiTheme="majorHAnsi" w:hAnsiTheme="majorHAnsi" w:cstheme="majorHAnsi"/>
                <w:noProof/>
                <w:webHidden/>
              </w:rPr>
              <w:t>10</w:t>
            </w:r>
            <w:r w:rsidRPr="00E25366">
              <w:rPr>
                <w:rFonts w:asciiTheme="majorHAnsi" w:hAnsiTheme="majorHAnsi" w:cstheme="majorHAnsi"/>
                <w:noProof/>
                <w:webHidden/>
              </w:rPr>
              <w:fldChar w:fldCharType="end"/>
            </w:r>
          </w:hyperlink>
        </w:p>
        <w:p w:rsidRPr="00781AE9" w:rsidR="00F26C2A" w:rsidRDefault="00F26C2A" w14:paraId="5A39BBE3" w14:textId="093C5C53">
          <w:pPr>
            <w:rPr>
              <w:rFonts w:asciiTheme="majorHAnsi" w:hAnsiTheme="majorHAnsi" w:cstheme="majorHAnsi"/>
            </w:rPr>
          </w:pPr>
          <w:r w:rsidRPr="00E25366">
            <w:rPr>
              <w:rFonts w:asciiTheme="majorHAnsi" w:hAnsiTheme="majorHAnsi" w:cstheme="majorHAnsi"/>
            </w:rPr>
            <w:fldChar w:fldCharType="end"/>
          </w:r>
        </w:p>
      </w:sdtContent>
    </w:sdt>
    <w:p w:rsidRPr="00781AE9" w:rsidR="000F7857" w:rsidP="1AF72D40" w:rsidRDefault="00536A09" w14:paraId="41C8F396" w14:textId="77777777">
      <w:pPr>
        <w:rPr>
          <w:rFonts w:asciiTheme="majorHAnsi" w:hAnsiTheme="majorHAnsi" w:cstheme="majorHAnsi"/>
        </w:rPr>
      </w:pPr>
      <w:r w:rsidRPr="00781AE9">
        <w:rPr>
          <w:rFonts w:asciiTheme="majorHAnsi" w:hAnsiTheme="majorHAnsi" w:cstheme="majorHAnsi"/>
        </w:rPr>
        <w:br/>
      </w:r>
    </w:p>
    <w:p w:rsidRPr="00781AE9" w:rsidR="000F7857" w:rsidP="1AF72D40" w:rsidRDefault="000F7857" w14:paraId="72A3D3EC" w14:textId="77777777">
      <w:pPr>
        <w:rPr>
          <w:rFonts w:asciiTheme="majorHAnsi" w:hAnsiTheme="majorHAnsi" w:cstheme="majorHAnsi"/>
        </w:rPr>
      </w:pPr>
    </w:p>
    <w:p w:rsidRPr="00781AE9" w:rsidR="000F7857" w:rsidP="1AF72D40" w:rsidRDefault="000F7857" w14:paraId="0D0B940D" w14:textId="77777777">
      <w:pPr>
        <w:rPr>
          <w:rFonts w:asciiTheme="majorHAnsi" w:hAnsiTheme="majorHAnsi" w:cstheme="majorHAnsi"/>
        </w:rPr>
      </w:pPr>
    </w:p>
    <w:p w:rsidRPr="00781AE9" w:rsidR="000F7857" w:rsidP="1AF72D40" w:rsidRDefault="000F7857" w14:paraId="0E27B00A" w14:textId="77777777">
      <w:pPr>
        <w:rPr>
          <w:rFonts w:asciiTheme="majorHAnsi" w:hAnsiTheme="majorHAnsi" w:cstheme="majorHAnsi"/>
        </w:rPr>
      </w:pPr>
    </w:p>
    <w:p w:rsidRPr="00781AE9" w:rsidR="000F7857" w:rsidP="1AF72D40" w:rsidRDefault="000F7857" w14:paraId="60061E4C" w14:textId="77777777">
      <w:pPr>
        <w:rPr>
          <w:rFonts w:asciiTheme="majorHAnsi" w:hAnsiTheme="majorHAnsi" w:cstheme="majorHAnsi"/>
        </w:rPr>
      </w:pPr>
    </w:p>
    <w:p w:rsidRPr="00781AE9" w:rsidR="00D150C3" w:rsidP="514B77E5" w:rsidRDefault="00536A09" w14:paraId="6E2153B9" w14:textId="2649431E" w14:noSpellErr="1">
      <w:pPr>
        <w:pStyle w:val="Geenafstand"/>
        <w:rPr>
          <w:rFonts w:ascii="Calibri" w:hAnsi="Calibri" w:cs="Calibri" w:asciiTheme="majorAscii" w:hAnsiTheme="majorAscii" w:cstheme="majorAscii"/>
          <w:lang w:val="nl-NL"/>
        </w:rPr>
      </w:pPr>
      <w:bookmarkStart w:name="_Toc211325405" w:id="0"/>
      <w:r w:rsidRPr="514B77E5" w:rsidR="00536A09">
        <w:rPr>
          <w:rStyle w:val="Kop1Char"/>
          <w:rFonts w:cs="Calibri" w:cstheme="majorAscii"/>
          <w:lang w:val="nl-NL"/>
        </w:rPr>
        <w:t>1. Inleiding</w:t>
      </w:r>
      <w:bookmarkEnd w:id="0"/>
      <w:r w:rsidRPr="514B77E5" w:rsidR="00536A09">
        <w:rPr>
          <w:rStyle w:val="Kop1Char"/>
          <w:rFonts w:cs="Calibri" w:cstheme="majorAscii"/>
          <w:lang w:val="nl-NL"/>
        </w:rPr>
        <w:t xml:space="preserve">  </w:t>
      </w:r>
      <w:r>
        <w:br/>
      </w:r>
      <w:r w:rsidRPr="514B77E5" w:rsidR="00536A09">
        <w:rPr>
          <w:rFonts w:ascii="Calibri" w:hAnsi="Calibri" w:cs="Calibri" w:asciiTheme="majorAscii" w:hAnsiTheme="majorAscii" w:cstheme="majorAscii"/>
          <w:lang w:val="nl-NL"/>
        </w:rPr>
        <w:t xml:space="preserve">Het jaarplan beschrijft hoe de MR van </w:t>
      </w:r>
      <w:r w:rsidRPr="514B77E5" w:rsidR="003D4B96">
        <w:rPr>
          <w:rFonts w:ascii="Calibri" w:hAnsi="Calibri" w:cs="Calibri" w:asciiTheme="majorAscii" w:hAnsiTheme="majorAscii" w:cstheme="majorAscii"/>
          <w:lang w:val="nl-NL"/>
        </w:rPr>
        <w:t xml:space="preserve">IKC Alexia </w:t>
      </w:r>
      <w:r w:rsidRPr="514B77E5" w:rsidR="00536A09">
        <w:rPr>
          <w:rFonts w:ascii="Calibri" w:hAnsi="Calibri" w:cs="Calibri" w:asciiTheme="majorAscii" w:hAnsiTheme="majorAscii" w:cstheme="majorAscii"/>
          <w:lang w:val="nl-NL"/>
        </w:rPr>
        <w:t xml:space="preserve">werkt op het gebied van organisatie, </w:t>
      </w:r>
      <w:r>
        <w:br/>
      </w:r>
      <w:r w:rsidRPr="514B77E5" w:rsidR="00536A09">
        <w:rPr>
          <w:rFonts w:ascii="Calibri" w:hAnsi="Calibri" w:cs="Calibri" w:asciiTheme="majorAscii" w:hAnsiTheme="majorAscii" w:cstheme="majorAscii"/>
          <w:lang w:val="nl-NL"/>
        </w:rPr>
        <w:t xml:space="preserve">communicatie en samenwerking met de school. Daarnaast streven we ernaar om elk jaar </w:t>
      </w:r>
      <w:r>
        <w:br/>
      </w:r>
      <w:r w:rsidRPr="514B77E5" w:rsidR="00536A09">
        <w:rPr>
          <w:rFonts w:ascii="Calibri" w:hAnsi="Calibri" w:cs="Calibri" w:asciiTheme="majorAscii" w:hAnsiTheme="majorAscii" w:cstheme="majorAscii"/>
          <w:lang w:val="nl-NL"/>
        </w:rPr>
        <w:t xml:space="preserve">specifieke onderwerpen aan de orde te brengen. Het plan is bedoeld als leidraad voor de MR </w:t>
      </w:r>
      <w:r>
        <w:br/>
      </w:r>
      <w:r w:rsidRPr="514B77E5" w:rsidR="00536A09">
        <w:rPr>
          <w:rFonts w:ascii="Calibri" w:hAnsi="Calibri" w:cs="Calibri" w:asciiTheme="majorAscii" w:hAnsiTheme="majorAscii" w:cstheme="majorAscii"/>
          <w:lang w:val="nl-NL"/>
        </w:rPr>
        <w:t xml:space="preserve">en als een planning voor de vergaderingen, maar ook voor haar achterban (ouders, </w:t>
      </w:r>
      <w:r>
        <w:br/>
      </w:r>
      <w:r w:rsidRPr="514B77E5" w:rsidR="00536A09">
        <w:rPr>
          <w:rFonts w:ascii="Calibri" w:hAnsi="Calibri" w:cs="Calibri" w:asciiTheme="majorAscii" w:hAnsiTheme="majorAscii" w:cstheme="majorAscii"/>
          <w:lang w:val="nl-NL"/>
        </w:rPr>
        <w:t xml:space="preserve">personeel) om inzicht te geven in haar functioneren. Dit plan wordt elk jaar, bij aanvang van </w:t>
      </w:r>
      <w:r>
        <w:br/>
      </w:r>
      <w:r w:rsidRPr="514B77E5" w:rsidR="00536A09">
        <w:rPr>
          <w:rFonts w:ascii="Calibri" w:hAnsi="Calibri" w:cs="Calibri" w:asciiTheme="majorAscii" w:hAnsiTheme="majorAscii" w:cstheme="majorAscii"/>
          <w:lang w:val="nl-NL"/>
        </w:rPr>
        <w:t>een nieuw schooljaar geactualiseerd.</w:t>
      </w:r>
      <w:r w:rsidRPr="514B77E5" w:rsidR="105F8790">
        <w:rPr>
          <w:rFonts w:ascii="Calibri" w:hAnsi="Calibri" w:cs="Calibri" w:asciiTheme="majorAscii" w:hAnsiTheme="majorAscii" w:cstheme="majorAscii"/>
          <w:lang w:val="nl-NL"/>
        </w:rPr>
        <w:t xml:space="preserve"> </w:t>
      </w:r>
      <w:r w:rsidRPr="514B77E5" w:rsidR="105F8790">
        <w:rPr>
          <w:rFonts w:ascii="Calibri" w:hAnsi="Calibri" w:cs="Calibri" w:asciiTheme="majorAscii" w:hAnsiTheme="majorAscii" w:cstheme="majorAscii"/>
          <w:lang w:val="nl-NL"/>
        </w:rPr>
        <w:t>Tevens</w:t>
      </w:r>
      <w:r w:rsidRPr="514B77E5" w:rsidR="105F8790">
        <w:rPr>
          <w:rFonts w:ascii="Calibri" w:hAnsi="Calibri" w:cs="Calibri" w:asciiTheme="majorAscii" w:hAnsiTheme="majorAscii" w:cstheme="majorAscii"/>
          <w:lang w:val="nl-NL"/>
        </w:rPr>
        <w:t xml:space="preserve"> worden de voornemens van de MR gedeeld in een ambitiegesprek met de directie.</w:t>
      </w:r>
      <w:r>
        <w:br/>
      </w:r>
    </w:p>
    <w:p w:rsidR="514B77E5" w:rsidP="514B77E5" w:rsidRDefault="514B77E5" w14:paraId="24FFCFD3" w14:textId="0C44EA10">
      <w:pPr>
        <w:pStyle w:val="Geenafstand"/>
      </w:pPr>
    </w:p>
    <w:p w:rsidR="514B77E5" w:rsidP="514B77E5" w:rsidRDefault="514B77E5" w14:paraId="3A8DE3BE" w14:textId="213C86F6">
      <w:pPr>
        <w:pStyle w:val="Geenafstand"/>
      </w:pPr>
    </w:p>
    <w:p w:rsidR="514B77E5" w:rsidP="514B77E5" w:rsidRDefault="514B77E5" w14:paraId="73191767" w14:textId="30B40646">
      <w:pPr>
        <w:pStyle w:val="Geenafstand"/>
      </w:pPr>
    </w:p>
    <w:p w:rsidR="514B77E5" w:rsidP="514B77E5" w:rsidRDefault="514B77E5" w14:paraId="46A0FB88" w14:textId="103B8D65">
      <w:pPr>
        <w:pStyle w:val="Geenafstand"/>
      </w:pPr>
    </w:p>
    <w:p w:rsidR="514B77E5" w:rsidP="514B77E5" w:rsidRDefault="514B77E5" w14:paraId="127262CE" w14:textId="1828FF22">
      <w:pPr>
        <w:pStyle w:val="Geenafstand"/>
      </w:pPr>
    </w:p>
    <w:p w:rsidR="514B77E5" w:rsidP="514B77E5" w:rsidRDefault="514B77E5" w14:paraId="32B109FA" w14:textId="39A53857">
      <w:pPr>
        <w:pStyle w:val="Geenafstand"/>
      </w:pPr>
    </w:p>
    <w:p w:rsidR="514B77E5" w:rsidP="514B77E5" w:rsidRDefault="514B77E5" w14:paraId="5031731E" w14:textId="38E1E5C9">
      <w:pPr>
        <w:pStyle w:val="Geenafstand"/>
      </w:pPr>
    </w:p>
    <w:p w:rsidR="514B77E5" w:rsidP="514B77E5" w:rsidRDefault="514B77E5" w14:paraId="7DEF57C2" w14:textId="73C6D030">
      <w:pPr>
        <w:pStyle w:val="Geenafstand"/>
      </w:pPr>
    </w:p>
    <w:p w:rsidR="514B77E5" w:rsidP="514B77E5" w:rsidRDefault="514B77E5" w14:paraId="08A5FE75" w14:textId="4A842E68">
      <w:pPr>
        <w:pStyle w:val="Geenafstand"/>
      </w:pPr>
    </w:p>
    <w:p w:rsidR="514B77E5" w:rsidP="514B77E5" w:rsidRDefault="514B77E5" w14:paraId="6D52F19C" w14:textId="3D5D0B03">
      <w:pPr>
        <w:pStyle w:val="Geenafstand"/>
      </w:pPr>
    </w:p>
    <w:p w:rsidR="514B77E5" w:rsidP="514B77E5" w:rsidRDefault="514B77E5" w14:paraId="2B963E62" w14:textId="1E79AC17">
      <w:pPr>
        <w:pStyle w:val="Geenafstand"/>
      </w:pPr>
    </w:p>
    <w:p w:rsidR="514B77E5" w:rsidP="514B77E5" w:rsidRDefault="514B77E5" w14:paraId="0C753D2D" w14:textId="6B16D8CB">
      <w:pPr>
        <w:pStyle w:val="Geenafstand"/>
      </w:pPr>
    </w:p>
    <w:p w:rsidR="514B77E5" w:rsidP="514B77E5" w:rsidRDefault="514B77E5" w14:paraId="457D5E71" w14:textId="684DB986">
      <w:pPr>
        <w:pStyle w:val="Geenafstand"/>
      </w:pPr>
    </w:p>
    <w:p w:rsidR="514B77E5" w:rsidP="514B77E5" w:rsidRDefault="514B77E5" w14:paraId="54FEA67E" w14:textId="5CDA9A97">
      <w:pPr>
        <w:pStyle w:val="Geenafstand"/>
      </w:pPr>
    </w:p>
    <w:p w:rsidR="514B77E5" w:rsidP="514B77E5" w:rsidRDefault="514B77E5" w14:paraId="46F6C496" w14:textId="1E985C3C">
      <w:pPr>
        <w:pStyle w:val="Geenafstand"/>
      </w:pPr>
    </w:p>
    <w:p w:rsidR="514B77E5" w:rsidP="514B77E5" w:rsidRDefault="514B77E5" w14:paraId="1ABE0199" w14:textId="2B3261E8">
      <w:pPr>
        <w:pStyle w:val="Geenafstand"/>
      </w:pPr>
    </w:p>
    <w:p w:rsidR="514B77E5" w:rsidP="514B77E5" w:rsidRDefault="514B77E5" w14:paraId="2F7CC33E" w14:textId="626E9FAA">
      <w:pPr>
        <w:pStyle w:val="Geenafstand"/>
      </w:pPr>
    </w:p>
    <w:p w:rsidR="514B77E5" w:rsidP="514B77E5" w:rsidRDefault="514B77E5" w14:paraId="351ADA6B" w14:textId="02AF0948">
      <w:pPr>
        <w:pStyle w:val="Geenafstand"/>
      </w:pPr>
    </w:p>
    <w:p w:rsidR="514B77E5" w:rsidP="514B77E5" w:rsidRDefault="514B77E5" w14:paraId="3315C0EA" w14:textId="22D3B864">
      <w:pPr>
        <w:pStyle w:val="Geenafstand"/>
      </w:pPr>
    </w:p>
    <w:p w:rsidR="514B77E5" w:rsidP="514B77E5" w:rsidRDefault="514B77E5" w14:paraId="12A0EE19" w14:textId="231CAC92">
      <w:pPr>
        <w:pStyle w:val="Geenafstand"/>
      </w:pPr>
    </w:p>
    <w:p w:rsidR="514B77E5" w:rsidP="514B77E5" w:rsidRDefault="514B77E5" w14:paraId="767E0278" w14:textId="428B0FCE">
      <w:pPr>
        <w:pStyle w:val="Geenafstand"/>
      </w:pPr>
    </w:p>
    <w:p w:rsidR="514B77E5" w:rsidP="514B77E5" w:rsidRDefault="514B77E5" w14:paraId="5F181077" w14:textId="6A41F6FA">
      <w:pPr>
        <w:pStyle w:val="Geenafstand"/>
      </w:pPr>
    </w:p>
    <w:p w:rsidR="514B77E5" w:rsidP="514B77E5" w:rsidRDefault="514B77E5" w14:paraId="4980C05B" w14:textId="2B66D9CE">
      <w:pPr>
        <w:pStyle w:val="Geenafstand"/>
      </w:pPr>
    </w:p>
    <w:p w:rsidR="514B77E5" w:rsidP="514B77E5" w:rsidRDefault="514B77E5" w14:paraId="274D491E" w14:textId="4A983F41">
      <w:pPr>
        <w:pStyle w:val="Geenafstand"/>
      </w:pPr>
    </w:p>
    <w:p w:rsidR="514B77E5" w:rsidP="514B77E5" w:rsidRDefault="514B77E5" w14:paraId="724A35E8" w14:textId="0E88B859">
      <w:pPr>
        <w:pStyle w:val="Geenafstand"/>
      </w:pPr>
    </w:p>
    <w:p w:rsidR="514B77E5" w:rsidP="514B77E5" w:rsidRDefault="514B77E5" w14:paraId="7C297F80" w14:textId="06C186E7">
      <w:pPr>
        <w:pStyle w:val="Geenafstand"/>
      </w:pPr>
    </w:p>
    <w:p w:rsidR="514B77E5" w:rsidP="514B77E5" w:rsidRDefault="514B77E5" w14:paraId="67D3F929" w14:textId="55B65EDA">
      <w:pPr>
        <w:pStyle w:val="Geenafstand"/>
      </w:pPr>
    </w:p>
    <w:p w:rsidR="514B77E5" w:rsidP="514B77E5" w:rsidRDefault="514B77E5" w14:paraId="33AAFFC9" w14:textId="508CFD33">
      <w:pPr>
        <w:pStyle w:val="Geenafstand"/>
      </w:pPr>
    </w:p>
    <w:p w:rsidR="514B77E5" w:rsidP="514B77E5" w:rsidRDefault="514B77E5" w14:paraId="4284B6B0" w14:textId="0A2CF688">
      <w:pPr>
        <w:pStyle w:val="Geenafstand"/>
      </w:pPr>
    </w:p>
    <w:p w:rsidR="514B77E5" w:rsidP="514B77E5" w:rsidRDefault="514B77E5" w14:paraId="66C2CE99" w14:textId="30872B3A">
      <w:pPr>
        <w:pStyle w:val="Geenafstand"/>
      </w:pPr>
    </w:p>
    <w:p w:rsidR="514B77E5" w:rsidP="514B77E5" w:rsidRDefault="514B77E5" w14:paraId="7DB414DE" w14:textId="16527C72">
      <w:pPr>
        <w:pStyle w:val="Geenafstand"/>
      </w:pPr>
    </w:p>
    <w:p w:rsidR="514B77E5" w:rsidP="514B77E5" w:rsidRDefault="514B77E5" w14:paraId="17411052" w14:textId="7E7EF8BC">
      <w:pPr>
        <w:pStyle w:val="Geenafstand"/>
      </w:pPr>
    </w:p>
    <w:p w:rsidR="514B77E5" w:rsidP="514B77E5" w:rsidRDefault="514B77E5" w14:paraId="5530D75C" w14:textId="6C3DC9AC">
      <w:pPr>
        <w:pStyle w:val="Geenafstand"/>
      </w:pPr>
    </w:p>
    <w:p w:rsidR="514B77E5" w:rsidP="514B77E5" w:rsidRDefault="514B77E5" w14:paraId="4ECCFA14" w14:textId="0DFF3FCD">
      <w:pPr>
        <w:pStyle w:val="Geenafstand"/>
      </w:pPr>
    </w:p>
    <w:p w:rsidR="514B77E5" w:rsidP="514B77E5" w:rsidRDefault="514B77E5" w14:paraId="5D74CBBD" w14:textId="4A0B9E45">
      <w:pPr>
        <w:pStyle w:val="Geenafstand"/>
      </w:pPr>
    </w:p>
    <w:p w:rsidR="514B77E5" w:rsidP="514B77E5" w:rsidRDefault="514B77E5" w14:paraId="024F6728" w14:textId="3FFFF345">
      <w:pPr>
        <w:pStyle w:val="Geenafstand"/>
      </w:pPr>
    </w:p>
    <w:p w:rsidR="514B77E5" w:rsidP="514B77E5" w:rsidRDefault="514B77E5" w14:paraId="1D6E82E7" w14:textId="5D5DDF83">
      <w:pPr>
        <w:pStyle w:val="Geenafstand"/>
      </w:pPr>
    </w:p>
    <w:p w:rsidR="514B77E5" w:rsidP="514B77E5" w:rsidRDefault="514B77E5" w14:paraId="1D0B02C0" w14:textId="7FF9759A">
      <w:pPr>
        <w:pStyle w:val="Geenafstand"/>
      </w:pPr>
    </w:p>
    <w:p w:rsidR="514B77E5" w:rsidP="514B77E5" w:rsidRDefault="514B77E5" w14:paraId="039B168C" w14:textId="138BD918">
      <w:pPr>
        <w:pStyle w:val="Geenafstand"/>
      </w:pPr>
    </w:p>
    <w:p w:rsidRPr="00781AE9" w:rsidR="00A61426" w:rsidP="76B9C6B2" w:rsidRDefault="00536A09" w14:paraId="1DBE5605" w14:noSpellErr="1" w14:textId="55079FDA">
      <w:pPr>
        <w:pStyle w:val="Geenafstand"/>
        <w:rPr>
          <w:rFonts w:ascii="Calibri" w:hAnsi="Calibri" w:eastAsia="ＭＳ ゴシック" w:cs="Calibri" w:asciiTheme="majorAscii" w:hAnsiTheme="majorAscii" w:eastAsiaTheme="majorEastAsia" w:cstheme="majorAscii"/>
          <w:b w:val="1"/>
          <w:bCs w:val="1"/>
          <w:color w:val="365F91" w:themeColor="accent1" w:themeShade="BF"/>
          <w:sz w:val="28"/>
          <w:szCs w:val="28"/>
          <w:lang w:val="nl-NL"/>
        </w:rPr>
      </w:pPr>
      <w:r>
        <w:br/>
      </w:r>
      <w:bookmarkStart w:name="_Toc211325406" w:id="1"/>
      <w:r w:rsidRPr="76B9C6B2" w:rsidR="00536A09">
        <w:rPr>
          <w:rStyle w:val="Kop1Char"/>
          <w:rFonts w:cs="Calibri" w:cstheme="majorAscii"/>
          <w:lang w:val="nl-NL"/>
        </w:rPr>
        <w:t>2. Wat en wie is de medezeggenschapraad</w:t>
      </w:r>
      <w:bookmarkEnd w:id="1"/>
      <w:r>
        <w:br/>
      </w:r>
      <w:bookmarkStart w:name="_Toc211325407" w:id="2"/>
      <w:r w:rsidRPr="76B9C6B2" w:rsidR="00536A09">
        <w:rPr>
          <w:rStyle w:val="Kop2Char"/>
          <w:rFonts w:cs="Calibri" w:cstheme="majorAscii"/>
          <w:sz w:val="24"/>
          <w:szCs w:val="24"/>
          <w:lang w:val="nl-NL"/>
        </w:rPr>
        <w:t>2.1 Waarom bestaat er een MR?</w:t>
      </w:r>
      <w:bookmarkEnd w:id="2"/>
      <w:r w:rsidRPr="76B9C6B2" w:rsidR="00536A09">
        <w:rPr>
          <w:rFonts w:ascii="Calibri" w:hAnsi="Calibri" w:cs="Calibri" w:asciiTheme="majorAscii" w:hAnsiTheme="majorAscii" w:cstheme="majorAscii"/>
          <w:lang w:val="nl-NL"/>
        </w:rPr>
        <w:t xml:space="preserve"> </w:t>
      </w:r>
      <w:r>
        <w:br/>
      </w:r>
      <w:r w:rsidRPr="76B9C6B2" w:rsidR="00536A09">
        <w:rPr>
          <w:rFonts w:ascii="Calibri" w:hAnsi="Calibri" w:cs="Calibri" w:asciiTheme="majorAscii" w:hAnsiTheme="majorAscii" w:cstheme="majorAscii"/>
          <w:lang w:val="nl-NL"/>
        </w:rPr>
        <w:t xml:space="preserve">Elke school is verplicht een MR te hebben en alle rechten en plichten van een MR zijn </w:t>
      </w:r>
      <w:r>
        <w:br/>
      </w:r>
      <w:r w:rsidRPr="76B9C6B2" w:rsidR="00536A09">
        <w:rPr>
          <w:rFonts w:ascii="Calibri" w:hAnsi="Calibri" w:cs="Calibri" w:asciiTheme="majorAscii" w:hAnsiTheme="majorAscii" w:cstheme="majorAscii"/>
          <w:lang w:val="nl-NL"/>
        </w:rPr>
        <w:t xml:space="preserve">vastgelegd in de Wet medezeggenschap scholen. Onze MR bestaat uit 6 personen uit 2 </w:t>
      </w:r>
      <w:r>
        <w:br/>
      </w:r>
      <w:r w:rsidRPr="76B9C6B2" w:rsidR="00536A09">
        <w:rPr>
          <w:rFonts w:ascii="Calibri" w:hAnsi="Calibri" w:cs="Calibri" w:asciiTheme="majorAscii" w:hAnsiTheme="majorAscii" w:cstheme="majorAscii"/>
          <w:lang w:val="nl-NL"/>
        </w:rPr>
        <w:t xml:space="preserve">geledingen. De oudergeleding en de personeelsgeleding bestaan beide uit 3 personen. </w:t>
      </w:r>
    </w:p>
    <w:p w:rsidRPr="00781AE9" w:rsidR="00D150C3" w:rsidP="00D11B83" w:rsidRDefault="00A61426" w14:paraId="51439564" w14:textId="2C2DF24C">
      <w:pPr>
        <w:pStyle w:val="Geenafstand"/>
        <w:rPr>
          <w:rFonts w:asciiTheme="majorHAnsi" w:hAnsiTheme="majorHAnsi" w:cstheme="majorHAnsi"/>
          <w:lang w:val="nl-NL"/>
        </w:rPr>
      </w:pPr>
      <w:r w:rsidRPr="00781AE9">
        <w:rPr>
          <w:rFonts w:asciiTheme="majorHAnsi" w:hAnsiTheme="majorHAnsi" w:cstheme="majorHAnsi"/>
          <w:lang w:val="nl-NL"/>
        </w:rPr>
        <w:t xml:space="preserve">De </w:t>
      </w:r>
      <w:r w:rsidRPr="00781AE9" w:rsidR="00536A09">
        <w:rPr>
          <w:rFonts w:asciiTheme="majorHAnsi" w:hAnsiTheme="majorHAnsi" w:cstheme="majorHAnsi"/>
          <w:lang w:val="nl-NL"/>
        </w:rPr>
        <w:t>personeelsgeleding bestaat uit leerkrachten</w:t>
      </w:r>
      <w:r w:rsidRPr="00781AE9" w:rsidR="27AF23EF">
        <w:rPr>
          <w:rFonts w:asciiTheme="majorHAnsi" w:hAnsiTheme="majorHAnsi" w:cstheme="majorHAnsi"/>
          <w:lang w:val="nl-NL"/>
        </w:rPr>
        <w:t xml:space="preserve"> en/of overige personeelsleden.</w:t>
      </w:r>
    </w:p>
    <w:p w:rsidRPr="00781AE9" w:rsidR="00D150C3" w:rsidP="00D11B83" w:rsidRDefault="00536A09" w14:paraId="78B6D2BC" w14:textId="20D7B45E">
      <w:pPr>
        <w:pStyle w:val="Geenafstand"/>
        <w:rPr>
          <w:rFonts w:asciiTheme="majorHAnsi" w:hAnsiTheme="majorHAnsi" w:cstheme="majorHAnsi"/>
          <w:lang w:val="nl-NL"/>
        </w:rPr>
      </w:pPr>
      <w:r w:rsidRPr="00781AE9">
        <w:rPr>
          <w:rFonts w:asciiTheme="majorHAnsi" w:hAnsiTheme="majorHAnsi" w:cstheme="majorHAnsi"/>
          <w:lang w:val="nl-NL"/>
        </w:rPr>
        <w:t xml:space="preserve"> </w:t>
      </w:r>
      <w:r w:rsidRPr="00781AE9">
        <w:rPr>
          <w:rFonts w:asciiTheme="majorHAnsi" w:hAnsiTheme="majorHAnsi" w:cstheme="majorHAnsi"/>
          <w:lang w:val="nl-NL"/>
        </w:rPr>
        <w:br/>
      </w:r>
      <w:r w:rsidRPr="00781AE9">
        <w:rPr>
          <w:rFonts w:asciiTheme="majorHAnsi" w:hAnsiTheme="majorHAnsi" w:cstheme="majorHAnsi"/>
          <w:lang w:val="nl-NL"/>
        </w:rPr>
        <w:t xml:space="preserve">De geledingen hebben gezamenlijke, maar ook individuele instemmingsrechten. Meer uitleg </w:t>
      </w:r>
      <w:r w:rsidRPr="00781AE9">
        <w:rPr>
          <w:rFonts w:asciiTheme="majorHAnsi" w:hAnsiTheme="majorHAnsi" w:cstheme="majorHAnsi"/>
          <w:lang w:val="nl-NL"/>
        </w:rPr>
        <w:br/>
      </w:r>
      <w:r w:rsidRPr="00781AE9">
        <w:rPr>
          <w:rFonts w:asciiTheme="majorHAnsi" w:hAnsiTheme="majorHAnsi" w:cstheme="majorHAnsi"/>
          <w:lang w:val="nl-NL"/>
        </w:rPr>
        <w:t xml:space="preserve">hierover </w:t>
      </w:r>
      <w:r w:rsidRPr="00781AE9" w:rsidR="5C083554">
        <w:rPr>
          <w:rFonts w:asciiTheme="majorHAnsi" w:hAnsiTheme="majorHAnsi" w:cstheme="majorHAnsi"/>
          <w:lang w:val="nl-NL"/>
        </w:rPr>
        <w:t>is te vinden in paragraaf 2.5.</w:t>
      </w:r>
    </w:p>
    <w:p w:rsidRPr="00781AE9" w:rsidR="003D4B96" w:rsidP="00D11B83" w:rsidRDefault="00536A09" w14:paraId="1F389B04" w14:textId="3FED49A5">
      <w:pPr>
        <w:pStyle w:val="Geenafstand"/>
        <w:rPr>
          <w:rFonts w:asciiTheme="majorHAnsi" w:hAnsiTheme="majorHAnsi" w:cstheme="majorHAnsi"/>
          <w:lang w:val="nl-NL"/>
        </w:rPr>
      </w:pPr>
      <w:r w:rsidRPr="00781AE9">
        <w:rPr>
          <w:rFonts w:asciiTheme="majorHAnsi" w:hAnsiTheme="majorHAnsi" w:cstheme="majorHAnsi"/>
          <w:lang w:val="nl-NL"/>
        </w:rPr>
        <w:br/>
      </w:r>
      <w:r w:rsidRPr="00781AE9">
        <w:rPr>
          <w:rFonts w:asciiTheme="majorHAnsi" w:hAnsiTheme="majorHAnsi" w:cstheme="majorHAnsi"/>
          <w:lang w:val="nl-NL"/>
        </w:rPr>
        <w:t xml:space="preserve">De medezeggenschapsraad geeft adviezen en neemt besluiten over onderwerpen, die met </w:t>
      </w:r>
      <w:r w:rsidRPr="00781AE9">
        <w:rPr>
          <w:rFonts w:asciiTheme="majorHAnsi" w:hAnsiTheme="majorHAnsi" w:cstheme="majorHAnsi"/>
          <w:lang w:val="nl-NL"/>
        </w:rPr>
        <w:br/>
      </w:r>
      <w:r w:rsidRPr="00781AE9">
        <w:rPr>
          <w:rFonts w:asciiTheme="majorHAnsi" w:hAnsiTheme="majorHAnsi" w:cstheme="majorHAnsi"/>
          <w:lang w:val="nl-NL"/>
        </w:rPr>
        <w:t xml:space="preserve">de levensbeschouwelijke visie en met het beleid van de school te maken hebben. Dit betreft </w:t>
      </w:r>
      <w:r w:rsidRPr="00781AE9">
        <w:rPr>
          <w:rFonts w:asciiTheme="majorHAnsi" w:hAnsiTheme="majorHAnsi" w:cstheme="majorHAnsi"/>
          <w:lang w:val="nl-NL"/>
        </w:rPr>
        <w:br/>
      </w:r>
      <w:r w:rsidRPr="00781AE9">
        <w:rPr>
          <w:rFonts w:asciiTheme="majorHAnsi" w:hAnsiTheme="majorHAnsi" w:cstheme="majorHAnsi"/>
          <w:lang w:val="nl-NL"/>
        </w:rPr>
        <w:t xml:space="preserve">bijvoorbeeld het vaststellen of wijzigen van de schoolgids, besteding van middelen, </w:t>
      </w:r>
      <w:r w:rsidRPr="00781AE9">
        <w:rPr>
          <w:rFonts w:asciiTheme="majorHAnsi" w:hAnsiTheme="majorHAnsi" w:cstheme="majorHAnsi"/>
          <w:lang w:val="nl-NL"/>
        </w:rPr>
        <w:br/>
      </w:r>
      <w:r w:rsidRPr="00781AE9">
        <w:rPr>
          <w:rFonts w:asciiTheme="majorHAnsi" w:hAnsiTheme="majorHAnsi" w:cstheme="majorHAnsi"/>
          <w:lang w:val="nl-NL"/>
        </w:rPr>
        <w:t>verbeteringen in</w:t>
      </w:r>
      <w:r w:rsidRPr="00781AE9" w:rsidR="7B542A58">
        <w:rPr>
          <w:rFonts w:asciiTheme="majorHAnsi" w:hAnsiTheme="majorHAnsi" w:cstheme="majorHAnsi"/>
          <w:lang w:val="nl-NL"/>
        </w:rPr>
        <w:t xml:space="preserve"> en rondom de school</w:t>
      </w:r>
      <w:r w:rsidRPr="00781AE9">
        <w:rPr>
          <w:rFonts w:asciiTheme="majorHAnsi" w:hAnsiTheme="majorHAnsi" w:cstheme="majorHAnsi"/>
          <w:lang w:val="nl-NL"/>
        </w:rPr>
        <w:t xml:space="preserve">, (informatie)veiligheid op school en langdurige </w:t>
      </w:r>
      <w:r w:rsidRPr="00781AE9">
        <w:rPr>
          <w:rFonts w:asciiTheme="majorHAnsi" w:hAnsiTheme="majorHAnsi" w:cstheme="majorHAnsi"/>
          <w:lang w:val="nl-NL"/>
        </w:rPr>
        <w:br/>
      </w:r>
      <w:r w:rsidRPr="00781AE9">
        <w:rPr>
          <w:rFonts w:asciiTheme="majorHAnsi" w:hAnsiTheme="majorHAnsi" w:cstheme="majorHAnsi"/>
          <w:lang w:val="nl-NL"/>
        </w:rPr>
        <w:t xml:space="preserve">samenwerkingsverbanden.  </w:t>
      </w:r>
    </w:p>
    <w:p w:rsidRPr="00781AE9" w:rsidR="00D150C3" w:rsidP="00D11B83" w:rsidRDefault="00536A09" w14:paraId="4EE58B25" w14:textId="5D5B8BD8">
      <w:pPr>
        <w:pStyle w:val="Geenafstand"/>
        <w:rPr>
          <w:rFonts w:asciiTheme="majorHAnsi" w:hAnsiTheme="majorHAnsi" w:cstheme="majorHAnsi"/>
          <w:lang w:val="nl-NL"/>
        </w:rPr>
      </w:pPr>
      <w:r w:rsidRPr="00781AE9">
        <w:rPr>
          <w:rFonts w:asciiTheme="majorHAnsi" w:hAnsiTheme="majorHAnsi" w:cstheme="majorHAnsi"/>
          <w:lang w:val="nl-NL"/>
        </w:rPr>
        <w:br/>
      </w:r>
      <w:bookmarkStart w:name="_Toc211325408" w:id="3"/>
      <w:r w:rsidRPr="00781AE9">
        <w:rPr>
          <w:rStyle w:val="Kop2Char"/>
          <w:rFonts w:cstheme="majorHAnsi"/>
          <w:sz w:val="24"/>
          <w:szCs w:val="24"/>
          <w:lang w:val="nl-NL"/>
        </w:rPr>
        <w:t>2.2 Vaste taken binnen de MR</w:t>
      </w:r>
      <w:bookmarkEnd w:id="3"/>
      <w:r w:rsidRPr="00781AE9">
        <w:rPr>
          <w:rStyle w:val="Kop2Char"/>
          <w:rFonts w:cstheme="majorHAnsi"/>
          <w:lang w:val="nl-NL"/>
        </w:rPr>
        <w:t xml:space="preserve"> </w:t>
      </w:r>
      <w:r w:rsidRPr="00781AE9">
        <w:rPr>
          <w:rFonts w:asciiTheme="majorHAnsi" w:hAnsiTheme="majorHAnsi" w:cstheme="majorHAnsi"/>
          <w:lang w:val="nl-NL"/>
        </w:rPr>
        <w:br/>
      </w:r>
      <w:r w:rsidRPr="00781AE9">
        <w:rPr>
          <w:rFonts w:asciiTheme="majorHAnsi" w:hAnsiTheme="majorHAnsi" w:cstheme="majorHAnsi"/>
          <w:lang w:val="nl-NL"/>
        </w:rPr>
        <w:t>De MR kent een aantal vaste taken die onder de leden verdeeld zijn: voorzitter</w:t>
      </w:r>
      <w:r w:rsidRPr="00781AE9" w:rsidR="6FAE2C0D">
        <w:rPr>
          <w:rFonts w:asciiTheme="majorHAnsi" w:hAnsiTheme="majorHAnsi" w:cstheme="majorHAnsi"/>
          <w:lang w:val="nl-NL"/>
        </w:rPr>
        <w:t xml:space="preserve"> en</w:t>
      </w:r>
      <w:r w:rsidRPr="00781AE9">
        <w:rPr>
          <w:rFonts w:asciiTheme="majorHAnsi" w:hAnsiTheme="majorHAnsi" w:cstheme="majorHAnsi"/>
          <w:lang w:val="nl-NL"/>
        </w:rPr>
        <w:t xml:space="preserve"> secretaris</w:t>
      </w:r>
      <w:r w:rsidRPr="00781AE9" w:rsidR="1D0F566D">
        <w:rPr>
          <w:rFonts w:asciiTheme="majorHAnsi" w:hAnsiTheme="majorHAnsi" w:cstheme="majorHAnsi"/>
          <w:lang w:val="nl-NL"/>
        </w:rPr>
        <w:t>.</w:t>
      </w:r>
    </w:p>
    <w:p w:rsidRPr="00781AE9" w:rsidR="00D150C3" w:rsidP="00D11B83" w:rsidRDefault="00536A09" w14:paraId="73B8FCC0" w14:textId="77777777">
      <w:pPr>
        <w:pStyle w:val="Geenafstand"/>
        <w:rPr>
          <w:rFonts w:asciiTheme="majorHAnsi" w:hAnsiTheme="majorHAnsi" w:cstheme="majorHAnsi"/>
          <w:lang w:val="nl-NL"/>
        </w:rPr>
      </w:pPr>
      <w:r w:rsidRPr="00781AE9">
        <w:rPr>
          <w:rFonts w:asciiTheme="majorHAnsi" w:hAnsiTheme="majorHAnsi" w:cstheme="majorHAnsi"/>
          <w:lang w:val="nl-NL"/>
        </w:rPr>
        <w:br/>
      </w:r>
      <w:r w:rsidRPr="00781AE9">
        <w:rPr>
          <w:rFonts w:asciiTheme="majorHAnsi" w:hAnsiTheme="majorHAnsi" w:cstheme="majorHAnsi"/>
          <w:b/>
          <w:bCs/>
          <w:lang w:val="nl-NL"/>
        </w:rPr>
        <w:t>Voorzitter:</w:t>
      </w:r>
      <w:r w:rsidRPr="00781AE9">
        <w:rPr>
          <w:rFonts w:asciiTheme="majorHAnsi" w:hAnsiTheme="majorHAnsi" w:cstheme="majorHAnsi"/>
          <w:lang w:val="nl-NL"/>
        </w:rPr>
        <w:t xml:space="preserve"> </w:t>
      </w:r>
    </w:p>
    <w:p w:rsidRPr="00781AE9" w:rsidR="72A2DD99" w:rsidP="6D5FC077" w:rsidRDefault="72A2DD99" w14:paraId="55E19446" w14:textId="3658997C">
      <w:pPr>
        <w:pStyle w:val="Geenafstand"/>
        <w:numPr>
          <w:ilvl w:val="0"/>
          <w:numId w:val="29"/>
        </w:numPr>
        <w:rPr>
          <w:rFonts w:asciiTheme="majorHAnsi" w:hAnsiTheme="majorHAnsi" w:cstheme="majorHAnsi"/>
          <w:lang w:val="nl-NL"/>
        </w:rPr>
      </w:pPr>
      <w:r w:rsidRPr="00781AE9">
        <w:rPr>
          <w:rFonts w:asciiTheme="majorHAnsi" w:hAnsiTheme="majorHAnsi" w:cstheme="majorHAnsi"/>
          <w:lang w:val="nl-NL"/>
        </w:rPr>
        <w:t>Bijeenroepen van de MR;</w:t>
      </w:r>
    </w:p>
    <w:p w:rsidRPr="00781AE9" w:rsidR="72A2DD99" w:rsidP="6D5FC077" w:rsidRDefault="72A2DD99" w14:paraId="1219D03F" w14:textId="71A9FECE">
      <w:pPr>
        <w:pStyle w:val="Geenafstand"/>
        <w:numPr>
          <w:ilvl w:val="0"/>
          <w:numId w:val="29"/>
        </w:numPr>
        <w:rPr>
          <w:rFonts w:asciiTheme="majorHAnsi" w:hAnsiTheme="majorHAnsi" w:cstheme="majorHAnsi"/>
          <w:lang w:val="nl-NL"/>
        </w:rPr>
      </w:pPr>
      <w:r w:rsidRPr="00781AE9">
        <w:rPr>
          <w:rFonts w:asciiTheme="majorHAnsi" w:hAnsiTheme="majorHAnsi" w:cstheme="majorHAnsi"/>
          <w:lang w:val="nl-NL"/>
        </w:rPr>
        <w:t>Opstellen van de conceptagenda en verspreiden van de agendastukken;</w:t>
      </w:r>
    </w:p>
    <w:p w:rsidRPr="00781AE9" w:rsidR="00D150C3" w:rsidP="00D150C3" w:rsidRDefault="00536A09" w14:paraId="0F6C281F" w14:textId="77777777">
      <w:pPr>
        <w:pStyle w:val="Geenafstand"/>
        <w:numPr>
          <w:ilvl w:val="0"/>
          <w:numId w:val="29"/>
        </w:numPr>
        <w:rPr>
          <w:rFonts w:asciiTheme="majorHAnsi" w:hAnsiTheme="majorHAnsi" w:cstheme="majorHAnsi"/>
          <w:lang w:val="nl-NL"/>
        </w:rPr>
      </w:pPr>
      <w:r w:rsidRPr="00781AE9">
        <w:rPr>
          <w:rFonts w:asciiTheme="majorHAnsi" w:hAnsiTheme="majorHAnsi" w:cstheme="majorHAnsi"/>
          <w:lang w:val="nl-NL"/>
        </w:rPr>
        <w:t xml:space="preserve">Voorbereiden van de vergadering; </w:t>
      </w:r>
    </w:p>
    <w:p w:rsidRPr="00781AE9" w:rsidR="00D150C3" w:rsidP="00D150C3" w:rsidRDefault="00536A09" w14:paraId="6E3C9AFE" w14:textId="77777777">
      <w:pPr>
        <w:pStyle w:val="Geenafstand"/>
        <w:numPr>
          <w:ilvl w:val="0"/>
          <w:numId w:val="29"/>
        </w:numPr>
        <w:rPr>
          <w:rFonts w:asciiTheme="majorHAnsi" w:hAnsiTheme="majorHAnsi" w:cstheme="majorHAnsi"/>
          <w:lang w:val="nl-NL"/>
        </w:rPr>
      </w:pPr>
      <w:r w:rsidRPr="00781AE9">
        <w:rPr>
          <w:rFonts w:asciiTheme="majorHAnsi" w:hAnsiTheme="majorHAnsi" w:cstheme="majorHAnsi"/>
          <w:lang w:val="nl-NL"/>
        </w:rPr>
        <w:t>Voorzitten van de vergadering (schorse</w:t>
      </w:r>
      <w:r w:rsidRPr="00781AE9" w:rsidR="003D4B96">
        <w:rPr>
          <w:rFonts w:asciiTheme="majorHAnsi" w:hAnsiTheme="majorHAnsi" w:cstheme="majorHAnsi"/>
          <w:lang w:val="nl-NL"/>
        </w:rPr>
        <w:t xml:space="preserve">n, heropenen en het leiden van </w:t>
      </w:r>
      <w:r w:rsidRPr="00781AE9" w:rsidR="00D150C3">
        <w:rPr>
          <w:rFonts w:asciiTheme="majorHAnsi" w:hAnsiTheme="majorHAnsi" w:cstheme="majorHAnsi"/>
          <w:lang w:val="nl-NL"/>
        </w:rPr>
        <w:t>vergaderingen)</w:t>
      </w:r>
    </w:p>
    <w:p w:rsidRPr="00781AE9" w:rsidR="00D150C3" w:rsidP="00D150C3" w:rsidRDefault="00D11B83" w14:paraId="7D05DB8D" w14:textId="77777777">
      <w:pPr>
        <w:pStyle w:val="Geenafstand"/>
        <w:numPr>
          <w:ilvl w:val="0"/>
          <w:numId w:val="29"/>
        </w:numPr>
        <w:rPr>
          <w:rFonts w:asciiTheme="majorHAnsi" w:hAnsiTheme="majorHAnsi" w:cstheme="majorHAnsi"/>
          <w:lang w:val="nl-NL"/>
        </w:rPr>
      </w:pPr>
      <w:r w:rsidRPr="00781AE9">
        <w:rPr>
          <w:rFonts w:asciiTheme="majorHAnsi" w:hAnsiTheme="majorHAnsi" w:cstheme="majorHAnsi"/>
          <w:lang w:val="nl-NL"/>
        </w:rPr>
        <w:t xml:space="preserve">Spreekbuis </w:t>
      </w:r>
      <w:r w:rsidRPr="00781AE9" w:rsidR="00536A09">
        <w:rPr>
          <w:rFonts w:asciiTheme="majorHAnsi" w:hAnsiTheme="majorHAnsi" w:cstheme="majorHAnsi"/>
          <w:lang w:val="nl-NL"/>
        </w:rPr>
        <w:t xml:space="preserve">tijdens externe contacten van de medezeggenschapsraad; </w:t>
      </w:r>
    </w:p>
    <w:p w:rsidRPr="00781AE9" w:rsidR="00D150C3" w:rsidP="00D150C3" w:rsidRDefault="00536A09" w14:paraId="7633CAD1" w14:textId="77777777">
      <w:pPr>
        <w:pStyle w:val="Geenafstand"/>
        <w:numPr>
          <w:ilvl w:val="0"/>
          <w:numId w:val="29"/>
        </w:numPr>
        <w:rPr>
          <w:rFonts w:asciiTheme="majorHAnsi" w:hAnsiTheme="majorHAnsi" w:cstheme="majorHAnsi"/>
          <w:lang w:val="nl-NL"/>
        </w:rPr>
      </w:pPr>
      <w:r w:rsidRPr="00781AE9">
        <w:rPr>
          <w:rFonts w:asciiTheme="majorHAnsi" w:hAnsiTheme="majorHAnsi" w:cstheme="majorHAnsi"/>
          <w:lang w:val="nl-NL"/>
        </w:rPr>
        <w:t xml:space="preserve">Onderhouden structureel MR-overleg met de directie; </w:t>
      </w:r>
    </w:p>
    <w:p w:rsidRPr="00781AE9" w:rsidR="003D4B96" w:rsidP="00D150C3" w:rsidRDefault="1F2CBF59" w14:paraId="3A5C54D5" w14:textId="2C21F852">
      <w:pPr>
        <w:pStyle w:val="Geenafstand"/>
        <w:numPr>
          <w:ilvl w:val="0"/>
          <w:numId w:val="29"/>
        </w:numPr>
        <w:rPr>
          <w:rFonts w:asciiTheme="majorHAnsi" w:hAnsiTheme="majorHAnsi" w:cstheme="majorHAnsi"/>
          <w:lang w:val="nl-NL"/>
        </w:rPr>
      </w:pPr>
      <w:r w:rsidRPr="00781AE9">
        <w:rPr>
          <w:rFonts w:asciiTheme="majorHAnsi" w:hAnsiTheme="majorHAnsi" w:cstheme="majorHAnsi"/>
          <w:lang w:val="nl-NL"/>
        </w:rPr>
        <w:t>Eerste aanspreekpunt voor de ouderraad;</w:t>
      </w:r>
    </w:p>
    <w:p w:rsidRPr="00781AE9" w:rsidR="003D4B96" w:rsidP="6D5FC077" w:rsidRDefault="003D4B96" w14:paraId="4CFFA5E0" w14:textId="3D76C53A">
      <w:pPr>
        <w:pStyle w:val="Geenafstand"/>
        <w:rPr>
          <w:rFonts w:asciiTheme="majorHAnsi" w:hAnsiTheme="majorHAnsi" w:cstheme="majorHAnsi"/>
          <w:lang w:val="nl-NL"/>
        </w:rPr>
      </w:pPr>
    </w:p>
    <w:p w:rsidRPr="00781AE9" w:rsidR="003D4B96" w:rsidP="6D5FC077" w:rsidRDefault="2238648E" w14:paraId="63B66983" w14:textId="34401E7E">
      <w:pPr>
        <w:pStyle w:val="Geenafstand"/>
        <w:rPr>
          <w:rFonts w:asciiTheme="majorHAnsi" w:hAnsiTheme="majorHAnsi" w:cstheme="majorHAnsi"/>
          <w:b/>
          <w:bCs/>
          <w:lang w:val="nl-NL"/>
        </w:rPr>
      </w:pPr>
      <w:r w:rsidRPr="00781AE9">
        <w:rPr>
          <w:rFonts w:asciiTheme="majorHAnsi" w:hAnsiTheme="majorHAnsi" w:cstheme="majorHAnsi"/>
          <w:b/>
          <w:bCs/>
          <w:lang w:val="nl-NL"/>
        </w:rPr>
        <w:t xml:space="preserve">Plaatsvervangend </w:t>
      </w:r>
      <w:r w:rsidRPr="00781AE9" w:rsidR="360C0E74">
        <w:rPr>
          <w:rFonts w:asciiTheme="majorHAnsi" w:hAnsiTheme="majorHAnsi" w:cstheme="majorHAnsi"/>
          <w:b/>
          <w:bCs/>
          <w:lang w:val="nl-NL"/>
        </w:rPr>
        <w:t>voorzitter:</w:t>
      </w:r>
    </w:p>
    <w:p w:rsidRPr="00781AE9" w:rsidR="003D4B96" w:rsidP="6D5FC077" w:rsidRDefault="360C0E74" w14:paraId="60C3D787" w14:textId="21F94407">
      <w:pPr>
        <w:pStyle w:val="Geenafstand"/>
        <w:numPr>
          <w:ilvl w:val="0"/>
          <w:numId w:val="15"/>
        </w:numPr>
        <w:rPr>
          <w:rFonts w:asciiTheme="majorHAnsi" w:hAnsiTheme="majorHAnsi" w:cstheme="majorHAnsi"/>
          <w:lang w:val="nl-NL"/>
        </w:rPr>
      </w:pPr>
      <w:r w:rsidRPr="00781AE9">
        <w:rPr>
          <w:rFonts w:asciiTheme="majorHAnsi" w:hAnsiTheme="majorHAnsi" w:cstheme="majorHAnsi"/>
          <w:lang w:val="nl-NL"/>
        </w:rPr>
        <w:t>Plaatsvervangend voorzitter voor de taken bij afwezigheid van de voorzitter.</w:t>
      </w:r>
    </w:p>
    <w:p w:rsidRPr="00781AE9" w:rsidR="003D4B96" w:rsidP="6D5FC077" w:rsidRDefault="003D4B96" w14:paraId="40D1EC86" w14:textId="4BFD866C">
      <w:pPr>
        <w:pStyle w:val="Geenafstand"/>
        <w:ind w:left="720"/>
        <w:rPr>
          <w:rFonts w:asciiTheme="majorHAnsi" w:hAnsiTheme="majorHAnsi" w:cstheme="majorHAnsi"/>
          <w:lang w:val="nl-NL"/>
        </w:rPr>
      </w:pPr>
    </w:p>
    <w:p w:rsidRPr="00781AE9" w:rsidR="00D150C3" w:rsidP="00D11B83" w:rsidRDefault="00536A09" w14:paraId="7D23E85F" w14:textId="77777777">
      <w:pPr>
        <w:pStyle w:val="Geenafstand"/>
        <w:rPr>
          <w:rFonts w:asciiTheme="majorHAnsi" w:hAnsiTheme="majorHAnsi" w:cstheme="majorHAnsi"/>
          <w:lang w:val="nl-NL"/>
        </w:rPr>
      </w:pPr>
      <w:r w:rsidRPr="00781AE9">
        <w:rPr>
          <w:rFonts w:asciiTheme="majorHAnsi" w:hAnsiTheme="majorHAnsi" w:cstheme="majorHAnsi"/>
          <w:b/>
          <w:bCs/>
          <w:lang w:val="nl-NL"/>
        </w:rPr>
        <w:t>Secretaris:</w:t>
      </w:r>
      <w:r w:rsidRPr="00781AE9">
        <w:rPr>
          <w:rFonts w:asciiTheme="majorHAnsi" w:hAnsiTheme="majorHAnsi" w:cstheme="majorHAnsi"/>
          <w:lang w:val="nl-NL"/>
        </w:rPr>
        <w:t xml:space="preserve"> </w:t>
      </w:r>
    </w:p>
    <w:p w:rsidRPr="00781AE9" w:rsidR="00D150C3" w:rsidP="00D150C3" w:rsidRDefault="00D150C3" w14:paraId="510397FA" w14:textId="77777777">
      <w:pPr>
        <w:pStyle w:val="Geenafstand"/>
        <w:numPr>
          <w:ilvl w:val="0"/>
          <w:numId w:val="28"/>
        </w:numPr>
        <w:rPr>
          <w:rFonts w:asciiTheme="majorHAnsi" w:hAnsiTheme="majorHAnsi" w:cstheme="majorHAnsi"/>
          <w:lang w:val="nl-NL"/>
        </w:rPr>
      </w:pPr>
      <w:r w:rsidRPr="00781AE9">
        <w:rPr>
          <w:rFonts w:asciiTheme="majorHAnsi" w:hAnsiTheme="majorHAnsi" w:cstheme="majorHAnsi"/>
          <w:lang w:val="nl-NL"/>
        </w:rPr>
        <w:t>Verwerken in- en uitgaande post;</w:t>
      </w:r>
    </w:p>
    <w:p w:rsidRPr="00781AE9" w:rsidR="00D150C3" w:rsidP="00D150C3" w:rsidRDefault="5AC32F40" w14:paraId="40D3678F" w14:textId="0254AD46">
      <w:pPr>
        <w:pStyle w:val="Geenafstand"/>
        <w:numPr>
          <w:ilvl w:val="0"/>
          <w:numId w:val="28"/>
        </w:numPr>
        <w:rPr>
          <w:rFonts w:asciiTheme="majorHAnsi" w:hAnsiTheme="majorHAnsi" w:cstheme="majorHAnsi"/>
          <w:lang w:val="nl-NL"/>
        </w:rPr>
      </w:pPr>
      <w:r w:rsidRPr="00781AE9">
        <w:rPr>
          <w:rFonts w:asciiTheme="majorHAnsi" w:hAnsiTheme="majorHAnsi" w:cstheme="majorHAnsi"/>
          <w:lang w:val="nl-NL"/>
        </w:rPr>
        <w:t>Verantwoordelijk voor de mailbox;</w:t>
      </w:r>
    </w:p>
    <w:p w:rsidRPr="00781AE9" w:rsidR="00D150C3" w:rsidP="00D150C3" w:rsidRDefault="00D150C3" w14:paraId="78F88282" w14:textId="129154B6">
      <w:pPr>
        <w:pStyle w:val="Geenafstand"/>
        <w:numPr>
          <w:ilvl w:val="0"/>
          <w:numId w:val="28"/>
        </w:numPr>
        <w:rPr>
          <w:rFonts w:asciiTheme="majorHAnsi" w:hAnsiTheme="majorHAnsi" w:cstheme="majorHAnsi"/>
          <w:lang w:val="nl-NL"/>
        </w:rPr>
      </w:pPr>
      <w:r w:rsidRPr="00781AE9">
        <w:rPr>
          <w:rFonts w:asciiTheme="majorHAnsi" w:hAnsiTheme="majorHAnsi" w:cstheme="majorHAnsi"/>
          <w:lang w:val="nl-NL"/>
        </w:rPr>
        <w:t>Archivering van MR-stukken;</w:t>
      </w:r>
    </w:p>
    <w:p w:rsidRPr="00781AE9" w:rsidR="00D150C3" w:rsidP="00D150C3" w:rsidRDefault="00D150C3" w14:paraId="5F362E9C" w14:textId="77777777">
      <w:pPr>
        <w:pStyle w:val="Geenafstand"/>
        <w:numPr>
          <w:ilvl w:val="0"/>
          <w:numId w:val="28"/>
        </w:numPr>
        <w:rPr>
          <w:rFonts w:asciiTheme="majorHAnsi" w:hAnsiTheme="majorHAnsi" w:cstheme="majorHAnsi"/>
          <w:lang w:val="nl-NL"/>
        </w:rPr>
      </w:pPr>
      <w:r w:rsidRPr="00781AE9">
        <w:rPr>
          <w:rFonts w:asciiTheme="majorHAnsi" w:hAnsiTheme="majorHAnsi" w:cstheme="majorHAnsi"/>
          <w:lang w:val="nl-NL"/>
        </w:rPr>
        <w:t>Jaarlijks updaten MR-jaarplan;</w:t>
      </w:r>
    </w:p>
    <w:p w:rsidRPr="00781AE9" w:rsidR="5D69FC59" w:rsidP="6D5FC077" w:rsidRDefault="5D69FC59" w14:paraId="6D189218" w14:textId="0283E2C7">
      <w:pPr>
        <w:pStyle w:val="Geenafstand"/>
        <w:numPr>
          <w:ilvl w:val="0"/>
          <w:numId w:val="28"/>
        </w:numPr>
        <w:rPr>
          <w:rFonts w:asciiTheme="majorHAnsi" w:hAnsiTheme="majorHAnsi" w:cstheme="majorHAnsi"/>
          <w:lang w:val="nl-NL"/>
        </w:rPr>
      </w:pPr>
      <w:r w:rsidRPr="00781AE9">
        <w:rPr>
          <w:rFonts w:asciiTheme="majorHAnsi" w:hAnsiTheme="majorHAnsi" w:cstheme="majorHAnsi"/>
          <w:lang w:val="nl-NL"/>
        </w:rPr>
        <w:t>Opstellen van de notulen;</w:t>
      </w:r>
    </w:p>
    <w:p w:rsidRPr="00781AE9" w:rsidR="679F492D" w:rsidP="6D5FC077" w:rsidRDefault="679F492D" w14:paraId="64FFCC4F" w14:textId="0F5998D7">
      <w:pPr>
        <w:pStyle w:val="Geenafstand"/>
        <w:numPr>
          <w:ilvl w:val="0"/>
          <w:numId w:val="28"/>
        </w:numPr>
        <w:rPr>
          <w:rFonts w:asciiTheme="majorHAnsi" w:hAnsiTheme="majorHAnsi" w:cstheme="majorHAnsi"/>
          <w:lang w:val="nl-NL"/>
        </w:rPr>
      </w:pPr>
      <w:r w:rsidRPr="00781AE9">
        <w:rPr>
          <w:rFonts w:asciiTheme="majorHAnsi" w:hAnsiTheme="majorHAnsi" w:cstheme="majorHAnsi"/>
          <w:lang w:val="nl-NL"/>
        </w:rPr>
        <w:t>Opstellen MR-jaarverslag.</w:t>
      </w:r>
    </w:p>
    <w:p w:rsidRPr="00781AE9" w:rsidR="6D5FC077" w:rsidP="6D5FC077" w:rsidRDefault="6D5FC077" w14:paraId="03F9B2A7" w14:textId="4F205A5A">
      <w:pPr>
        <w:pStyle w:val="Geenafstand"/>
        <w:rPr>
          <w:rFonts w:asciiTheme="majorHAnsi" w:hAnsiTheme="majorHAnsi" w:cstheme="majorHAnsi"/>
          <w:lang w:val="nl-NL"/>
        </w:rPr>
      </w:pPr>
    </w:p>
    <w:p w:rsidRPr="00781AE9" w:rsidR="599FC2E5" w:rsidP="6D5FC077" w:rsidRDefault="599FC2E5" w14:paraId="214DFBCB" w14:textId="3E1213FC">
      <w:pPr>
        <w:pStyle w:val="Geenafstand"/>
        <w:rPr>
          <w:rFonts w:asciiTheme="majorHAnsi" w:hAnsiTheme="majorHAnsi" w:cstheme="majorHAnsi"/>
          <w:b/>
          <w:bCs/>
          <w:lang w:val="nl-NL"/>
        </w:rPr>
      </w:pPr>
      <w:r w:rsidRPr="00781AE9">
        <w:rPr>
          <w:rFonts w:asciiTheme="majorHAnsi" w:hAnsiTheme="majorHAnsi" w:cstheme="majorHAnsi"/>
          <w:b/>
          <w:bCs/>
          <w:lang w:val="nl-NL"/>
        </w:rPr>
        <w:t>Plaatsvervangend secretaris</w:t>
      </w:r>
      <w:r w:rsidRPr="00781AE9" w:rsidR="18236927">
        <w:rPr>
          <w:rFonts w:asciiTheme="majorHAnsi" w:hAnsiTheme="majorHAnsi" w:cstheme="majorHAnsi"/>
          <w:b/>
          <w:bCs/>
          <w:lang w:val="nl-NL"/>
        </w:rPr>
        <w:t>:</w:t>
      </w:r>
    </w:p>
    <w:p w:rsidRPr="00781AE9" w:rsidR="18236927" w:rsidP="6D5FC077" w:rsidRDefault="18236927" w14:paraId="18BABBF6" w14:textId="71DE153D">
      <w:pPr>
        <w:pStyle w:val="Geenafstand"/>
        <w:numPr>
          <w:ilvl w:val="0"/>
          <w:numId w:val="15"/>
        </w:numPr>
        <w:rPr>
          <w:rFonts w:asciiTheme="majorHAnsi" w:hAnsiTheme="majorHAnsi" w:cstheme="majorHAnsi"/>
          <w:lang w:val="nl-NL"/>
        </w:rPr>
      </w:pPr>
      <w:r w:rsidRPr="00781AE9">
        <w:rPr>
          <w:rFonts w:asciiTheme="majorHAnsi" w:hAnsiTheme="majorHAnsi" w:cstheme="majorHAnsi"/>
          <w:lang w:val="nl-NL"/>
        </w:rPr>
        <w:t>Plaatsvervangend secretaris voor de taken bij afwezigheid van de secretaris.</w:t>
      </w:r>
    </w:p>
    <w:p w:rsidRPr="00781AE9" w:rsidR="006E4151" w:rsidP="006E4151" w:rsidRDefault="006E4151" w14:paraId="3DEEC669" w14:textId="2EFD6C92">
      <w:pPr>
        <w:pStyle w:val="Geenafstand"/>
        <w:rPr>
          <w:rFonts w:asciiTheme="majorHAnsi" w:hAnsiTheme="majorHAnsi" w:cstheme="majorHAnsi"/>
          <w:lang w:val="nl-NL"/>
        </w:rPr>
      </w:pPr>
    </w:p>
    <w:p w:rsidRPr="00781AE9" w:rsidR="003D4B96" w:rsidP="006E4151" w:rsidRDefault="00536A09" w14:paraId="28162DFD" w14:textId="77777777">
      <w:pPr>
        <w:pStyle w:val="Geenafstand"/>
        <w:rPr>
          <w:rFonts w:asciiTheme="majorHAnsi" w:hAnsiTheme="majorHAnsi" w:cstheme="majorHAnsi"/>
          <w:lang w:val="nl-NL"/>
        </w:rPr>
      </w:pPr>
      <w:r w:rsidRPr="00781AE9">
        <w:rPr>
          <w:rFonts w:asciiTheme="majorHAnsi" w:hAnsiTheme="majorHAnsi" w:cstheme="majorHAnsi"/>
          <w:lang w:val="nl-NL"/>
        </w:rPr>
        <w:t>Van bovenstaande taakverdeling kan worden afgeweken wa</w:t>
      </w:r>
      <w:r w:rsidRPr="00781AE9" w:rsidR="00D150C3">
        <w:rPr>
          <w:rFonts w:asciiTheme="majorHAnsi" w:hAnsiTheme="majorHAnsi" w:cstheme="majorHAnsi"/>
          <w:lang w:val="nl-NL"/>
        </w:rPr>
        <w:t xml:space="preserve">nneer hier een meerderheid van </w:t>
      </w:r>
      <w:r w:rsidRPr="00781AE9">
        <w:rPr>
          <w:rFonts w:asciiTheme="majorHAnsi" w:hAnsiTheme="majorHAnsi" w:cstheme="majorHAnsi"/>
          <w:lang w:val="nl-NL"/>
        </w:rPr>
        <w:t xml:space="preserve">de MR mee instemt.  </w:t>
      </w:r>
    </w:p>
    <w:p w:rsidRPr="00781AE9" w:rsidR="00AF3663" w:rsidP="6D5FC077" w:rsidRDefault="00536A09" w14:paraId="0C87798C" w14:textId="206B676F">
      <w:pPr>
        <w:pStyle w:val="Geenafstand"/>
        <w:rPr>
          <w:rStyle w:val="Kop2Char"/>
          <w:rFonts w:cstheme="majorHAnsi"/>
          <w:sz w:val="24"/>
          <w:szCs w:val="24"/>
          <w:lang w:val="nl-NL"/>
        </w:rPr>
      </w:pPr>
      <w:r w:rsidRPr="00781AE9">
        <w:rPr>
          <w:rFonts w:asciiTheme="majorHAnsi" w:hAnsiTheme="majorHAnsi" w:cstheme="majorHAnsi"/>
          <w:lang w:val="nl-NL"/>
        </w:rPr>
        <w:br/>
      </w:r>
      <w:bookmarkStart w:name="_Toc211325409" w:id="4"/>
      <w:r w:rsidRPr="00781AE9">
        <w:rPr>
          <w:rStyle w:val="Kop2Char"/>
          <w:rFonts w:cstheme="majorHAnsi"/>
          <w:sz w:val="24"/>
          <w:szCs w:val="24"/>
          <w:lang w:val="nl-NL"/>
        </w:rPr>
        <w:t xml:space="preserve">2.3 Wie is de MR van </w:t>
      </w:r>
      <w:r w:rsidRPr="00781AE9" w:rsidR="003D4B96">
        <w:rPr>
          <w:rStyle w:val="Kop2Char"/>
          <w:rFonts w:cstheme="majorHAnsi"/>
          <w:sz w:val="24"/>
          <w:szCs w:val="24"/>
          <w:lang w:val="nl-NL"/>
        </w:rPr>
        <w:t>IKC Alexia</w:t>
      </w:r>
      <w:r w:rsidRPr="00781AE9" w:rsidR="21E33D97">
        <w:rPr>
          <w:rStyle w:val="Kop2Char"/>
          <w:rFonts w:cstheme="majorHAnsi"/>
          <w:sz w:val="24"/>
          <w:szCs w:val="24"/>
          <w:lang w:val="nl-NL"/>
        </w:rPr>
        <w:t>?</w:t>
      </w:r>
      <w:bookmarkEnd w:id="4"/>
    </w:p>
    <w:tbl>
      <w:tblPr>
        <w:tblStyle w:val="Tabelraster"/>
        <w:tblW w:w="8780" w:type="dxa"/>
        <w:tblLook w:val="04A0" w:firstRow="1" w:lastRow="0" w:firstColumn="1" w:lastColumn="0" w:noHBand="0" w:noVBand="1"/>
      </w:tblPr>
      <w:tblGrid>
        <w:gridCol w:w="3716"/>
        <w:gridCol w:w="1966"/>
        <w:gridCol w:w="3098"/>
      </w:tblGrid>
      <w:tr w:rsidRPr="00781AE9" w:rsidR="00AF3663" w:rsidTr="335FFFBD" w14:paraId="0D302714" w14:textId="77777777">
        <w:tc>
          <w:tcPr>
            <w:tcW w:w="3716" w:type="dxa"/>
            <w:shd w:val="clear" w:color="auto" w:fill="FBD4B4" w:themeFill="accent6" w:themeFillTint="66"/>
            <w:tcMar/>
          </w:tcPr>
          <w:p w:rsidRPr="00781AE9" w:rsidR="00AF3663" w:rsidP="6D5FC077" w:rsidRDefault="00AF3663" w14:paraId="15DD71EB"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 xml:space="preserve">Bezetting  </w:t>
            </w:r>
          </w:p>
        </w:tc>
        <w:tc>
          <w:tcPr>
            <w:tcW w:w="1966" w:type="dxa"/>
            <w:shd w:val="clear" w:color="auto" w:fill="FBD4B4" w:themeFill="accent6" w:themeFillTint="66"/>
            <w:tcMar/>
          </w:tcPr>
          <w:p w:rsidRPr="00781AE9" w:rsidR="00AF3663" w:rsidP="6D5FC077" w:rsidRDefault="00AF3663" w14:paraId="5398B552"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Soort</w:t>
            </w:r>
          </w:p>
        </w:tc>
        <w:tc>
          <w:tcPr>
            <w:tcW w:w="3098" w:type="dxa"/>
            <w:shd w:val="clear" w:color="auto" w:fill="FBD4B4" w:themeFill="accent6" w:themeFillTint="66"/>
            <w:tcMar/>
          </w:tcPr>
          <w:p w:rsidRPr="00781AE9" w:rsidR="00AF3663" w:rsidP="6D5FC077" w:rsidRDefault="00AF3663" w14:paraId="3D070CE6"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 xml:space="preserve">Functie </w:t>
            </w:r>
          </w:p>
        </w:tc>
      </w:tr>
      <w:tr w:rsidRPr="00781AE9" w:rsidR="00AF3663" w:rsidTr="335FFFBD" w14:paraId="3AD794C8" w14:textId="77777777">
        <w:tc>
          <w:tcPr>
            <w:tcW w:w="3716" w:type="dxa"/>
            <w:tcMar/>
          </w:tcPr>
          <w:p w:rsidRPr="00781AE9" w:rsidR="00AF3663" w:rsidP="1AF72D40" w:rsidRDefault="00AF3663" w14:paraId="6979B7F8" w14:textId="77777777">
            <w:pPr>
              <w:pStyle w:val="Geenafstand"/>
              <w:rPr>
                <w:rFonts w:asciiTheme="majorHAnsi" w:hAnsiTheme="majorHAnsi" w:cstheme="majorHAnsi"/>
                <w:lang w:val="nl-NL"/>
              </w:rPr>
            </w:pPr>
            <w:r w:rsidRPr="00781AE9">
              <w:rPr>
                <w:rFonts w:asciiTheme="majorHAnsi" w:hAnsiTheme="majorHAnsi" w:cstheme="majorHAnsi"/>
                <w:lang w:val="nl-NL"/>
              </w:rPr>
              <w:t>Leandra Bos</w:t>
            </w:r>
          </w:p>
        </w:tc>
        <w:tc>
          <w:tcPr>
            <w:tcW w:w="1966" w:type="dxa"/>
            <w:tcMar/>
          </w:tcPr>
          <w:p w:rsidRPr="00781AE9" w:rsidR="00AF3663" w:rsidP="00D11B83" w:rsidRDefault="00AF3663" w14:paraId="1D966BE5" w14:textId="77777777">
            <w:pPr>
              <w:pStyle w:val="Geenafstand"/>
              <w:rPr>
                <w:rFonts w:asciiTheme="majorHAnsi" w:hAnsiTheme="majorHAnsi" w:cstheme="majorHAnsi"/>
                <w:lang w:val="nl-NL"/>
              </w:rPr>
            </w:pPr>
            <w:r w:rsidRPr="00781AE9">
              <w:rPr>
                <w:rFonts w:asciiTheme="majorHAnsi" w:hAnsiTheme="majorHAnsi" w:cstheme="majorHAnsi"/>
                <w:lang w:val="nl-NL"/>
              </w:rPr>
              <w:t>Leerkracht</w:t>
            </w:r>
          </w:p>
        </w:tc>
        <w:tc>
          <w:tcPr>
            <w:tcW w:w="3098" w:type="dxa"/>
            <w:tcMar/>
          </w:tcPr>
          <w:p w:rsidRPr="00781AE9" w:rsidR="00AF3663" w:rsidP="00D11B83" w:rsidRDefault="5A787BD0" w14:paraId="3656B9AB" w14:textId="1B338F2F">
            <w:pPr>
              <w:pStyle w:val="Geenafstand"/>
              <w:rPr>
                <w:rFonts w:asciiTheme="majorHAnsi" w:hAnsiTheme="majorHAnsi" w:cstheme="majorHAnsi"/>
                <w:lang w:val="nl-NL"/>
              </w:rPr>
            </w:pPr>
            <w:r w:rsidRPr="00781AE9">
              <w:rPr>
                <w:rFonts w:asciiTheme="majorHAnsi" w:hAnsiTheme="majorHAnsi" w:cstheme="majorHAnsi"/>
                <w:lang w:val="nl-NL"/>
              </w:rPr>
              <w:t>Secretaris</w:t>
            </w:r>
          </w:p>
        </w:tc>
      </w:tr>
      <w:tr w:rsidRPr="00781AE9" w:rsidR="00AF3663" w:rsidTr="335FFFBD" w14:paraId="4233466E" w14:textId="77777777">
        <w:tc>
          <w:tcPr>
            <w:tcW w:w="3716" w:type="dxa"/>
            <w:tcMar/>
          </w:tcPr>
          <w:p w:rsidRPr="00781AE9" w:rsidR="00AF3663" w:rsidP="00D11B83" w:rsidRDefault="00AF3663" w14:paraId="702D38A4" w14:textId="51C5A959">
            <w:pPr>
              <w:pStyle w:val="Geenafstand"/>
              <w:rPr>
                <w:rFonts w:asciiTheme="majorHAnsi" w:hAnsiTheme="majorHAnsi" w:cstheme="majorHAnsi"/>
                <w:lang w:val="nl-NL"/>
              </w:rPr>
            </w:pPr>
            <w:r w:rsidRPr="00781AE9">
              <w:rPr>
                <w:rFonts w:asciiTheme="majorHAnsi" w:hAnsiTheme="majorHAnsi" w:cstheme="majorHAnsi"/>
                <w:lang w:val="nl-NL"/>
              </w:rPr>
              <w:t>Martine Hoeksma</w:t>
            </w:r>
            <w:r w:rsidRPr="00781AE9" w:rsidR="056DE01C">
              <w:rPr>
                <w:rFonts w:asciiTheme="majorHAnsi" w:hAnsiTheme="majorHAnsi" w:cstheme="majorHAnsi"/>
                <w:lang w:val="nl-NL"/>
              </w:rPr>
              <w:t xml:space="preserve"> de Vries</w:t>
            </w:r>
          </w:p>
        </w:tc>
        <w:tc>
          <w:tcPr>
            <w:tcW w:w="1966" w:type="dxa"/>
            <w:tcMar/>
          </w:tcPr>
          <w:p w:rsidRPr="00781AE9" w:rsidR="00AF3663" w:rsidP="00D11B83" w:rsidRDefault="00AF3663" w14:paraId="59DA1DE6" w14:textId="77777777">
            <w:pPr>
              <w:pStyle w:val="Geenafstand"/>
              <w:rPr>
                <w:rFonts w:asciiTheme="majorHAnsi" w:hAnsiTheme="majorHAnsi" w:cstheme="majorHAnsi"/>
                <w:lang w:val="nl-NL"/>
              </w:rPr>
            </w:pPr>
            <w:r w:rsidRPr="00781AE9">
              <w:rPr>
                <w:rFonts w:asciiTheme="majorHAnsi" w:hAnsiTheme="majorHAnsi" w:cstheme="majorHAnsi"/>
                <w:lang w:val="nl-NL"/>
              </w:rPr>
              <w:t>Leerkracht</w:t>
            </w:r>
          </w:p>
        </w:tc>
        <w:tc>
          <w:tcPr>
            <w:tcW w:w="3098" w:type="dxa"/>
            <w:tcMar/>
          </w:tcPr>
          <w:p w:rsidRPr="00781AE9" w:rsidR="00AF3663" w:rsidP="00D11B83" w:rsidRDefault="1BE3E27B" w14:paraId="45FB0818" w14:textId="659C618B">
            <w:pPr>
              <w:pStyle w:val="Geenafstand"/>
              <w:rPr>
                <w:rFonts w:asciiTheme="majorHAnsi" w:hAnsiTheme="majorHAnsi" w:cstheme="majorHAnsi"/>
                <w:lang w:val="nl-NL"/>
              </w:rPr>
            </w:pPr>
            <w:r w:rsidRPr="00781AE9">
              <w:rPr>
                <w:rFonts w:asciiTheme="majorHAnsi" w:hAnsiTheme="majorHAnsi" w:cstheme="majorHAnsi"/>
                <w:lang w:val="nl-NL"/>
              </w:rPr>
              <w:t xml:space="preserve">Plaatsvervangend </w:t>
            </w:r>
            <w:r w:rsidRPr="00781AE9" w:rsidR="5338B2BF">
              <w:rPr>
                <w:rFonts w:asciiTheme="majorHAnsi" w:hAnsiTheme="majorHAnsi" w:cstheme="majorHAnsi"/>
                <w:lang w:val="nl-NL"/>
              </w:rPr>
              <w:t>secretaris</w:t>
            </w:r>
          </w:p>
        </w:tc>
      </w:tr>
      <w:tr w:rsidRPr="00781AE9" w:rsidR="00AF3663" w:rsidTr="335FFFBD" w14:paraId="332DE231" w14:textId="77777777">
        <w:tc>
          <w:tcPr>
            <w:tcW w:w="3716" w:type="dxa"/>
            <w:tcMar/>
          </w:tcPr>
          <w:p w:rsidRPr="00781AE9" w:rsidR="00AF3663" w:rsidP="335FFFBD" w:rsidRDefault="30029117" w14:paraId="5D110903" w14:textId="2ED05075">
            <w:pPr>
              <w:pStyle w:val="Geenafstand"/>
              <w:rPr>
                <w:rFonts w:ascii="Calibri" w:hAnsi="Calibri" w:cs="Calibri" w:asciiTheme="majorAscii" w:hAnsiTheme="majorAscii" w:cstheme="majorAscii"/>
                <w:color w:val="auto"/>
                <w:lang w:val="nl-NL"/>
              </w:rPr>
            </w:pPr>
            <w:r w:rsidRPr="335FFFBD" w:rsidR="6A0CCEB1">
              <w:rPr>
                <w:rFonts w:ascii="Calibri" w:hAnsi="Calibri" w:cs="Calibri" w:asciiTheme="majorAscii" w:hAnsiTheme="majorAscii" w:cstheme="majorAscii"/>
                <w:color w:val="auto"/>
                <w:lang w:val="nl-NL"/>
              </w:rPr>
              <w:t>Ilse Brandsma</w:t>
            </w:r>
          </w:p>
        </w:tc>
        <w:tc>
          <w:tcPr>
            <w:tcW w:w="1966" w:type="dxa"/>
            <w:tcMar/>
          </w:tcPr>
          <w:p w:rsidRPr="00781AE9" w:rsidR="00AF3663" w:rsidP="00D11B83" w:rsidRDefault="00AF3663" w14:paraId="0757DE21" w14:textId="77777777">
            <w:pPr>
              <w:pStyle w:val="Geenafstand"/>
              <w:rPr>
                <w:rFonts w:asciiTheme="majorHAnsi" w:hAnsiTheme="majorHAnsi" w:cstheme="majorHAnsi"/>
                <w:lang w:val="nl-NL"/>
              </w:rPr>
            </w:pPr>
            <w:r w:rsidRPr="00781AE9">
              <w:rPr>
                <w:rFonts w:asciiTheme="majorHAnsi" w:hAnsiTheme="majorHAnsi" w:cstheme="majorHAnsi"/>
                <w:lang w:val="nl-NL"/>
              </w:rPr>
              <w:t>Leerkracht</w:t>
            </w:r>
          </w:p>
        </w:tc>
        <w:tc>
          <w:tcPr>
            <w:tcW w:w="3098" w:type="dxa"/>
            <w:tcMar/>
          </w:tcPr>
          <w:p w:rsidRPr="00781AE9" w:rsidR="00AF3663" w:rsidP="00D11B83" w:rsidRDefault="060891E0" w14:paraId="049F31CB" w14:textId="42DBDD34">
            <w:pPr>
              <w:pStyle w:val="Geenafstand"/>
              <w:rPr>
                <w:rFonts w:asciiTheme="majorHAnsi" w:hAnsiTheme="majorHAnsi" w:cstheme="majorHAnsi"/>
                <w:lang w:val="nl-NL"/>
              </w:rPr>
            </w:pPr>
            <w:r w:rsidRPr="00781AE9">
              <w:rPr>
                <w:rFonts w:asciiTheme="majorHAnsi" w:hAnsiTheme="majorHAnsi" w:cstheme="majorHAnsi"/>
                <w:lang w:val="nl-NL"/>
              </w:rPr>
              <w:t>Lid</w:t>
            </w:r>
          </w:p>
        </w:tc>
      </w:tr>
      <w:tr w:rsidRPr="00781AE9" w:rsidR="00AF3663" w:rsidTr="335FFFBD" w14:paraId="4A610092" w14:textId="77777777">
        <w:tc>
          <w:tcPr>
            <w:tcW w:w="3716" w:type="dxa"/>
            <w:tcMar/>
          </w:tcPr>
          <w:p w:rsidRPr="00781AE9" w:rsidR="00AF3663" w:rsidP="00D11B83" w:rsidRDefault="00AF3663" w14:paraId="150A2F47" w14:textId="77777777">
            <w:pPr>
              <w:pStyle w:val="Geenafstand"/>
              <w:rPr>
                <w:rFonts w:asciiTheme="majorHAnsi" w:hAnsiTheme="majorHAnsi" w:cstheme="majorHAnsi"/>
                <w:lang w:val="nl-NL"/>
              </w:rPr>
            </w:pPr>
            <w:r w:rsidRPr="00781AE9">
              <w:rPr>
                <w:rFonts w:asciiTheme="majorHAnsi" w:hAnsiTheme="majorHAnsi" w:cstheme="majorHAnsi"/>
                <w:lang w:val="nl-NL"/>
              </w:rPr>
              <w:t>Jelte Rienstra</w:t>
            </w:r>
          </w:p>
        </w:tc>
        <w:tc>
          <w:tcPr>
            <w:tcW w:w="1966" w:type="dxa"/>
            <w:tcMar/>
          </w:tcPr>
          <w:p w:rsidRPr="00781AE9" w:rsidR="00AF3663" w:rsidP="00D11B83" w:rsidRDefault="00AF3663" w14:paraId="3158276D" w14:textId="77777777">
            <w:pPr>
              <w:pStyle w:val="Geenafstand"/>
              <w:rPr>
                <w:rFonts w:asciiTheme="majorHAnsi" w:hAnsiTheme="majorHAnsi" w:cstheme="majorHAnsi"/>
                <w:lang w:val="nl-NL"/>
              </w:rPr>
            </w:pPr>
            <w:r w:rsidRPr="00781AE9">
              <w:rPr>
                <w:rFonts w:asciiTheme="majorHAnsi" w:hAnsiTheme="majorHAnsi" w:cstheme="majorHAnsi"/>
                <w:lang w:val="nl-NL"/>
              </w:rPr>
              <w:t>Ouder</w:t>
            </w:r>
          </w:p>
        </w:tc>
        <w:tc>
          <w:tcPr>
            <w:tcW w:w="3098" w:type="dxa"/>
            <w:tcMar/>
          </w:tcPr>
          <w:p w:rsidRPr="00781AE9" w:rsidR="00AF3663" w:rsidP="00D11B83" w:rsidRDefault="00AF3663" w14:paraId="6D30BF41" w14:textId="77777777">
            <w:pPr>
              <w:pStyle w:val="Geenafstand"/>
              <w:rPr>
                <w:rFonts w:asciiTheme="majorHAnsi" w:hAnsiTheme="majorHAnsi" w:cstheme="majorHAnsi"/>
                <w:lang w:val="nl-NL"/>
              </w:rPr>
            </w:pPr>
            <w:r w:rsidRPr="00781AE9">
              <w:rPr>
                <w:rFonts w:asciiTheme="majorHAnsi" w:hAnsiTheme="majorHAnsi" w:cstheme="majorHAnsi"/>
                <w:lang w:val="nl-NL"/>
              </w:rPr>
              <w:t>Voorzitter</w:t>
            </w:r>
          </w:p>
        </w:tc>
      </w:tr>
      <w:tr w:rsidRPr="00781AE9" w:rsidR="00AF3663" w:rsidTr="335FFFBD" w14:paraId="7406F4D1" w14:textId="77777777">
        <w:tc>
          <w:tcPr>
            <w:tcW w:w="3716" w:type="dxa"/>
            <w:tcMar/>
          </w:tcPr>
          <w:p w:rsidRPr="00781AE9" w:rsidR="00AF3663" w:rsidP="1AF72D40" w:rsidRDefault="00AF3663" w14:paraId="0EFC8BC4" w14:textId="77777777">
            <w:pPr>
              <w:pStyle w:val="Geenafstand"/>
              <w:rPr>
                <w:rFonts w:asciiTheme="majorHAnsi" w:hAnsiTheme="majorHAnsi" w:cstheme="majorHAnsi"/>
                <w:lang w:val="nl-NL"/>
              </w:rPr>
            </w:pPr>
            <w:r w:rsidRPr="00781AE9">
              <w:rPr>
                <w:rFonts w:asciiTheme="majorHAnsi" w:hAnsiTheme="majorHAnsi" w:cstheme="majorHAnsi"/>
                <w:lang w:val="nl-NL"/>
              </w:rPr>
              <w:t>Gert Pennings</w:t>
            </w:r>
          </w:p>
        </w:tc>
        <w:tc>
          <w:tcPr>
            <w:tcW w:w="1966" w:type="dxa"/>
            <w:tcMar/>
          </w:tcPr>
          <w:p w:rsidRPr="00781AE9" w:rsidR="00AF3663" w:rsidP="00D11B83" w:rsidRDefault="00AF3663" w14:paraId="545F8B53" w14:textId="77777777">
            <w:pPr>
              <w:pStyle w:val="Geenafstand"/>
              <w:rPr>
                <w:rFonts w:asciiTheme="majorHAnsi" w:hAnsiTheme="majorHAnsi" w:cstheme="majorHAnsi"/>
                <w:lang w:val="nl-NL"/>
              </w:rPr>
            </w:pPr>
            <w:r w:rsidRPr="00781AE9">
              <w:rPr>
                <w:rFonts w:asciiTheme="majorHAnsi" w:hAnsiTheme="majorHAnsi" w:cstheme="majorHAnsi"/>
                <w:lang w:val="nl-NL"/>
              </w:rPr>
              <w:t>Ouder</w:t>
            </w:r>
          </w:p>
        </w:tc>
        <w:tc>
          <w:tcPr>
            <w:tcW w:w="3098" w:type="dxa"/>
            <w:tcMar/>
          </w:tcPr>
          <w:p w:rsidRPr="00781AE9" w:rsidR="00AF3663" w:rsidP="00D11B83" w:rsidRDefault="25E5D592" w14:paraId="53128261" w14:textId="7050BD26">
            <w:pPr>
              <w:pStyle w:val="Geenafstand"/>
              <w:rPr>
                <w:rFonts w:asciiTheme="majorHAnsi" w:hAnsiTheme="majorHAnsi" w:cstheme="majorHAnsi"/>
                <w:lang w:val="nl-NL"/>
              </w:rPr>
            </w:pPr>
            <w:r w:rsidRPr="00781AE9">
              <w:rPr>
                <w:rFonts w:asciiTheme="majorHAnsi" w:hAnsiTheme="majorHAnsi" w:cstheme="majorHAnsi"/>
                <w:lang w:val="nl-NL"/>
              </w:rPr>
              <w:t>Lid</w:t>
            </w:r>
          </w:p>
        </w:tc>
      </w:tr>
      <w:tr w:rsidRPr="00781AE9" w:rsidR="00AF3663" w:rsidTr="335FFFBD" w14:paraId="00DDE4B1" w14:textId="77777777">
        <w:tc>
          <w:tcPr>
            <w:tcW w:w="3716" w:type="dxa"/>
            <w:tcMar/>
          </w:tcPr>
          <w:p w:rsidRPr="00781AE9" w:rsidR="00AF3663" w:rsidP="6D5FC077" w:rsidRDefault="00AF3663" w14:paraId="4017355D" w14:textId="279CC199">
            <w:pPr>
              <w:pStyle w:val="Geenafstand"/>
              <w:rPr>
                <w:rFonts w:asciiTheme="majorHAnsi" w:hAnsiTheme="majorHAnsi" w:cstheme="majorHAnsi"/>
                <w:lang w:val="nl-NL"/>
              </w:rPr>
            </w:pPr>
            <w:r w:rsidRPr="00781AE9">
              <w:rPr>
                <w:rFonts w:asciiTheme="majorHAnsi" w:hAnsiTheme="majorHAnsi" w:cstheme="majorHAnsi"/>
                <w:lang w:val="nl-NL"/>
              </w:rPr>
              <w:t xml:space="preserve">Petra Flapper – </w:t>
            </w:r>
            <w:proofErr w:type="spellStart"/>
            <w:r w:rsidRPr="00781AE9" w:rsidR="0B53C244">
              <w:rPr>
                <w:rFonts w:asciiTheme="majorHAnsi" w:hAnsiTheme="majorHAnsi" w:cstheme="majorHAnsi"/>
                <w:lang w:val="nl-NL"/>
              </w:rPr>
              <w:t>Wendelaar</w:t>
            </w:r>
            <w:proofErr w:type="spellEnd"/>
            <w:r w:rsidRPr="00781AE9" w:rsidR="0B53C244">
              <w:rPr>
                <w:rFonts w:asciiTheme="majorHAnsi" w:hAnsiTheme="majorHAnsi" w:cstheme="majorHAnsi"/>
                <w:lang w:val="nl-NL"/>
              </w:rPr>
              <w:t xml:space="preserve"> </w:t>
            </w:r>
            <w:r w:rsidRPr="00781AE9">
              <w:rPr>
                <w:rFonts w:asciiTheme="majorHAnsi" w:hAnsiTheme="majorHAnsi" w:cstheme="majorHAnsi"/>
                <w:lang w:val="nl-NL"/>
              </w:rPr>
              <w:t>Bonga</w:t>
            </w:r>
          </w:p>
        </w:tc>
        <w:tc>
          <w:tcPr>
            <w:tcW w:w="1966" w:type="dxa"/>
            <w:tcMar/>
          </w:tcPr>
          <w:p w:rsidRPr="00781AE9" w:rsidR="00AF3663" w:rsidP="00D11B83" w:rsidRDefault="00AF3663" w14:paraId="45278C53" w14:textId="77777777">
            <w:pPr>
              <w:pStyle w:val="Geenafstand"/>
              <w:rPr>
                <w:rFonts w:asciiTheme="majorHAnsi" w:hAnsiTheme="majorHAnsi" w:cstheme="majorHAnsi"/>
                <w:lang w:val="nl-NL"/>
              </w:rPr>
            </w:pPr>
            <w:r w:rsidRPr="00781AE9">
              <w:rPr>
                <w:rFonts w:asciiTheme="majorHAnsi" w:hAnsiTheme="majorHAnsi" w:cstheme="majorHAnsi"/>
                <w:lang w:val="nl-NL"/>
              </w:rPr>
              <w:t xml:space="preserve">Ouder </w:t>
            </w:r>
          </w:p>
        </w:tc>
        <w:tc>
          <w:tcPr>
            <w:tcW w:w="3098" w:type="dxa"/>
            <w:tcMar/>
          </w:tcPr>
          <w:p w:rsidRPr="00781AE9" w:rsidR="00AF3663" w:rsidP="00D11B83" w:rsidRDefault="6B99F865" w14:paraId="62486C05" w14:textId="0EEDF8EC">
            <w:pPr>
              <w:pStyle w:val="Geenafstand"/>
              <w:rPr>
                <w:rFonts w:asciiTheme="majorHAnsi" w:hAnsiTheme="majorHAnsi" w:cstheme="majorHAnsi"/>
                <w:lang w:val="nl-NL"/>
              </w:rPr>
            </w:pPr>
            <w:r w:rsidRPr="00781AE9">
              <w:rPr>
                <w:rFonts w:asciiTheme="majorHAnsi" w:hAnsiTheme="majorHAnsi" w:cstheme="majorHAnsi"/>
                <w:lang w:val="nl-NL"/>
              </w:rPr>
              <w:t xml:space="preserve">Plaatsvervangend </w:t>
            </w:r>
            <w:r w:rsidRPr="00781AE9" w:rsidR="10A6D55E">
              <w:rPr>
                <w:rFonts w:asciiTheme="majorHAnsi" w:hAnsiTheme="majorHAnsi" w:cstheme="majorHAnsi"/>
                <w:lang w:val="nl-NL"/>
              </w:rPr>
              <w:t>voorzitter</w:t>
            </w:r>
          </w:p>
        </w:tc>
      </w:tr>
    </w:tbl>
    <w:p w:rsidRPr="00781AE9" w:rsidR="00D11B83" w:rsidP="00D11B83" w:rsidRDefault="00536A09" w14:paraId="52B23719" w14:textId="2F23C5C0">
      <w:pPr>
        <w:pStyle w:val="Geenafstand"/>
        <w:rPr>
          <w:rFonts w:asciiTheme="majorHAnsi" w:hAnsiTheme="majorHAnsi" w:cstheme="majorHAnsi"/>
          <w:lang w:val="nl-NL"/>
        </w:rPr>
      </w:pPr>
      <w:r w:rsidRPr="00781AE9">
        <w:rPr>
          <w:rFonts w:asciiTheme="majorHAnsi" w:hAnsiTheme="majorHAnsi" w:cstheme="majorHAnsi"/>
          <w:lang w:val="nl-NL"/>
        </w:rPr>
        <w:br/>
      </w:r>
      <w:r w:rsidRPr="00781AE9" w:rsidR="00AF3663">
        <w:rPr>
          <w:rFonts w:asciiTheme="majorHAnsi" w:hAnsiTheme="majorHAnsi" w:cstheme="majorHAnsi"/>
          <w:lang w:val="nl-NL"/>
        </w:rPr>
        <w:t>D</w:t>
      </w:r>
      <w:r w:rsidRPr="00781AE9">
        <w:rPr>
          <w:rFonts w:asciiTheme="majorHAnsi" w:hAnsiTheme="majorHAnsi" w:cstheme="majorHAnsi"/>
          <w:lang w:val="nl-NL"/>
        </w:rPr>
        <w:t xml:space="preserve">e MR is geen statische raad. Leden zijn voor een periode actief als MR-lid en worden dan </w:t>
      </w:r>
      <w:r w:rsidRPr="00781AE9">
        <w:rPr>
          <w:rFonts w:asciiTheme="majorHAnsi" w:hAnsiTheme="majorHAnsi" w:cstheme="majorHAnsi"/>
          <w:lang w:val="nl-NL"/>
        </w:rPr>
        <w:br/>
      </w:r>
      <w:r w:rsidRPr="00781AE9">
        <w:rPr>
          <w:rFonts w:asciiTheme="majorHAnsi" w:hAnsiTheme="majorHAnsi" w:cstheme="majorHAnsi"/>
          <w:lang w:val="nl-NL"/>
        </w:rPr>
        <w:t xml:space="preserve">opgevolgd. Meer informatie over toetreden, aftreden en verkiezingen </w:t>
      </w:r>
      <w:r w:rsidRPr="00781AE9" w:rsidR="1822E70A">
        <w:rPr>
          <w:rFonts w:asciiTheme="majorHAnsi" w:hAnsiTheme="majorHAnsi" w:cstheme="majorHAnsi"/>
          <w:lang w:val="nl-NL"/>
        </w:rPr>
        <w:t>is te vinden in hoofdstuk 5.</w:t>
      </w:r>
    </w:p>
    <w:p w:rsidRPr="00781AE9" w:rsidR="00D150C3" w:rsidP="0BA3BC01" w:rsidRDefault="00AF3663" w14:paraId="01C2379E" w14:textId="3ED85DA1">
      <w:pPr>
        <w:pStyle w:val="Geenafstand"/>
        <w:rPr>
          <w:rFonts w:asciiTheme="majorHAnsi" w:hAnsiTheme="majorHAnsi" w:cstheme="majorHAnsi"/>
          <w:lang w:val="nl-NL"/>
        </w:rPr>
      </w:pPr>
      <w:r w:rsidRPr="00781AE9">
        <w:rPr>
          <w:rFonts w:asciiTheme="majorHAnsi" w:hAnsiTheme="majorHAnsi" w:cstheme="majorHAnsi"/>
          <w:lang w:val="nl-NL"/>
        </w:rPr>
        <w:br/>
      </w:r>
      <w:bookmarkStart w:name="_Toc211325410" w:id="5"/>
      <w:r w:rsidRPr="00781AE9" w:rsidR="00536A09">
        <w:rPr>
          <w:rStyle w:val="Kop2Char"/>
          <w:rFonts w:cstheme="majorHAnsi"/>
          <w:sz w:val="24"/>
          <w:szCs w:val="24"/>
          <w:lang w:val="nl-NL"/>
        </w:rPr>
        <w:t xml:space="preserve">2.4 Waar staat de MR van </w:t>
      </w:r>
      <w:r w:rsidRPr="00781AE9">
        <w:rPr>
          <w:rStyle w:val="Kop2Char"/>
          <w:rFonts w:cstheme="majorHAnsi"/>
          <w:sz w:val="24"/>
          <w:szCs w:val="24"/>
          <w:lang w:val="nl-NL"/>
        </w:rPr>
        <w:t>IKC Alexia</w:t>
      </w:r>
      <w:r w:rsidRPr="00781AE9" w:rsidR="00536A09">
        <w:rPr>
          <w:rStyle w:val="Kop2Char"/>
          <w:rFonts w:cstheme="majorHAnsi"/>
          <w:sz w:val="24"/>
          <w:szCs w:val="24"/>
          <w:lang w:val="nl-NL"/>
        </w:rPr>
        <w:t xml:space="preserve"> voor</w:t>
      </w:r>
      <w:r w:rsidRPr="00781AE9" w:rsidR="05ECB2BB">
        <w:rPr>
          <w:rStyle w:val="Kop2Char"/>
          <w:rFonts w:cstheme="majorHAnsi"/>
          <w:sz w:val="24"/>
          <w:szCs w:val="24"/>
          <w:lang w:val="nl-NL"/>
        </w:rPr>
        <w:t>?</w:t>
      </w:r>
      <w:bookmarkEnd w:id="5"/>
    </w:p>
    <w:p w:rsidRPr="00781AE9" w:rsidR="00D150C3" w:rsidP="09C6DD89" w:rsidRDefault="65B3A171" w14:paraId="2C2D900B" w14:textId="6A8234B3">
      <w:pPr>
        <w:pStyle w:val="Geenafstand"/>
        <w:rPr>
          <w:rFonts w:asciiTheme="majorHAnsi" w:hAnsiTheme="majorHAnsi" w:cstheme="majorHAnsi"/>
          <w:b/>
          <w:bCs/>
          <w:lang w:val="nl-NL"/>
        </w:rPr>
      </w:pPr>
      <w:r w:rsidRPr="00781AE9">
        <w:rPr>
          <w:rFonts w:asciiTheme="majorHAnsi" w:hAnsiTheme="majorHAnsi" w:cstheme="majorHAnsi"/>
          <w:b/>
          <w:bCs/>
          <w:lang w:val="nl-NL"/>
        </w:rPr>
        <w:t>Visie</w:t>
      </w:r>
      <w:r w:rsidRPr="00781AE9" w:rsidR="00AF3663">
        <w:rPr>
          <w:rFonts w:asciiTheme="majorHAnsi" w:hAnsiTheme="majorHAnsi" w:cstheme="majorHAnsi"/>
          <w:lang w:val="nl-NL"/>
        </w:rPr>
        <w:br/>
      </w:r>
      <w:r w:rsidRPr="00781AE9" w:rsidR="72A6A398">
        <w:rPr>
          <w:rFonts w:eastAsia="Calibri Light" w:asciiTheme="majorHAnsi" w:hAnsiTheme="majorHAnsi" w:cstheme="majorHAnsi"/>
          <w:lang w:val="nl-NL"/>
        </w:rPr>
        <w:t xml:space="preserve">De Medezeggenschapsraad (MR) wil op een constructieve en betrokken manier bijdragen aan de ontwikkeling en beleidsvoering binnen </w:t>
      </w:r>
      <w:r w:rsidRPr="00781AE9" w:rsidR="0750914B">
        <w:rPr>
          <w:rFonts w:eastAsia="Calibri Light" w:asciiTheme="majorHAnsi" w:hAnsiTheme="majorHAnsi" w:cstheme="majorHAnsi"/>
          <w:lang w:val="nl-NL"/>
        </w:rPr>
        <w:t>IKC Alexia</w:t>
      </w:r>
      <w:r w:rsidRPr="00781AE9" w:rsidR="72A6A398">
        <w:rPr>
          <w:rFonts w:eastAsia="Calibri Light" w:asciiTheme="majorHAnsi" w:hAnsiTheme="majorHAnsi" w:cstheme="majorHAnsi"/>
          <w:lang w:val="nl-NL"/>
        </w:rPr>
        <w:t xml:space="preserve">. Vanuit een kritische én vooruitstrevende blik denkt en kijkt de MR mee met de schoolleiding en vervult zij </w:t>
      </w:r>
      <w:proofErr w:type="gramStart"/>
      <w:r w:rsidRPr="00781AE9" w:rsidR="72A6A398">
        <w:rPr>
          <w:rFonts w:eastAsia="Calibri Light" w:asciiTheme="majorHAnsi" w:hAnsiTheme="majorHAnsi" w:cstheme="majorHAnsi"/>
          <w:lang w:val="nl-NL"/>
        </w:rPr>
        <w:t>tevens</w:t>
      </w:r>
      <w:proofErr w:type="gramEnd"/>
      <w:r w:rsidRPr="00781AE9" w:rsidR="72A6A398">
        <w:rPr>
          <w:rFonts w:eastAsia="Calibri Light" w:asciiTheme="majorHAnsi" w:hAnsiTheme="majorHAnsi" w:cstheme="majorHAnsi"/>
          <w:lang w:val="nl-NL"/>
        </w:rPr>
        <w:t xml:space="preserve"> een controlerende rol waar dat nodig is.</w:t>
      </w:r>
    </w:p>
    <w:p w:rsidRPr="00781AE9" w:rsidR="00D150C3" w:rsidP="09C6DD89" w:rsidRDefault="72A6A398" w14:paraId="1A9B069F" w14:textId="27253D0D">
      <w:pPr>
        <w:spacing w:before="240" w:after="240"/>
        <w:rPr>
          <w:rFonts w:asciiTheme="majorHAnsi" w:hAnsiTheme="majorHAnsi" w:cstheme="majorHAnsi"/>
        </w:rPr>
      </w:pPr>
      <w:r w:rsidRPr="00781AE9">
        <w:rPr>
          <w:rFonts w:eastAsia="Calibri Light" w:asciiTheme="majorHAnsi" w:hAnsiTheme="majorHAnsi" w:cstheme="majorHAnsi"/>
        </w:rPr>
        <w:t>De MR staat voor openheid, samenwerking en wederzijds respect. Zij behartigt de belangen van leerlingen, leerkrachten en ouders, met als gezamenlijk doel een veilige, inclusieve en stimulerende schoolomgeving te creëren waarin iedereen zich gehoord, gezien en gewaardeerd voelt.</w:t>
      </w:r>
    </w:p>
    <w:p w:rsidRPr="00781AE9" w:rsidR="00D150C3" w:rsidP="09C6DD89" w:rsidRDefault="3E9219EE" w14:paraId="7F27FF39" w14:textId="284FD335">
      <w:pPr>
        <w:pStyle w:val="Geenafstand"/>
        <w:rPr>
          <w:rFonts w:asciiTheme="majorHAnsi" w:hAnsiTheme="majorHAnsi" w:cstheme="majorHAnsi"/>
          <w:b/>
          <w:bCs/>
          <w:lang w:val="nl-NL"/>
        </w:rPr>
      </w:pPr>
      <w:r w:rsidRPr="00781AE9">
        <w:rPr>
          <w:rFonts w:asciiTheme="majorHAnsi" w:hAnsiTheme="majorHAnsi" w:cstheme="majorHAnsi"/>
          <w:b/>
          <w:bCs/>
          <w:lang w:val="nl-NL"/>
        </w:rPr>
        <w:t>Missie</w:t>
      </w:r>
    </w:p>
    <w:p w:rsidRPr="00781AE9" w:rsidR="00D150C3" w:rsidP="09C6DD89" w:rsidRDefault="00AF3663" w14:paraId="53438AED" w14:textId="4D9ABB77">
      <w:pPr>
        <w:pStyle w:val="Geenafstand"/>
        <w:rPr>
          <w:rFonts w:asciiTheme="majorHAnsi" w:hAnsiTheme="majorHAnsi" w:cstheme="majorHAnsi"/>
          <w:lang w:val="nl-NL"/>
        </w:rPr>
      </w:pPr>
      <w:r w:rsidRPr="00781AE9">
        <w:rPr>
          <w:rFonts w:asciiTheme="majorHAnsi" w:hAnsiTheme="majorHAnsi" w:cstheme="majorHAnsi"/>
          <w:lang w:val="nl-NL"/>
        </w:rPr>
        <w:t xml:space="preserve">Zij doet </w:t>
      </w:r>
      <w:r w:rsidRPr="00781AE9" w:rsidR="00536A09">
        <w:rPr>
          <w:rFonts w:asciiTheme="majorHAnsi" w:hAnsiTheme="majorHAnsi" w:cstheme="majorHAnsi"/>
          <w:lang w:val="nl-NL"/>
        </w:rPr>
        <w:t>dit door:</w:t>
      </w:r>
    </w:p>
    <w:p w:rsidRPr="00781AE9" w:rsidR="00D150C3" w:rsidP="09C6DD89" w:rsidRDefault="56F68C25" w14:paraId="0E9F9BA0" w14:textId="209FE9E7">
      <w:pPr>
        <w:pStyle w:val="Geenafstand"/>
        <w:numPr>
          <w:ilvl w:val="0"/>
          <w:numId w:val="26"/>
        </w:numPr>
        <w:rPr>
          <w:rFonts w:asciiTheme="majorHAnsi" w:hAnsiTheme="majorHAnsi" w:cstheme="majorHAnsi"/>
          <w:lang w:val="nl-NL"/>
        </w:rPr>
      </w:pPr>
      <w:r w:rsidRPr="00781AE9">
        <w:rPr>
          <w:rFonts w:asciiTheme="majorHAnsi" w:hAnsiTheme="majorHAnsi" w:cstheme="majorHAnsi"/>
          <w:lang w:val="nl-NL"/>
        </w:rPr>
        <w:t>d</w:t>
      </w:r>
      <w:r w:rsidRPr="00781AE9" w:rsidR="00536A09">
        <w:rPr>
          <w:rFonts w:asciiTheme="majorHAnsi" w:hAnsiTheme="majorHAnsi" w:cstheme="majorHAnsi"/>
          <w:lang w:val="nl-NL"/>
        </w:rPr>
        <w:t>e levensbeschouwelijke identiteit van de school te bewaken</w:t>
      </w:r>
      <w:r w:rsidRPr="00781AE9" w:rsidR="70FD60F6">
        <w:rPr>
          <w:rFonts w:asciiTheme="majorHAnsi" w:hAnsiTheme="majorHAnsi" w:cstheme="majorHAnsi"/>
          <w:lang w:val="nl-NL"/>
        </w:rPr>
        <w:t>.</w:t>
      </w:r>
    </w:p>
    <w:p w:rsidRPr="00781AE9" w:rsidR="00D150C3" w:rsidP="09C6DD89" w:rsidRDefault="637969D0" w14:paraId="203770A5" w14:textId="31353084">
      <w:pPr>
        <w:pStyle w:val="Geenafstand"/>
        <w:numPr>
          <w:ilvl w:val="0"/>
          <w:numId w:val="26"/>
        </w:numPr>
        <w:rPr>
          <w:rFonts w:asciiTheme="majorHAnsi" w:hAnsiTheme="majorHAnsi" w:cstheme="majorHAnsi"/>
          <w:lang w:val="nl-NL"/>
        </w:rPr>
      </w:pPr>
      <w:r w:rsidRPr="00781AE9">
        <w:rPr>
          <w:rFonts w:asciiTheme="majorHAnsi" w:hAnsiTheme="majorHAnsi" w:cstheme="majorHAnsi"/>
          <w:lang w:val="nl-NL"/>
        </w:rPr>
        <w:t>h</w:t>
      </w:r>
      <w:r w:rsidRPr="00781AE9" w:rsidR="00536A09">
        <w:rPr>
          <w:rFonts w:asciiTheme="majorHAnsi" w:hAnsiTheme="majorHAnsi" w:cstheme="majorHAnsi"/>
          <w:lang w:val="nl-NL"/>
        </w:rPr>
        <w:t xml:space="preserve">et bewaken en bevorderen van de kwaliteit van het onderwijs door gebruik te </w:t>
      </w:r>
      <w:r w:rsidRPr="00781AE9" w:rsidR="00D150C3">
        <w:rPr>
          <w:rFonts w:asciiTheme="majorHAnsi" w:hAnsiTheme="majorHAnsi" w:cstheme="majorHAnsi"/>
          <w:lang w:val="nl-NL"/>
        </w:rPr>
        <w:br/>
      </w:r>
      <w:r w:rsidRPr="00781AE9" w:rsidR="00536A09">
        <w:rPr>
          <w:rFonts w:asciiTheme="majorHAnsi" w:hAnsiTheme="majorHAnsi" w:cstheme="majorHAnsi"/>
          <w:lang w:val="nl-NL"/>
        </w:rPr>
        <w:t xml:space="preserve">maken van haar algemene rechten (overleg-, initiatiefrecht en informatierecht) en </w:t>
      </w:r>
      <w:r w:rsidRPr="00781AE9" w:rsidR="00D150C3">
        <w:rPr>
          <w:rFonts w:asciiTheme="majorHAnsi" w:hAnsiTheme="majorHAnsi" w:cstheme="majorHAnsi"/>
          <w:lang w:val="nl-NL"/>
        </w:rPr>
        <w:br/>
      </w:r>
      <w:r w:rsidRPr="00781AE9" w:rsidR="00536A09">
        <w:rPr>
          <w:rFonts w:asciiTheme="majorHAnsi" w:hAnsiTheme="majorHAnsi" w:cstheme="majorHAnsi"/>
          <w:lang w:val="nl-NL"/>
        </w:rPr>
        <w:t xml:space="preserve">bijzondere rechten (instemmings- en adviesrecht) waarbij ze de belangen van </w:t>
      </w:r>
      <w:r w:rsidRPr="00781AE9" w:rsidR="00D150C3">
        <w:rPr>
          <w:rFonts w:asciiTheme="majorHAnsi" w:hAnsiTheme="majorHAnsi" w:cstheme="majorHAnsi"/>
          <w:lang w:val="nl-NL"/>
        </w:rPr>
        <w:br/>
      </w:r>
      <w:r w:rsidRPr="00781AE9" w:rsidR="00536A09">
        <w:rPr>
          <w:rFonts w:asciiTheme="majorHAnsi" w:hAnsiTheme="majorHAnsi" w:cstheme="majorHAnsi"/>
          <w:lang w:val="nl-NL"/>
        </w:rPr>
        <w:t>leerlingen</w:t>
      </w:r>
      <w:r w:rsidRPr="00781AE9" w:rsidR="1970111A">
        <w:rPr>
          <w:rFonts w:asciiTheme="majorHAnsi" w:hAnsiTheme="majorHAnsi" w:cstheme="majorHAnsi"/>
          <w:lang w:val="nl-NL"/>
        </w:rPr>
        <w:t xml:space="preserve">, leerkrachten en </w:t>
      </w:r>
      <w:r w:rsidRPr="00781AE9" w:rsidR="00536A09">
        <w:rPr>
          <w:rFonts w:asciiTheme="majorHAnsi" w:hAnsiTheme="majorHAnsi" w:cstheme="majorHAnsi"/>
          <w:lang w:val="nl-NL"/>
        </w:rPr>
        <w:t xml:space="preserve">ouders weet te behartigen. </w:t>
      </w:r>
    </w:p>
    <w:p w:rsidRPr="00781AE9" w:rsidR="00D150C3" w:rsidP="09C6DD89" w:rsidRDefault="0CC9D343" w14:paraId="384B2324" w14:textId="6004385F">
      <w:pPr>
        <w:pStyle w:val="Geenafstand"/>
        <w:numPr>
          <w:ilvl w:val="0"/>
          <w:numId w:val="26"/>
        </w:numPr>
        <w:rPr>
          <w:rFonts w:asciiTheme="majorHAnsi" w:hAnsiTheme="majorHAnsi" w:cstheme="majorHAnsi"/>
          <w:lang w:val="nl-NL"/>
        </w:rPr>
      </w:pPr>
      <w:r w:rsidRPr="00781AE9">
        <w:rPr>
          <w:rFonts w:asciiTheme="majorHAnsi" w:hAnsiTheme="majorHAnsi" w:cstheme="majorHAnsi"/>
          <w:lang w:val="nl-NL"/>
        </w:rPr>
        <w:t>i</w:t>
      </w:r>
      <w:r w:rsidRPr="00781AE9" w:rsidR="00536A09">
        <w:rPr>
          <w:rFonts w:asciiTheme="majorHAnsi" w:hAnsiTheme="majorHAnsi" w:cstheme="majorHAnsi"/>
          <w:lang w:val="nl-NL"/>
        </w:rPr>
        <w:t>nitiatief te nemen om zaken bespreekbaar te maken</w:t>
      </w:r>
      <w:r w:rsidRPr="00781AE9" w:rsidR="04FFA3DD">
        <w:rPr>
          <w:rFonts w:asciiTheme="majorHAnsi" w:hAnsiTheme="majorHAnsi" w:cstheme="majorHAnsi"/>
          <w:lang w:val="nl-NL"/>
        </w:rPr>
        <w:t>.</w:t>
      </w:r>
    </w:p>
    <w:p w:rsidRPr="00781AE9" w:rsidR="00D150C3" w:rsidP="09C6DD89" w:rsidRDefault="71C545AB" w14:paraId="27F8657A" w14:textId="58163439">
      <w:pPr>
        <w:pStyle w:val="Geenafstand"/>
        <w:numPr>
          <w:ilvl w:val="0"/>
          <w:numId w:val="26"/>
        </w:numPr>
        <w:rPr>
          <w:rFonts w:asciiTheme="majorHAnsi" w:hAnsiTheme="majorHAnsi" w:cstheme="majorHAnsi"/>
          <w:lang w:val="nl-NL"/>
        </w:rPr>
      </w:pPr>
      <w:r w:rsidRPr="00781AE9">
        <w:rPr>
          <w:rFonts w:asciiTheme="majorHAnsi" w:hAnsiTheme="majorHAnsi" w:cstheme="majorHAnsi"/>
          <w:lang w:val="nl-NL"/>
        </w:rPr>
        <w:t>t</w:t>
      </w:r>
      <w:r w:rsidRPr="00781AE9" w:rsidR="00536A09">
        <w:rPr>
          <w:rFonts w:asciiTheme="majorHAnsi" w:hAnsiTheme="majorHAnsi" w:cstheme="majorHAnsi"/>
          <w:lang w:val="nl-NL"/>
        </w:rPr>
        <w:t>ransparant te zijn in haar handelswijze en keuzes</w:t>
      </w:r>
      <w:r w:rsidRPr="00781AE9" w:rsidR="682C2C55">
        <w:rPr>
          <w:rFonts w:asciiTheme="majorHAnsi" w:hAnsiTheme="majorHAnsi" w:cstheme="majorHAnsi"/>
          <w:lang w:val="nl-NL"/>
        </w:rPr>
        <w:t>.</w:t>
      </w:r>
    </w:p>
    <w:p w:rsidR="00D150C3" w:rsidP="0BA3BC01" w:rsidRDefault="00D150C3" w14:paraId="4101652C" w14:textId="77777777">
      <w:pPr>
        <w:pStyle w:val="Geenafstand"/>
        <w:ind w:left="360"/>
        <w:rPr>
          <w:rFonts w:asciiTheme="majorHAnsi" w:hAnsiTheme="majorHAnsi" w:cstheme="majorHAnsi"/>
          <w:color w:val="FF0000"/>
          <w:lang w:val="nl-NL"/>
        </w:rPr>
      </w:pPr>
    </w:p>
    <w:p w:rsidRPr="00781AE9" w:rsidR="00661772" w:rsidP="0BA3BC01" w:rsidRDefault="00661772" w14:paraId="6BE566AB" w14:textId="77777777">
      <w:pPr>
        <w:pStyle w:val="Geenafstand"/>
        <w:ind w:left="360"/>
        <w:rPr>
          <w:rFonts w:asciiTheme="majorHAnsi" w:hAnsiTheme="majorHAnsi" w:cstheme="majorHAnsi"/>
          <w:color w:val="FF0000"/>
          <w:lang w:val="nl-NL"/>
        </w:rPr>
      </w:pPr>
    </w:p>
    <w:p w:rsidR="00661772" w:rsidP="0BA3BC01" w:rsidRDefault="00536A09" w14:paraId="299BEC0D" w14:textId="77777777">
      <w:pPr>
        <w:pStyle w:val="Geenafstand"/>
        <w:rPr>
          <w:rFonts w:asciiTheme="majorHAnsi" w:hAnsiTheme="majorHAnsi" w:cstheme="majorHAnsi"/>
          <w:lang w:val="nl-NL"/>
        </w:rPr>
      </w:pPr>
      <w:bookmarkStart w:name="_Toc211325411" w:id="6"/>
      <w:r w:rsidRPr="00781AE9">
        <w:rPr>
          <w:rStyle w:val="Kop2Char"/>
          <w:rFonts w:cstheme="majorHAnsi"/>
          <w:sz w:val="24"/>
          <w:szCs w:val="24"/>
          <w:lang w:val="nl-NL"/>
        </w:rPr>
        <w:t>2.5 Wat zijn de reguliere instem-</w:t>
      </w:r>
      <w:r w:rsidRPr="00781AE9" w:rsidR="5828D628">
        <w:rPr>
          <w:rStyle w:val="Kop2Char"/>
          <w:rFonts w:cstheme="majorHAnsi"/>
          <w:sz w:val="24"/>
          <w:szCs w:val="24"/>
          <w:lang w:val="nl-NL"/>
        </w:rPr>
        <w:t xml:space="preserve"> en</w:t>
      </w:r>
      <w:r w:rsidRPr="00781AE9" w:rsidR="7ADD6A00">
        <w:rPr>
          <w:rStyle w:val="Kop2Char"/>
          <w:rFonts w:cstheme="majorHAnsi"/>
          <w:sz w:val="24"/>
          <w:szCs w:val="24"/>
          <w:lang w:val="nl-NL"/>
        </w:rPr>
        <w:t xml:space="preserve"> </w:t>
      </w:r>
      <w:r w:rsidRPr="00781AE9">
        <w:rPr>
          <w:rStyle w:val="Kop2Char"/>
          <w:rFonts w:cstheme="majorHAnsi"/>
          <w:sz w:val="24"/>
          <w:szCs w:val="24"/>
          <w:lang w:val="nl-NL"/>
        </w:rPr>
        <w:t>advies</w:t>
      </w:r>
      <w:r w:rsidRPr="00781AE9" w:rsidR="4F8286FB">
        <w:rPr>
          <w:rStyle w:val="Kop2Char"/>
          <w:rFonts w:cstheme="majorHAnsi"/>
          <w:sz w:val="24"/>
          <w:szCs w:val="24"/>
          <w:lang w:val="nl-NL"/>
        </w:rPr>
        <w:t>r</w:t>
      </w:r>
      <w:r w:rsidRPr="00781AE9">
        <w:rPr>
          <w:rStyle w:val="Kop2Char"/>
          <w:rFonts w:cstheme="majorHAnsi"/>
          <w:sz w:val="24"/>
          <w:szCs w:val="24"/>
          <w:lang w:val="nl-NL"/>
        </w:rPr>
        <w:t>echten</w:t>
      </w:r>
      <w:r w:rsidRPr="00781AE9" w:rsidR="3016AEFA">
        <w:rPr>
          <w:rStyle w:val="Kop2Char"/>
          <w:rFonts w:cstheme="majorHAnsi"/>
          <w:sz w:val="24"/>
          <w:szCs w:val="24"/>
          <w:lang w:val="nl-NL"/>
        </w:rPr>
        <w:t>?</w:t>
      </w:r>
      <w:bookmarkEnd w:id="6"/>
      <w:r w:rsidRPr="00781AE9">
        <w:rPr>
          <w:rFonts w:asciiTheme="majorHAnsi" w:hAnsiTheme="majorHAnsi" w:cstheme="majorHAnsi"/>
          <w:lang w:val="nl-NL"/>
        </w:rPr>
        <w:br/>
      </w:r>
      <w:r w:rsidRPr="00781AE9">
        <w:rPr>
          <w:rFonts w:asciiTheme="majorHAnsi" w:hAnsiTheme="majorHAnsi" w:cstheme="majorHAnsi"/>
          <w:lang w:val="nl-NL"/>
        </w:rPr>
        <w:t xml:space="preserve">Een aantal onderwerpen staat vast op de agenda van de MR en keren jaarlijks (of anderszins </w:t>
      </w:r>
      <w:r w:rsidRPr="00781AE9">
        <w:rPr>
          <w:rFonts w:asciiTheme="majorHAnsi" w:hAnsiTheme="majorHAnsi" w:cstheme="majorHAnsi"/>
          <w:lang w:val="nl-NL"/>
        </w:rPr>
        <w:br/>
      </w:r>
      <w:r w:rsidRPr="00781AE9">
        <w:rPr>
          <w:rFonts w:asciiTheme="majorHAnsi" w:hAnsiTheme="majorHAnsi" w:cstheme="majorHAnsi"/>
          <w:lang w:val="nl-NL"/>
        </w:rPr>
        <w:t>periodiek) terug</w:t>
      </w:r>
      <w:r w:rsidR="00661772">
        <w:rPr>
          <w:rFonts w:asciiTheme="majorHAnsi" w:hAnsiTheme="majorHAnsi" w:cstheme="majorHAnsi"/>
          <w:lang w:val="nl-NL"/>
        </w:rPr>
        <w:t>.</w:t>
      </w:r>
    </w:p>
    <w:p w:rsidR="00661772" w:rsidP="0BA3BC01" w:rsidRDefault="00536A09" w14:paraId="42EC25D1" w14:textId="5DBB8317">
      <w:pPr>
        <w:pStyle w:val="Geenafstand"/>
        <w:rPr>
          <w:rFonts w:asciiTheme="majorHAnsi" w:hAnsiTheme="majorHAnsi" w:cstheme="majorHAnsi"/>
          <w:lang w:val="nl-NL"/>
        </w:rPr>
      </w:pPr>
      <w:r w:rsidRPr="00781AE9">
        <w:rPr>
          <w:rFonts w:asciiTheme="majorHAnsi" w:hAnsiTheme="majorHAnsi" w:cstheme="majorHAnsi"/>
          <w:lang w:val="nl-NL"/>
        </w:rPr>
        <w:br/>
      </w:r>
      <w:r w:rsidRPr="00781AE9">
        <w:rPr>
          <w:rFonts w:asciiTheme="majorHAnsi" w:hAnsiTheme="majorHAnsi" w:cstheme="majorHAnsi"/>
          <w:lang w:val="nl-NL"/>
        </w:rPr>
        <w:t>Onderwerpen ter instemmin</w:t>
      </w:r>
      <w:r w:rsidR="00661772">
        <w:rPr>
          <w:rFonts w:asciiTheme="majorHAnsi" w:hAnsiTheme="majorHAnsi" w:cstheme="majorHAnsi"/>
          <w:lang w:val="nl-NL"/>
        </w:rPr>
        <w:t>g</w:t>
      </w:r>
      <w:r w:rsidRPr="00781AE9">
        <w:rPr>
          <w:rFonts w:asciiTheme="majorHAnsi" w:hAnsiTheme="majorHAnsi" w:cstheme="majorHAnsi"/>
          <w:lang w:val="nl-NL"/>
        </w:rPr>
        <w:t>, o.a.:</w:t>
      </w:r>
    </w:p>
    <w:p w:rsidR="00661772" w:rsidP="0BA3BC01" w:rsidRDefault="00536A09" w14:paraId="632B5FE5" w14:textId="77777777">
      <w:pPr>
        <w:pStyle w:val="Geenafstand"/>
        <w:numPr>
          <w:ilvl w:val="0"/>
          <w:numId w:val="38"/>
        </w:numPr>
        <w:rPr>
          <w:rFonts w:asciiTheme="majorHAnsi" w:hAnsiTheme="majorHAnsi" w:cstheme="majorHAnsi"/>
          <w:lang w:val="nl-NL"/>
        </w:rPr>
      </w:pPr>
      <w:r w:rsidRPr="00781AE9">
        <w:rPr>
          <w:rFonts w:asciiTheme="majorHAnsi" w:hAnsiTheme="majorHAnsi" w:cstheme="majorHAnsi"/>
          <w:lang w:val="nl-NL"/>
        </w:rPr>
        <w:t xml:space="preserve">Schoolplan en jaarlijkse bijlage [MR geheel]  </w:t>
      </w:r>
    </w:p>
    <w:p w:rsidR="00661772" w:rsidP="0BA3BC01" w:rsidRDefault="00536A09" w14:paraId="26B1A4AD" w14:textId="77777777">
      <w:pPr>
        <w:pStyle w:val="Geenafstand"/>
        <w:numPr>
          <w:ilvl w:val="0"/>
          <w:numId w:val="38"/>
        </w:numPr>
        <w:rPr>
          <w:rFonts w:asciiTheme="majorHAnsi" w:hAnsiTheme="majorHAnsi" w:cstheme="majorHAnsi"/>
          <w:lang w:val="nl-NL"/>
        </w:rPr>
      </w:pPr>
      <w:r w:rsidRPr="00781AE9">
        <w:rPr>
          <w:rFonts w:asciiTheme="majorHAnsi" w:hAnsiTheme="majorHAnsi" w:cstheme="majorHAnsi"/>
          <w:lang w:val="nl-NL"/>
        </w:rPr>
        <w:t xml:space="preserve">Onderwijskundige doelstellingen [MR geheel]  </w:t>
      </w:r>
    </w:p>
    <w:p w:rsidR="00661772" w:rsidP="0BA3BC01" w:rsidRDefault="00536A09" w14:paraId="7A3A6580" w14:textId="77777777">
      <w:pPr>
        <w:pStyle w:val="Geenafstand"/>
        <w:numPr>
          <w:ilvl w:val="0"/>
          <w:numId w:val="38"/>
        </w:numPr>
        <w:rPr>
          <w:rFonts w:asciiTheme="majorHAnsi" w:hAnsiTheme="majorHAnsi" w:cstheme="majorHAnsi"/>
          <w:lang w:val="nl-NL"/>
        </w:rPr>
      </w:pPr>
      <w:r w:rsidRPr="00781AE9">
        <w:rPr>
          <w:rFonts w:asciiTheme="majorHAnsi" w:hAnsiTheme="majorHAnsi" w:cstheme="majorHAnsi"/>
          <w:lang w:val="nl-NL"/>
        </w:rPr>
        <w:t>Beleid t.a.v. verwerken van en de bescherming van persoonsgegevens [</w:t>
      </w:r>
      <w:r w:rsidRPr="00781AE9" w:rsidR="2F87382D">
        <w:rPr>
          <w:rFonts w:asciiTheme="majorHAnsi" w:hAnsiTheme="majorHAnsi" w:cstheme="majorHAnsi"/>
          <w:lang w:val="nl-NL"/>
        </w:rPr>
        <w:t>PG voor personeel of OG voor ouders/leerlingen</w:t>
      </w:r>
      <w:r w:rsidRPr="00781AE9">
        <w:rPr>
          <w:rFonts w:asciiTheme="majorHAnsi" w:hAnsiTheme="majorHAnsi" w:cstheme="majorHAnsi"/>
          <w:lang w:val="nl-NL"/>
        </w:rPr>
        <w:t xml:space="preserve">]  </w:t>
      </w:r>
    </w:p>
    <w:p w:rsidR="00661772" w:rsidP="0BA3BC01" w:rsidRDefault="00536A09" w14:paraId="7092B648" w14:textId="77777777">
      <w:pPr>
        <w:pStyle w:val="Geenafstand"/>
        <w:numPr>
          <w:ilvl w:val="0"/>
          <w:numId w:val="38"/>
        </w:numPr>
        <w:rPr>
          <w:rFonts w:asciiTheme="majorHAnsi" w:hAnsiTheme="majorHAnsi" w:cstheme="majorHAnsi"/>
          <w:lang w:val="nl-NL"/>
        </w:rPr>
      </w:pPr>
      <w:r w:rsidRPr="00781AE9">
        <w:rPr>
          <w:rFonts w:asciiTheme="majorHAnsi" w:hAnsiTheme="majorHAnsi" w:cstheme="majorHAnsi"/>
          <w:lang w:val="nl-NL"/>
        </w:rPr>
        <w:t xml:space="preserve">Samenstelling van de formatie [PG]  </w:t>
      </w:r>
    </w:p>
    <w:p w:rsidR="00661772" w:rsidP="0BA3BC01" w:rsidRDefault="00536A09" w14:paraId="12B4420A" w14:textId="77777777">
      <w:pPr>
        <w:pStyle w:val="Geenafstand"/>
        <w:numPr>
          <w:ilvl w:val="0"/>
          <w:numId w:val="38"/>
        </w:numPr>
        <w:rPr>
          <w:rFonts w:asciiTheme="majorHAnsi" w:hAnsiTheme="majorHAnsi" w:cstheme="majorHAnsi"/>
          <w:lang w:val="nl-NL"/>
        </w:rPr>
      </w:pPr>
      <w:r w:rsidRPr="00781AE9">
        <w:rPr>
          <w:rFonts w:asciiTheme="majorHAnsi" w:hAnsiTheme="majorHAnsi" w:cstheme="majorHAnsi"/>
          <w:lang w:val="nl-NL"/>
        </w:rPr>
        <w:t xml:space="preserve">Nascholing personeel [PG]  </w:t>
      </w:r>
    </w:p>
    <w:p w:rsidR="00661772" w:rsidP="0BA3BC01" w:rsidRDefault="00536A09" w14:paraId="569687EC" w14:textId="77777777">
      <w:pPr>
        <w:pStyle w:val="Geenafstand"/>
        <w:numPr>
          <w:ilvl w:val="0"/>
          <w:numId w:val="38"/>
        </w:numPr>
        <w:rPr>
          <w:rFonts w:asciiTheme="majorHAnsi" w:hAnsiTheme="majorHAnsi" w:cstheme="majorHAnsi"/>
          <w:lang w:val="nl-NL"/>
        </w:rPr>
      </w:pPr>
      <w:r w:rsidRPr="00781AE9">
        <w:rPr>
          <w:rFonts w:asciiTheme="majorHAnsi" w:hAnsiTheme="majorHAnsi" w:cstheme="majorHAnsi"/>
          <w:lang w:val="nl-NL"/>
        </w:rPr>
        <w:t xml:space="preserve">Taakverdeling resp. de taakbelasting </w:t>
      </w:r>
      <w:r w:rsidRPr="00781AE9" w:rsidR="729BEEA7">
        <w:rPr>
          <w:rFonts w:asciiTheme="majorHAnsi" w:hAnsiTheme="majorHAnsi" w:cstheme="majorHAnsi"/>
          <w:lang w:val="nl-NL"/>
        </w:rPr>
        <w:t xml:space="preserve">(werkverdelingsplan) </w:t>
      </w:r>
      <w:r w:rsidRPr="00781AE9">
        <w:rPr>
          <w:rFonts w:asciiTheme="majorHAnsi" w:hAnsiTheme="majorHAnsi" w:cstheme="majorHAnsi"/>
          <w:lang w:val="nl-NL"/>
        </w:rPr>
        <w:t xml:space="preserve">binnen het personeel [PG]  </w:t>
      </w:r>
    </w:p>
    <w:p w:rsidR="00661772" w:rsidP="0BA3BC01" w:rsidRDefault="00536A09" w14:paraId="71ADB08E" w14:textId="77777777">
      <w:pPr>
        <w:pStyle w:val="Geenafstand"/>
        <w:numPr>
          <w:ilvl w:val="0"/>
          <w:numId w:val="38"/>
        </w:numPr>
        <w:rPr>
          <w:rFonts w:asciiTheme="majorHAnsi" w:hAnsiTheme="majorHAnsi" w:cstheme="majorHAnsi"/>
          <w:lang w:val="nl-NL"/>
        </w:rPr>
      </w:pPr>
      <w:r w:rsidRPr="00781AE9">
        <w:rPr>
          <w:rFonts w:asciiTheme="majorHAnsi" w:hAnsiTheme="majorHAnsi" w:cstheme="majorHAnsi"/>
          <w:lang w:val="nl-NL"/>
        </w:rPr>
        <w:t xml:space="preserve">Hoogte vrijwillige ouderbijdrage </w:t>
      </w:r>
      <w:r w:rsidRPr="00781AE9" w:rsidR="433C0B94">
        <w:rPr>
          <w:rFonts w:asciiTheme="majorHAnsi" w:hAnsiTheme="majorHAnsi" w:cstheme="majorHAnsi"/>
          <w:lang w:val="nl-NL"/>
        </w:rPr>
        <w:t>en de besteding daarvan [</w:t>
      </w:r>
      <w:r w:rsidRPr="00781AE9">
        <w:rPr>
          <w:rFonts w:asciiTheme="majorHAnsi" w:hAnsiTheme="majorHAnsi" w:cstheme="majorHAnsi"/>
          <w:lang w:val="nl-NL"/>
        </w:rPr>
        <w:t xml:space="preserve">OG]  </w:t>
      </w:r>
    </w:p>
    <w:p w:rsidR="00661772" w:rsidP="0BA3BC01" w:rsidRDefault="00536A09" w14:paraId="5EA8C768" w14:textId="77777777">
      <w:pPr>
        <w:pStyle w:val="Geenafstand"/>
        <w:numPr>
          <w:ilvl w:val="0"/>
          <w:numId w:val="38"/>
        </w:numPr>
        <w:rPr>
          <w:rFonts w:asciiTheme="majorHAnsi" w:hAnsiTheme="majorHAnsi" w:cstheme="majorHAnsi"/>
          <w:lang w:val="nl-NL"/>
        </w:rPr>
      </w:pPr>
      <w:r w:rsidRPr="00781AE9">
        <w:rPr>
          <w:rFonts w:asciiTheme="majorHAnsi" w:hAnsiTheme="majorHAnsi" w:cstheme="majorHAnsi"/>
          <w:lang w:val="nl-NL"/>
        </w:rPr>
        <w:t xml:space="preserve">Schoolgids [OG]  </w:t>
      </w:r>
    </w:p>
    <w:p w:rsidR="00661772" w:rsidP="0BA3BC01" w:rsidRDefault="00536A09" w14:paraId="6808891F" w14:textId="592795C0">
      <w:pPr>
        <w:pStyle w:val="Geenafstand"/>
        <w:numPr>
          <w:ilvl w:val="0"/>
          <w:numId w:val="38"/>
        </w:numPr>
        <w:rPr>
          <w:rFonts w:asciiTheme="majorHAnsi" w:hAnsiTheme="majorHAnsi" w:cstheme="majorHAnsi"/>
          <w:lang w:val="nl-NL"/>
        </w:rPr>
      </w:pPr>
      <w:r w:rsidRPr="00781AE9">
        <w:rPr>
          <w:rFonts w:asciiTheme="majorHAnsi" w:hAnsiTheme="majorHAnsi" w:cstheme="majorHAnsi"/>
          <w:lang w:val="nl-NL"/>
        </w:rPr>
        <w:t xml:space="preserve">Vaststelling onderwijstijd/lestijd (OG)  </w:t>
      </w:r>
    </w:p>
    <w:p w:rsidR="00661772" w:rsidP="00661772" w:rsidRDefault="00661772" w14:paraId="41C729F0" w14:textId="77777777">
      <w:pPr>
        <w:pStyle w:val="Geenafstand"/>
        <w:ind w:left="720"/>
        <w:rPr>
          <w:rFonts w:asciiTheme="majorHAnsi" w:hAnsiTheme="majorHAnsi" w:cstheme="majorHAnsi"/>
          <w:lang w:val="nl-NL"/>
        </w:rPr>
      </w:pPr>
    </w:p>
    <w:p w:rsidRPr="00661772" w:rsidR="006E4151" w:rsidP="00661772" w:rsidRDefault="00536A09" w14:paraId="6573697F" w14:textId="0CE5D427">
      <w:pPr>
        <w:pStyle w:val="Geenafstand"/>
        <w:rPr>
          <w:rFonts w:asciiTheme="majorHAnsi" w:hAnsiTheme="majorHAnsi" w:cstheme="majorHAnsi"/>
          <w:lang w:val="nl-NL"/>
        </w:rPr>
      </w:pPr>
      <w:r w:rsidRPr="00661772">
        <w:rPr>
          <w:rFonts w:asciiTheme="majorHAnsi" w:hAnsiTheme="majorHAnsi" w:cstheme="majorHAnsi"/>
          <w:lang w:val="nl-NL"/>
        </w:rPr>
        <w:t xml:space="preserve">Onderwerpen ter advisering, o.a.:  </w:t>
      </w:r>
    </w:p>
    <w:p w:rsidR="00661772" w:rsidP="00661772" w:rsidRDefault="00536A09" w14:paraId="5DA4D23B" w14:textId="77777777">
      <w:pPr>
        <w:pStyle w:val="Geenafstand"/>
        <w:numPr>
          <w:ilvl w:val="0"/>
          <w:numId w:val="36"/>
        </w:numPr>
        <w:rPr>
          <w:rFonts w:asciiTheme="majorHAnsi" w:hAnsiTheme="majorHAnsi" w:cstheme="majorHAnsi"/>
          <w:lang w:val="nl-NL"/>
        </w:rPr>
      </w:pPr>
      <w:r w:rsidRPr="00781AE9">
        <w:rPr>
          <w:rFonts w:asciiTheme="majorHAnsi" w:hAnsiTheme="majorHAnsi" w:cstheme="majorHAnsi"/>
          <w:lang w:val="nl-NL"/>
        </w:rPr>
        <w:t xml:space="preserve">Hoofdlijnen van het meerjarig financieel beleid, waaronder de voorgenomen bestemming </w:t>
      </w:r>
      <w:r w:rsidRPr="00781AE9">
        <w:rPr>
          <w:rFonts w:asciiTheme="majorHAnsi" w:hAnsiTheme="majorHAnsi" w:cstheme="majorHAnsi"/>
          <w:lang w:val="nl-NL"/>
        </w:rPr>
        <w:br/>
      </w:r>
      <w:r w:rsidRPr="00781AE9">
        <w:rPr>
          <w:rFonts w:asciiTheme="majorHAnsi" w:hAnsiTheme="majorHAnsi" w:cstheme="majorHAnsi"/>
          <w:lang w:val="nl-NL"/>
        </w:rPr>
        <w:t xml:space="preserve">van </w:t>
      </w:r>
      <w:r w:rsidRPr="00781AE9" w:rsidR="006E4151">
        <w:rPr>
          <w:rFonts w:asciiTheme="majorHAnsi" w:hAnsiTheme="majorHAnsi" w:cstheme="majorHAnsi"/>
          <w:lang w:val="nl-NL"/>
        </w:rPr>
        <w:t>de middelen</w:t>
      </w:r>
      <w:r w:rsidRPr="00781AE9" w:rsidR="1FAFFA83">
        <w:rPr>
          <w:rFonts w:asciiTheme="majorHAnsi" w:hAnsiTheme="majorHAnsi" w:cstheme="majorHAnsi"/>
          <w:lang w:val="nl-NL"/>
        </w:rPr>
        <w:t xml:space="preserve"> [</w:t>
      </w:r>
      <w:r w:rsidRPr="00781AE9" w:rsidR="0B81D5E3">
        <w:rPr>
          <w:rFonts w:asciiTheme="majorHAnsi" w:hAnsiTheme="majorHAnsi" w:cstheme="majorHAnsi"/>
          <w:lang w:val="nl-NL"/>
        </w:rPr>
        <w:t>MR geheel</w:t>
      </w:r>
      <w:r w:rsidRPr="00781AE9" w:rsidR="498EFBD8">
        <w:rPr>
          <w:rFonts w:asciiTheme="majorHAnsi" w:hAnsiTheme="majorHAnsi" w:cstheme="majorHAnsi"/>
          <w:lang w:val="nl-NL"/>
        </w:rPr>
        <w:t>]</w:t>
      </w:r>
    </w:p>
    <w:p w:rsidR="00661772" w:rsidP="00661772" w:rsidRDefault="006E4151" w14:paraId="5B42DB65" w14:textId="77777777">
      <w:pPr>
        <w:pStyle w:val="Geenafstand"/>
        <w:numPr>
          <w:ilvl w:val="0"/>
          <w:numId w:val="36"/>
        </w:numPr>
        <w:rPr>
          <w:rFonts w:asciiTheme="majorHAnsi" w:hAnsiTheme="majorHAnsi" w:cstheme="majorHAnsi"/>
          <w:lang w:val="nl-NL"/>
        </w:rPr>
      </w:pPr>
      <w:r w:rsidRPr="00781AE9">
        <w:rPr>
          <w:rFonts w:asciiTheme="majorHAnsi" w:hAnsiTheme="majorHAnsi" w:cstheme="majorHAnsi"/>
          <w:lang w:val="nl-NL"/>
        </w:rPr>
        <w:t>Vakantierooster</w:t>
      </w:r>
      <w:r w:rsidRPr="00781AE9" w:rsidR="00536A09">
        <w:rPr>
          <w:rFonts w:asciiTheme="majorHAnsi" w:hAnsiTheme="majorHAnsi" w:cstheme="majorHAnsi"/>
          <w:lang w:val="nl-NL"/>
        </w:rPr>
        <w:t xml:space="preserve"> </w:t>
      </w:r>
      <w:r w:rsidRPr="00781AE9" w:rsidR="61FA38D4">
        <w:rPr>
          <w:rFonts w:asciiTheme="majorHAnsi" w:hAnsiTheme="majorHAnsi" w:cstheme="majorHAnsi"/>
          <w:lang w:val="nl-NL"/>
        </w:rPr>
        <w:t>[</w:t>
      </w:r>
      <w:r w:rsidRPr="00781AE9" w:rsidR="62B03237">
        <w:rPr>
          <w:rFonts w:asciiTheme="majorHAnsi" w:hAnsiTheme="majorHAnsi" w:cstheme="majorHAnsi"/>
          <w:lang w:val="nl-NL"/>
        </w:rPr>
        <w:t>MR geheel</w:t>
      </w:r>
      <w:r w:rsidRPr="00781AE9" w:rsidR="48DBB751">
        <w:rPr>
          <w:rFonts w:asciiTheme="majorHAnsi" w:hAnsiTheme="majorHAnsi" w:cstheme="majorHAnsi"/>
          <w:lang w:val="nl-NL"/>
        </w:rPr>
        <w:t>]</w:t>
      </w:r>
    </w:p>
    <w:p w:rsidRPr="00781AE9" w:rsidR="006E4151" w:rsidP="00661772" w:rsidRDefault="76462917" w14:paraId="2CC140BE" w14:textId="7A77A6B1">
      <w:pPr>
        <w:pStyle w:val="Geenafstand"/>
        <w:numPr>
          <w:ilvl w:val="0"/>
          <w:numId w:val="36"/>
        </w:numPr>
        <w:rPr>
          <w:rFonts w:asciiTheme="majorHAnsi" w:hAnsiTheme="majorHAnsi" w:cstheme="majorHAnsi"/>
          <w:lang w:val="nl-NL"/>
        </w:rPr>
      </w:pPr>
      <w:proofErr w:type="spellStart"/>
      <w:r w:rsidRPr="00781AE9">
        <w:rPr>
          <w:rFonts w:asciiTheme="majorHAnsi" w:hAnsiTheme="majorHAnsi" w:cstheme="majorHAnsi"/>
          <w:lang w:val="nl-NL"/>
        </w:rPr>
        <w:t>SchoolOndersteuningsProfiel</w:t>
      </w:r>
      <w:proofErr w:type="spellEnd"/>
      <w:r w:rsidRPr="00781AE9">
        <w:rPr>
          <w:rFonts w:asciiTheme="majorHAnsi" w:hAnsiTheme="majorHAnsi" w:cstheme="majorHAnsi"/>
          <w:lang w:val="nl-NL"/>
        </w:rPr>
        <w:t xml:space="preserve"> [MR geheel]  </w:t>
      </w:r>
    </w:p>
    <w:p w:rsidRPr="00781AE9" w:rsidR="006E4151" w:rsidP="00661772" w:rsidRDefault="00536A09" w14:paraId="0CC1F67A" w14:textId="7B625C91">
      <w:pPr>
        <w:pStyle w:val="Geenafstand"/>
        <w:numPr>
          <w:ilvl w:val="0"/>
          <w:numId w:val="36"/>
        </w:numPr>
        <w:rPr>
          <w:rFonts w:asciiTheme="majorHAnsi" w:hAnsiTheme="majorHAnsi" w:cstheme="majorHAnsi"/>
          <w:lang w:val="nl-NL"/>
        </w:rPr>
      </w:pPr>
      <w:r w:rsidRPr="00781AE9">
        <w:rPr>
          <w:rFonts w:asciiTheme="majorHAnsi" w:hAnsiTheme="majorHAnsi" w:cstheme="majorHAnsi"/>
          <w:lang w:val="nl-NL"/>
        </w:rPr>
        <w:t xml:space="preserve">Samenwerkingsrelaties </w:t>
      </w:r>
      <w:r w:rsidRPr="00781AE9" w:rsidR="6C960C56">
        <w:rPr>
          <w:rFonts w:asciiTheme="majorHAnsi" w:hAnsiTheme="majorHAnsi" w:cstheme="majorHAnsi"/>
          <w:lang w:val="nl-NL"/>
        </w:rPr>
        <w:t>[</w:t>
      </w:r>
      <w:r w:rsidRPr="00781AE9" w:rsidR="36A8A530">
        <w:rPr>
          <w:rFonts w:asciiTheme="majorHAnsi" w:hAnsiTheme="majorHAnsi" w:cstheme="majorHAnsi"/>
          <w:lang w:val="nl-NL"/>
        </w:rPr>
        <w:t>MR geheel</w:t>
      </w:r>
      <w:r w:rsidRPr="00781AE9" w:rsidR="6C960C56">
        <w:rPr>
          <w:rFonts w:asciiTheme="majorHAnsi" w:hAnsiTheme="majorHAnsi" w:cstheme="majorHAnsi"/>
          <w:lang w:val="nl-NL"/>
        </w:rPr>
        <w:t>]</w:t>
      </w:r>
    </w:p>
    <w:p w:rsidRPr="00781AE9" w:rsidR="006E4151" w:rsidP="00661772" w:rsidRDefault="111BD3DE" w14:paraId="5CD0270D" w14:textId="2825AC53">
      <w:pPr>
        <w:pStyle w:val="Geenafstand"/>
        <w:numPr>
          <w:ilvl w:val="0"/>
          <w:numId w:val="36"/>
        </w:numPr>
        <w:rPr>
          <w:rFonts w:asciiTheme="majorHAnsi" w:hAnsiTheme="majorHAnsi" w:cstheme="majorHAnsi"/>
          <w:lang w:val="nl-NL"/>
        </w:rPr>
      </w:pPr>
      <w:r w:rsidRPr="00781AE9">
        <w:rPr>
          <w:rFonts w:asciiTheme="majorHAnsi" w:hAnsiTheme="majorHAnsi" w:cstheme="majorHAnsi"/>
          <w:lang w:val="nl-NL"/>
        </w:rPr>
        <w:t>Beleid rondom het inzetten van stagiaires [MR geheel]</w:t>
      </w:r>
    </w:p>
    <w:p w:rsidR="00661772" w:rsidP="00661772" w:rsidRDefault="202D9DE0" w14:paraId="2A584F32" w14:textId="77777777">
      <w:pPr>
        <w:pStyle w:val="Geenafstand"/>
        <w:numPr>
          <w:ilvl w:val="0"/>
          <w:numId w:val="36"/>
        </w:numPr>
        <w:rPr>
          <w:rFonts w:asciiTheme="majorHAnsi" w:hAnsiTheme="majorHAnsi" w:cstheme="majorHAnsi"/>
          <w:lang w:val="nl-NL"/>
        </w:rPr>
      </w:pPr>
      <w:r w:rsidRPr="00781AE9">
        <w:rPr>
          <w:rFonts w:asciiTheme="majorHAnsi" w:hAnsiTheme="majorHAnsi" w:cstheme="majorHAnsi"/>
          <w:lang w:val="nl-NL"/>
        </w:rPr>
        <w:t>Deelname aan onderwijskundig project of experiment</w:t>
      </w:r>
      <w:r w:rsidRPr="00781AE9" w:rsidR="7798F062">
        <w:rPr>
          <w:rFonts w:asciiTheme="majorHAnsi" w:hAnsiTheme="majorHAnsi" w:cstheme="majorHAnsi"/>
          <w:lang w:val="nl-NL"/>
        </w:rPr>
        <w:t xml:space="preserve"> [</w:t>
      </w:r>
      <w:r w:rsidRPr="00781AE9" w:rsidR="77F256E3">
        <w:rPr>
          <w:rFonts w:asciiTheme="majorHAnsi" w:hAnsiTheme="majorHAnsi" w:cstheme="majorHAnsi"/>
          <w:lang w:val="nl-NL"/>
        </w:rPr>
        <w:t>MR geheel</w:t>
      </w:r>
      <w:r w:rsidRPr="00781AE9" w:rsidR="14F160E2">
        <w:rPr>
          <w:rFonts w:asciiTheme="majorHAnsi" w:hAnsiTheme="majorHAnsi" w:cstheme="majorHAnsi"/>
          <w:lang w:val="nl-NL"/>
        </w:rPr>
        <w:t>]</w:t>
      </w:r>
    </w:p>
    <w:p w:rsidRPr="00781AE9" w:rsidR="006E4151" w:rsidP="00661772" w:rsidRDefault="00536A09" w14:paraId="0A023EC8" w14:textId="531D692A">
      <w:pPr>
        <w:pStyle w:val="Geenafstand"/>
        <w:numPr>
          <w:ilvl w:val="0"/>
          <w:numId w:val="36"/>
        </w:numPr>
        <w:rPr>
          <w:rFonts w:asciiTheme="majorHAnsi" w:hAnsiTheme="majorHAnsi" w:cstheme="majorHAnsi"/>
          <w:lang w:val="nl-NL"/>
        </w:rPr>
      </w:pPr>
      <w:r w:rsidRPr="00781AE9">
        <w:rPr>
          <w:rFonts w:asciiTheme="majorHAnsi" w:hAnsiTheme="majorHAnsi" w:cstheme="majorHAnsi"/>
          <w:lang w:val="nl-NL"/>
        </w:rPr>
        <w:t xml:space="preserve">Concrete taakverdeling binnen de schoolleiding </w:t>
      </w:r>
      <w:r w:rsidRPr="00781AE9" w:rsidR="2BB02226">
        <w:rPr>
          <w:rFonts w:asciiTheme="majorHAnsi" w:hAnsiTheme="majorHAnsi" w:cstheme="majorHAnsi"/>
          <w:lang w:val="nl-NL"/>
        </w:rPr>
        <w:t>[</w:t>
      </w:r>
      <w:r w:rsidRPr="00781AE9" w:rsidR="3FA47219">
        <w:rPr>
          <w:rFonts w:asciiTheme="majorHAnsi" w:hAnsiTheme="majorHAnsi" w:cstheme="majorHAnsi"/>
          <w:lang w:val="nl-NL"/>
        </w:rPr>
        <w:t>MR geheel</w:t>
      </w:r>
      <w:r w:rsidRPr="00781AE9" w:rsidR="2BB02226">
        <w:rPr>
          <w:rFonts w:asciiTheme="majorHAnsi" w:hAnsiTheme="majorHAnsi" w:cstheme="majorHAnsi"/>
          <w:lang w:val="nl-NL"/>
        </w:rPr>
        <w:t>]</w:t>
      </w:r>
    </w:p>
    <w:p w:rsidRPr="00781AE9" w:rsidR="006E4151" w:rsidP="00661772" w:rsidRDefault="2644FF00" w14:paraId="055CADF7" w14:textId="760268AF">
      <w:pPr>
        <w:pStyle w:val="Geenafstand"/>
        <w:numPr>
          <w:ilvl w:val="0"/>
          <w:numId w:val="36"/>
        </w:numPr>
        <w:rPr>
          <w:rFonts w:asciiTheme="majorHAnsi" w:hAnsiTheme="majorHAnsi" w:cstheme="majorHAnsi"/>
          <w:lang w:val="nl-NL"/>
        </w:rPr>
      </w:pPr>
      <w:r w:rsidRPr="00781AE9">
        <w:rPr>
          <w:rFonts w:asciiTheme="majorHAnsi" w:hAnsiTheme="majorHAnsi" w:cstheme="majorHAnsi"/>
          <w:lang w:val="nl-NL"/>
        </w:rPr>
        <w:t>Concept formatieplan (</w:t>
      </w:r>
      <w:r w:rsidRPr="00781AE9" w:rsidR="05CA9712">
        <w:rPr>
          <w:rFonts w:asciiTheme="majorHAnsi" w:hAnsiTheme="majorHAnsi" w:cstheme="majorHAnsi"/>
          <w:lang w:val="nl-NL"/>
        </w:rPr>
        <w:t xml:space="preserve">OG exclusief bezetting, </w:t>
      </w:r>
      <w:r w:rsidRPr="00781AE9">
        <w:rPr>
          <w:rFonts w:asciiTheme="majorHAnsi" w:hAnsiTheme="majorHAnsi" w:cstheme="majorHAnsi"/>
          <w:lang w:val="nl-NL"/>
        </w:rPr>
        <w:t>PG</w:t>
      </w:r>
      <w:r w:rsidRPr="00781AE9" w:rsidR="3832C20C">
        <w:rPr>
          <w:rFonts w:asciiTheme="majorHAnsi" w:hAnsiTheme="majorHAnsi" w:cstheme="majorHAnsi"/>
          <w:lang w:val="nl-NL"/>
        </w:rPr>
        <w:t xml:space="preserve"> inclusief bezetting</w:t>
      </w:r>
      <w:r w:rsidRPr="00781AE9">
        <w:rPr>
          <w:rFonts w:asciiTheme="majorHAnsi" w:hAnsiTheme="majorHAnsi" w:cstheme="majorHAnsi"/>
          <w:lang w:val="nl-NL"/>
        </w:rPr>
        <w:t>)</w:t>
      </w:r>
    </w:p>
    <w:p w:rsidRPr="00781AE9" w:rsidR="006E4151" w:rsidP="76B9C6B2" w:rsidRDefault="006E4151" w14:paraId="1DEF8CBD" w14:noSpellErr="1" w14:textId="6D7F08FA">
      <w:pPr>
        <w:pStyle w:val="Geenafstand"/>
        <w:ind w:left="720"/>
        <w:rPr>
          <w:rFonts w:ascii="Calibri" w:hAnsi="Calibri" w:cs="Calibri" w:asciiTheme="majorAscii" w:hAnsiTheme="majorAscii" w:cstheme="majorAscii"/>
          <w:lang w:val="nl-NL"/>
        </w:rPr>
      </w:pPr>
    </w:p>
    <w:p w:rsidRPr="00781AE9" w:rsidR="006E4151" w:rsidP="0BA3BC01" w:rsidRDefault="7AAF6979" w14:paraId="3E4D72AD" w14:textId="23F20E0C">
      <w:pPr>
        <w:pStyle w:val="Geenafstand"/>
        <w:rPr>
          <w:rFonts w:asciiTheme="majorHAnsi" w:hAnsiTheme="majorHAnsi" w:cstheme="majorHAnsi"/>
          <w:lang w:val="nl-NL"/>
        </w:rPr>
      </w:pPr>
      <w:bookmarkStart w:name="_Toc211325412" w:id="7"/>
      <w:r w:rsidRPr="00781AE9">
        <w:rPr>
          <w:rStyle w:val="Kop2Char"/>
          <w:rFonts w:cstheme="majorHAnsi"/>
          <w:sz w:val="24"/>
          <w:szCs w:val="24"/>
          <w:lang w:val="nl-NL"/>
        </w:rPr>
        <w:t>2.</w:t>
      </w:r>
      <w:r w:rsidRPr="00781AE9" w:rsidR="3FB22C89">
        <w:rPr>
          <w:rStyle w:val="Kop2Char"/>
          <w:rFonts w:cstheme="majorHAnsi"/>
          <w:sz w:val="24"/>
          <w:szCs w:val="24"/>
          <w:lang w:val="nl-NL"/>
        </w:rPr>
        <w:t>6</w:t>
      </w:r>
      <w:r w:rsidRPr="00781AE9">
        <w:rPr>
          <w:rStyle w:val="Kop2Char"/>
          <w:rFonts w:cstheme="majorHAnsi"/>
          <w:sz w:val="24"/>
          <w:szCs w:val="24"/>
          <w:lang w:val="nl-NL"/>
        </w:rPr>
        <w:t xml:space="preserve"> Waarover moet de MR periodiek geïnformeerd worden?</w:t>
      </w:r>
      <w:bookmarkEnd w:id="7"/>
    </w:p>
    <w:p w:rsidRPr="00781AE9" w:rsidR="00636CC8" w:rsidP="00661772" w:rsidRDefault="5508527F" w14:paraId="20AF1882" w14:textId="0F33B8E2">
      <w:pPr>
        <w:pStyle w:val="Geenafstand"/>
        <w:numPr>
          <w:ilvl w:val="0"/>
          <w:numId w:val="40"/>
        </w:numPr>
        <w:rPr>
          <w:rFonts w:asciiTheme="majorHAnsi" w:hAnsiTheme="majorHAnsi" w:cstheme="majorHAnsi"/>
          <w:lang w:val="nl-NL"/>
        </w:rPr>
      </w:pPr>
      <w:r w:rsidRPr="00781AE9">
        <w:rPr>
          <w:rFonts w:asciiTheme="majorHAnsi" w:hAnsiTheme="majorHAnsi" w:cstheme="majorHAnsi"/>
          <w:lang w:val="nl-NL"/>
        </w:rPr>
        <w:t>Het jaarplan</w:t>
      </w:r>
      <w:r w:rsidRPr="00781AE9" w:rsidR="29F43085">
        <w:rPr>
          <w:rFonts w:asciiTheme="majorHAnsi" w:hAnsiTheme="majorHAnsi" w:cstheme="majorHAnsi"/>
          <w:lang w:val="nl-NL"/>
        </w:rPr>
        <w:t xml:space="preserve"> en de bijbehorende begroting (beleidsvoornemens op financieel, organis</w:t>
      </w:r>
      <w:r w:rsidR="00661772">
        <w:rPr>
          <w:rFonts w:asciiTheme="majorHAnsi" w:hAnsiTheme="majorHAnsi" w:cstheme="majorHAnsi"/>
          <w:lang w:val="nl-NL"/>
        </w:rPr>
        <w:t>a</w:t>
      </w:r>
      <w:r w:rsidRPr="00781AE9" w:rsidR="29F43085">
        <w:rPr>
          <w:rFonts w:asciiTheme="majorHAnsi" w:hAnsiTheme="majorHAnsi" w:cstheme="majorHAnsi"/>
          <w:lang w:val="nl-NL"/>
        </w:rPr>
        <w:t>torisch en onderwijskunstig gebied), jaarlijks</w:t>
      </w:r>
    </w:p>
    <w:p w:rsidRPr="00781AE9" w:rsidR="00636CC8" w:rsidP="00661772" w:rsidRDefault="29F43085" w14:paraId="352194C3" w14:textId="1E3020F8">
      <w:pPr>
        <w:pStyle w:val="Geenafstand"/>
        <w:numPr>
          <w:ilvl w:val="0"/>
          <w:numId w:val="39"/>
        </w:numPr>
        <w:rPr>
          <w:rFonts w:asciiTheme="majorHAnsi" w:hAnsiTheme="majorHAnsi" w:cstheme="majorHAnsi"/>
          <w:lang w:val="nl-NL"/>
        </w:rPr>
      </w:pPr>
      <w:r w:rsidRPr="00781AE9">
        <w:rPr>
          <w:rFonts w:asciiTheme="majorHAnsi" w:hAnsiTheme="majorHAnsi" w:cstheme="majorHAnsi"/>
          <w:lang w:val="nl-NL"/>
        </w:rPr>
        <w:t>J</w:t>
      </w:r>
      <w:r w:rsidRPr="00781AE9" w:rsidR="006E4151">
        <w:rPr>
          <w:rFonts w:asciiTheme="majorHAnsi" w:hAnsiTheme="majorHAnsi" w:cstheme="majorHAnsi"/>
          <w:lang w:val="nl-NL"/>
        </w:rPr>
        <w:t>aarverslag PCBO</w:t>
      </w:r>
      <w:r w:rsidRPr="00781AE9" w:rsidR="00536A09">
        <w:rPr>
          <w:rFonts w:asciiTheme="majorHAnsi" w:hAnsiTheme="majorHAnsi" w:cstheme="majorHAnsi"/>
          <w:lang w:val="nl-NL"/>
        </w:rPr>
        <w:t xml:space="preserve">, jaarlijks voor 1 juli;  </w:t>
      </w:r>
    </w:p>
    <w:p w:rsidR="00661772" w:rsidP="00661772" w:rsidRDefault="42E890CB" w14:paraId="52B88FB6" w14:textId="77777777">
      <w:pPr>
        <w:pStyle w:val="Geenafstand"/>
        <w:numPr>
          <w:ilvl w:val="0"/>
          <w:numId w:val="39"/>
        </w:numPr>
        <w:rPr>
          <w:rFonts w:asciiTheme="majorHAnsi" w:hAnsiTheme="majorHAnsi" w:cstheme="majorHAnsi"/>
          <w:lang w:val="nl-NL"/>
        </w:rPr>
      </w:pPr>
      <w:r w:rsidRPr="00781AE9">
        <w:rPr>
          <w:rFonts w:asciiTheme="majorHAnsi" w:hAnsiTheme="majorHAnsi" w:cstheme="majorHAnsi"/>
          <w:lang w:val="nl-NL"/>
        </w:rPr>
        <w:t>Jaarverslag IKC Alexia inclusief begroting, jaarlijks voor 1 juli</w:t>
      </w:r>
    </w:p>
    <w:p w:rsidRPr="00781AE9" w:rsidR="006E4151" w:rsidP="76B9C6B2" w:rsidRDefault="00536A09" w14:paraId="447916F3" w14:noSpellErr="1" w14:textId="708E70E0">
      <w:pPr>
        <w:pStyle w:val="Geenafstand"/>
        <w:numPr>
          <w:ilvl w:val="0"/>
          <w:numId w:val="39"/>
        </w:numPr>
        <w:rPr>
          <w:rFonts w:ascii="Calibri" w:hAnsi="Calibri" w:cs="Calibri" w:asciiTheme="majorAscii" w:hAnsiTheme="majorAscii" w:cstheme="majorAscii"/>
          <w:lang w:val="nl-NL"/>
        </w:rPr>
      </w:pPr>
      <w:r w:rsidRPr="76B9C6B2" w:rsidR="00536A09">
        <w:rPr>
          <w:rFonts w:ascii="Calibri" w:hAnsi="Calibri" w:cs="Calibri" w:asciiTheme="majorAscii" w:hAnsiTheme="majorAscii" w:cstheme="majorAscii"/>
          <w:lang w:val="nl-NL"/>
        </w:rPr>
        <w:t xml:space="preserve">GMR-aangelegenheden  </w:t>
      </w:r>
      <w:r>
        <w:br/>
      </w:r>
    </w:p>
    <w:p w:rsidR="00661772" w:rsidP="0BA3BC01" w:rsidRDefault="52B26B39" w14:paraId="69AC9396" w14:textId="54499D7D">
      <w:pPr>
        <w:pStyle w:val="Geenafstand"/>
        <w:rPr>
          <w:rFonts w:asciiTheme="majorHAnsi" w:hAnsiTheme="majorHAnsi" w:cstheme="majorHAnsi"/>
          <w:lang w:val="nl-NL"/>
        </w:rPr>
      </w:pPr>
      <w:bookmarkStart w:name="_Toc211325413" w:id="8"/>
      <w:r w:rsidRPr="00781AE9">
        <w:rPr>
          <w:rStyle w:val="Kop2Char"/>
          <w:rFonts w:cstheme="majorHAnsi"/>
          <w:sz w:val="24"/>
          <w:szCs w:val="24"/>
          <w:lang w:val="nl-NL"/>
        </w:rPr>
        <w:t>2.7 Welke p</w:t>
      </w:r>
      <w:r w:rsidRPr="00781AE9" w:rsidR="00F82EE9">
        <w:rPr>
          <w:rStyle w:val="Kop2Char"/>
          <w:rFonts w:cstheme="majorHAnsi"/>
          <w:sz w:val="24"/>
          <w:szCs w:val="24"/>
          <w:lang w:val="nl-NL"/>
        </w:rPr>
        <w:t>unten worden jaarlijks intern binnen de MR besproken?</w:t>
      </w:r>
      <w:bookmarkEnd w:id="8"/>
    </w:p>
    <w:p w:rsidR="00661772" w:rsidP="00661772" w:rsidRDefault="00536A09" w14:paraId="6B69B8FA" w14:textId="77777777">
      <w:pPr>
        <w:pStyle w:val="Geenafstand"/>
        <w:numPr>
          <w:ilvl w:val="0"/>
          <w:numId w:val="41"/>
        </w:numPr>
        <w:rPr>
          <w:rFonts w:asciiTheme="majorHAnsi" w:hAnsiTheme="majorHAnsi" w:cstheme="majorHAnsi"/>
          <w:lang w:val="nl-NL"/>
        </w:rPr>
      </w:pPr>
      <w:r w:rsidRPr="00781AE9">
        <w:rPr>
          <w:rFonts w:asciiTheme="majorHAnsi" w:hAnsiTheme="majorHAnsi" w:cstheme="majorHAnsi"/>
          <w:lang w:val="nl-NL"/>
        </w:rPr>
        <w:t xml:space="preserve">Uittreedrooster en verkiezingen MR  </w:t>
      </w:r>
    </w:p>
    <w:p w:rsidR="00661772" w:rsidP="00661772" w:rsidRDefault="00536A09" w14:paraId="3146B1B7" w14:textId="77777777">
      <w:pPr>
        <w:pStyle w:val="Geenafstand"/>
        <w:numPr>
          <w:ilvl w:val="0"/>
          <w:numId w:val="41"/>
        </w:numPr>
        <w:rPr>
          <w:rFonts w:asciiTheme="majorHAnsi" w:hAnsiTheme="majorHAnsi" w:cstheme="majorHAnsi"/>
          <w:lang w:val="nl-NL"/>
        </w:rPr>
      </w:pPr>
      <w:r w:rsidRPr="00781AE9">
        <w:rPr>
          <w:rFonts w:asciiTheme="majorHAnsi" w:hAnsiTheme="majorHAnsi" w:cstheme="majorHAnsi"/>
          <w:lang w:val="nl-NL"/>
        </w:rPr>
        <w:t xml:space="preserve">Taakverdeling MR  </w:t>
      </w:r>
    </w:p>
    <w:p w:rsidR="00661772" w:rsidP="00661772" w:rsidRDefault="00536A09" w14:paraId="505A54E9" w14:textId="77777777">
      <w:pPr>
        <w:pStyle w:val="Geenafstand"/>
        <w:numPr>
          <w:ilvl w:val="0"/>
          <w:numId w:val="41"/>
        </w:numPr>
        <w:rPr>
          <w:rFonts w:asciiTheme="majorHAnsi" w:hAnsiTheme="majorHAnsi" w:cstheme="majorHAnsi"/>
          <w:lang w:val="nl-NL"/>
        </w:rPr>
      </w:pPr>
      <w:r w:rsidRPr="00781AE9">
        <w:rPr>
          <w:rFonts w:asciiTheme="majorHAnsi" w:hAnsiTheme="majorHAnsi" w:cstheme="majorHAnsi"/>
          <w:lang w:val="nl-NL"/>
        </w:rPr>
        <w:t xml:space="preserve">Vaststellen jaarplan MR  </w:t>
      </w:r>
    </w:p>
    <w:p w:rsidR="00661772" w:rsidP="00661772" w:rsidRDefault="00536A09" w14:paraId="3704F577" w14:textId="77777777">
      <w:pPr>
        <w:pStyle w:val="Geenafstand"/>
        <w:numPr>
          <w:ilvl w:val="0"/>
          <w:numId w:val="41"/>
        </w:numPr>
        <w:rPr>
          <w:rFonts w:asciiTheme="majorHAnsi" w:hAnsiTheme="majorHAnsi" w:cstheme="majorHAnsi"/>
          <w:lang w:val="nl-NL"/>
        </w:rPr>
      </w:pPr>
      <w:r w:rsidRPr="00781AE9">
        <w:rPr>
          <w:rFonts w:asciiTheme="majorHAnsi" w:hAnsiTheme="majorHAnsi" w:cstheme="majorHAnsi"/>
          <w:lang w:val="nl-NL"/>
        </w:rPr>
        <w:t xml:space="preserve">Jaarverslag MR  </w:t>
      </w:r>
    </w:p>
    <w:p w:rsidRPr="00781AE9" w:rsidR="00985277" w:rsidP="00661772" w:rsidRDefault="00536A09" w14:paraId="6BB96C26" w14:textId="0425BE5F">
      <w:pPr>
        <w:pStyle w:val="Geenafstand"/>
        <w:numPr>
          <w:ilvl w:val="0"/>
          <w:numId w:val="41"/>
        </w:numPr>
        <w:rPr>
          <w:rFonts w:asciiTheme="majorHAnsi" w:hAnsiTheme="majorHAnsi" w:cstheme="majorHAnsi"/>
          <w:lang w:val="nl-NL"/>
        </w:rPr>
      </w:pPr>
      <w:r w:rsidRPr="00781AE9">
        <w:rPr>
          <w:rFonts w:asciiTheme="majorHAnsi" w:hAnsiTheme="majorHAnsi" w:cstheme="majorHAnsi"/>
          <w:lang w:val="nl-NL"/>
        </w:rPr>
        <w:t xml:space="preserve">Evaluatie taken MR afgelopen schooljaar  </w:t>
      </w:r>
      <w:r w:rsidRPr="00781AE9">
        <w:rPr>
          <w:rFonts w:asciiTheme="majorHAnsi" w:hAnsiTheme="majorHAnsi" w:cstheme="majorHAnsi"/>
          <w:lang w:val="nl-NL"/>
        </w:rPr>
        <w:br/>
      </w:r>
    </w:p>
    <w:p w:rsidRPr="00781AE9" w:rsidR="00985277" w:rsidP="1AF72D40" w:rsidRDefault="00985277" w14:paraId="1299C43A" w14:textId="77777777">
      <w:pPr>
        <w:pStyle w:val="Geenafstand"/>
        <w:rPr>
          <w:rFonts w:asciiTheme="majorHAnsi" w:hAnsiTheme="majorHAnsi" w:cstheme="majorHAnsi"/>
          <w:lang w:val="nl-NL"/>
        </w:rPr>
      </w:pPr>
    </w:p>
    <w:p w:rsidRPr="00781AE9" w:rsidR="00985277" w:rsidP="76B9C6B2" w:rsidRDefault="00985277" w14:paraId="3CF2D8B6" w14:textId="77777777" w14:noSpellErr="1">
      <w:pPr>
        <w:pStyle w:val="Geenafstand"/>
        <w:rPr>
          <w:rFonts w:ascii="Calibri" w:hAnsi="Calibri" w:cs="Calibri" w:asciiTheme="majorAscii" w:hAnsiTheme="majorAscii" w:cstheme="majorAscii"/>
          <w:lang w:val="nl-NL"/>
        </w:rPr>
      </w:pPr>
    </w:p>
    <w:p w:rsidR="514B77E5" w:rsidP="514B77E5" w:rsidRDefault="514B77E5" w14:paraId="67E5E288" w14:textId="2AEFBF16">
      <w:pPr>
        <w:pStyle w:val="Geenafstand"/>
        <w:rPr>
          <w:rFonts w:ascii="Calibri" w:hAnsi="Calibri" w:cs="Calibri" w:asciiTheme="majorAscii" w:hAnsiTheme="majorAscii" w:cstheme="majorAscii"/>
          <w:lang w:val="nl-NL"/>
        </w:rPr>
      </w:pPr>
    </w:p>
    <w:p w:rsidR="514B77E5" w:rsidP="514B77E5" w:rsidRDefault="514B77E5" w14:paraId="6EF13664" w14:textId="46884F4E">
      <w:pPr>
        <w:pStyle w:val="Geenafstand"/>
        <w:rPr>
          <w:rFonts w:ascii="Calibri" w:hAnsi="Calibri" w:cs="Calibri" w:asciiTheme="majorAscii" w:hAnsiTheme="majorAscii" w:cstheme="majorAscii"/>
          <w:lang w:val="nl-NL"/>
        </w:rPr>
      </w:pPr>
    </w:p>
    <w:p w:rsidR="514B77E5" w:rsidP="514B77E5" w:rsidRDefault="514B77E5" w14:paraId="3C84DE74" w14:textId="2E0885B1">
      <w:pPr>
        <w:pStyle w:val="Geenafstand"/>
        <w:rPr>
          <w:rFonts w:ascii="Calibri" w:hAnsi="Calibri" w:cs="Calibri" w:asciiTheme="majorAscii" w:hAnsiTheme="majorAscii" w:cstheme="majorAscii"/>
          <w:lang w:val="nl-NL"/>
        </w:rPr>
      </w:pPr>
    </w:p>
    <w:p w:rsidR="514B77E5" w:rsidP="514B77E5" w:rsidRDefault="514B77E5" w14:paraId="3C2870B6" w14:textId="78C0B65B">
      <w:pPr>
        <w:pStyle w:val="Geenafstand"/>
        <w:rPr>
          <w:rFonts w:ascii="Calibri" w:hAnsi="Calibri" w:cs="Calibri" w:asciiTheme="majorAscii" w:hAnsiTheme="majorAscii" w:cstheme="majorAscii"/>
          <w:lang w:val="nl-NL"/>
        </w:rPr>
      </w:pPr>
    </w:p>
    <w:p w:rsidR="514B77E5" w:rsidP="514B77E5" w:rsidRDefault="514B77E5" w14:paraId="07D1E8A1" w14:textId="6FC4EC81">
      <w:pPr>
        <w:pStyle w:val="Geenafstand"/>
        <w:rPr>
          <w:rFonts w:ascii="Calibri" w:hAnsi="Calibri" w:cs="Calibri" w:asciiTheme="majorAscii" w:hAnsiTheme="majorAscii" w:cstheme="majorAscii"/>
          <w:lang w:val="nl-NL"/>
        </w:rPr>
      </w:pPr>
    </w:p>
    <w:p w:rsidR="514B77E5" w:rsidP="514B77E5" w:rsidRDefault="514B77E5" w14:paraId="7A3708B9" w14:textId="484D202D">
      <w:pPr>
        <w:pStyle w:val="Geenafstand"/>
        <w:rPr>
          <w:rFonts w:ascii="Calibri" w:hAnsi="Calibri" w:cs="Calibri" w:asciiTheme="majorAscii" w:hAnsiTheme="majorAscii" w:cstheme="majorAscii"/>
          <w:lang w:val="nl-NL"/>
        </w:rPr>
      </w:pPr>
    </w:p>
    <w:p w:rsidR="514B77E5" w:rsidP="514B77E5" w:rsidRDefault="514B77E5" w14:paraId="613756C8" w14:textId="34895BB8">
      <w:pPr>
        <w:pStyle w:val="Geenafstand"/>
        <w:rPr>
          <w:rFonts w:ascii="Calibri" w:hAnsi="Calibri" w:cs="Calibri" w:asciiTheme="majorAscii" w:hAnsiTheme="majorAscii" w:cstheme="majorAscii"/>
          <w:lang w:val="nl-NL"/>
        </w:rPr>
      </w:pPr>
    </w:p>
    <w:p w:rsidR="514B77E5" w:rsidP="514B77E5" w:rsidRDefault="514B77E5" w14:paraId="27E5B649" w14:textId="72BB881F">
      <w:pPr>
        <w:pStyle w:val="Geenafstand"/>
        <w:rPr>
          <w:rFonts w:ascii="Calibri" w:hAnsi="Calibri" w:cs="Calibri" w:asciiTheme="majorAscii" w:hAnsiTheme="majorAscii" w:cstheme="majorAscii"/>
          <w:lang w:val="nl-NL"/>
        </w:rPr>
      </w:pPr>
    </w:p>
    <w:p w:rsidR="514B77E5" w:rsidP="514B77E5" w:rsidRDefault="514B77E5" w14:paraId="2152842C" w14:textId="544C978E">
      <w:pPr>
        <w:pStyle w:val="Geenafstand"/>
        <w:rPr>
          <w:rFonts w:ascii="Calibri" w:hAnsi="Calibri" w:cs="Calibri" w:asciiTheme="majorAscii" w:hAnsiTheme="majorAscii" w:cstheme="majorAscii"/>
          <w:lang w:val="nl-NL"/>
        </w:rPr>
      </w:pPr>
    </w:p>
    <w:p w:rsidR="76B9C6B2" w:rsidP="76B9C6B2" w:rsidRDefault="76B9C6B2" w14:paraId="7141E7E7" w14:textId="33002BDC">
      <w:pPr>
        <w:pStyle w:val="Geenafstand"/>
        <w:rPr>
          <w:rFonts w:ascii="Calibri" w:hAnsi="Calibri" w:cs="Calibri" w:asciiTheme="majorAscii" w:hAnsiTheme="majorAscii" w:cstheme="majorAscii"/>
          <w:lang w:val="nl-NL"/>
        </w:rPr>
      </w:pPr>
    </w:p>
    <w:p w:rsidRPr="00781AE9" w:rsidR="00985277" w:rsidP="006E4151" w:rsidRDefault="00536A09" w14:paraId="6CB7B0F3" w14:textId="59E27530">
      <w:pPr>
        <w:pStyle w:val="Geenafstand"/>
        <w:rPr>
          <w:rFonts w:asciiTheme="majorHAnsi" w:hAnsiTheme="majorHAnsi" w:cstheme="majorHAnsi"/>
          <w:lang w:val="nl-NL"/>
        </w:rPr>
      </w:pPr>
      <w:bookmarkStart w:name="_Toc211325414" w:id="9"/>
      <w:r w:rsidRPr="00781AE9">
        <w:rPr>
          <w:rStyle w:val="Kop1Char"/>
          <w:rFonts w:cstheme="majorHAnsi"/>
          <w:lang w:val="nl-NL"/>
        </w:rPr>
        <w:t>3. Doelstel</w:t>
      </w:r>
      <w:r w:rsidRPr="00781AE9" w:rsidR="006E4151">
        <w:rPr>
          <w:rStyle w:val="Kop1Char"/>
          <w:rFonts w:cstheme="majorHAnsi"/>
          <w:lang w:val="nl-NL"/>
        </w:rPr>
        <w:t>lingen en jaarkalender voor 202</w:t>
      </w:r>
      <w:r w:rsidRPr="00781AE9" w:rsidR="2B2DFCE8">
        <w:rPr>
          <w:rStyle w:val="Kop1Char"/>
          <w:rFonts w:cstheme="majorHAnsi"/>
          <w:lang w:val="nl-NL"/>
        </w:rPr>
        <w:t>5</w:t>
      </w:r>
      <w:r w:rsidRPr="00781AE9" w:rsidR="006E4151">
        <w:rPr>
          <w:rStyle w:val="Kop1Char"/>
          <w:rFonts w:cstheme="majorHAnsi"/>
          <w:lang w:val="nl-NL"/>
        </w:rPr>
        <w:t>-202</w:t>
      </w:r>
      <w:r w:rsidRPr="00781AE9" w:rsidR="2FDC4751">
        <w:rPr>
          <w:rStyle w:val="Kop1Char"/>
          <w:rFonts w:cstheme="majorHAnsi"/>
          <w:lang w:val="nl-NL"/>
        </w:rPr>
        <w:t>6</w:t>
      </w:r>
      <w:bookmarkEnd w:id="9"/>
      <w:r w:rsidRPr="00781AE9">
        <w:rPr>
          <w:rFonts w:asciiTheme="majorHAnsi" w:hAnsiTheme="majorHAnsi" w:cstheme="majorHAnsi"/>
          <w:lang w:val="nl-NL"/>
        </w:rPr>
        <w:t xml:space="preserve"> </w:t>
      </w:r>
      <w:r w:rsidRPr="00781AE9">
        <w:rPr>
          <w:rFonts w:asciiTheme="majorHAnsi" w:hAnsiTheme="majorHAnsi" w:cstheme="majorHAnsi"/>
          <w:lang w:val="nl-NL"/>
        </w:rPr>
        <w:br/>
      </w:r>
      <w:r w:rsidRPr="00781AE9">
        <w:rPr>
          <w:rStyle w:val="Kop2Char"/>
          <w:rFonts w:cstheme="majorHAnsi"/>
          <w:sz w:val="24"/>
          <w:szCs w:val="24"/>
          <w:lang w:val="nl-NL"/>
        </w:rPr>
        <w:t xml:space="preserve">3.1. Doelen vanuit </w:t>
      </w:r>
      <w:r w:rsidRPr="00781AE9" w:rsidR="67325AD9">
        <w:rPr>
          <w:rStyle w:val="Kop2Char"/>
          <w:rFonts w:cstheme="majorHAnsi"/>
          <w:sz w:val="24"/>
          <w:szCs w:val="24"/>
          <w:lang w:val="nl-NL"/>
        </w:rPr>
        <w:t>s</w:t>
      </w:r>
      <w:r w:rsidRPr="00781AE9">
        <w:rPr>
          <w:rStyle w:val="Kop2Char"/>
          <w:rFonts w:cstheme="majorHAnsi"/>
          <w:sz w:val="24"/>
          <w:szCs w:val="24"/>
          <w:lang w:val="nl-NL"/>
        </w:rPr>
        <w:t>chooldirectie</w:t>
      </w:r>
      <w:r w:rsidRPr="00781AE9">
        <w:rPr>
          <w:rFonts w:asciiTheme="majorHAnsi" w:hAnsiTheme="majorHAnsi" w:cstheme="majorHAnsi"/>
          <w:lang w:val="nl-NL"/>
        </w:rPr>
        <w:t xml:space="preserve">  </w:t>
      </w:r>
      <w:r w:rsidRPr="00781AE9">
        <w:rPr>
          <w:rFonts w:asciiTheme="majorHAnsi" w:hAnsiTheme="majorHAnsi" w:cstheme="majorHAnsi"/>
          <w:lang w:val="nl-NL"/>
        </w:rPr>
        <w:br/>
      </w:r>
      <w:r w:rsidRPr="00781AE9">
        <w:rPr>
          <w:rFonts w:asciiTheme="majorHAnsi" w:hAnsiTheme="majorHAnsi" w:cstheme="majorHAnsi"/>
          <w:lang w:val="nl-NL"/>
        </w:rPr>
        <w:t>De doelstellingen va</w:t>
      </w:r>
      <w:r w:rsidRPr="00781AE9" w:rsidR="00985277">
        <w:rPr>
          <w:rFonts w:asciiTheme="majorHAnsi" w:hAnsiTheme="majorHAnsi" w:cstheme="majorHAnsi"/>
          <w:lang w:val="nl-NL"/>
        </w:rPr>
        <w:t>n de school voor schooljaar 202</w:t>
      </w:r>
      <w:r w:rsidRPr="00781AE9" w:rsidR="7CED2A95">
        <w:rPr>
          <w:rFonts w:asciiTheme="majorHAnsi" w:hAnsiTheme="majorHAnsi" w:cstheme="majorHAnsi"/>
          <w:lang w:val="nl-NL"/>
        </w:rPr>
        <w:t>5</w:t>
      </w:r>
      <w:r w:rsidRPr="00781AE9" w:rsidR="00985277">
        <w:rPr>
          <w:rFonts w:asciiTheme="majorHAnsi" w:hAnsiTheme="majorHAnsi" w:cstheme="majorHAnsi"/>
          <w:lang w:val="nl-NL"/>
        </w:rPr>
        <w:t>-202</w:t>
      </w:r>
      <w:r w:rsidRPr="00781AE9" w:rsidR="52C19E41">
        <w:rPr>
          <w:rFonts w:asciiTheme="majorHAnsi" w:hAnsiTheme="majorHAnsi" w:cstheme="majorHAnsi"/>
          <w:lang w:val="nl-NL"/>
        </w:rPr>
        <w:t>6</w:t>
      </w:r>
      <w:r w:rsidRPr="00781AE9">
        <w:rPr>
          <w:rFonts w:asciiTheme="majorHAnsi" w:hAnsiTheme="majorHAnsi" w:cstheme="majorHAnsi"/>
          <w:lang w:val="nl-NL"/>
        </w:rPr>
        <w:t xml:space="preserve"> zijn hieronder kort samengevat </w:t>
      </w:r>
      <w:r w:rsidRPr="00781AE9">
        <w:rPr>
          <w:rFonts w:asciiTheme="majorHAnsi" w:hAnsiTheme="majorHAnsi" w:cstheme="majorHAnsi"/>
          <w:lang w:val="nl-NL"/>
        </w:rPr>
        <w:br/>
      </w:r>
      <w:r w:rsidRPr="00781AE9">
        <w:rPr>
          <w:rFonts w:asciiTheme="majorHAnsi" w:hAnsiTheme="majorHAnsi" w:cstheme="majorHAnsi"/>
          <w:lang w:val="nl-NL"/>
        </w:rPr>
        <w:t>(bron: schooljaarp</w:t>
      </w:r>
      <w:r w:rsidRPr="00781AE9" w:rsidR="00985277">
        <w:rPr>
          <w:rFonts w:asciiTheme="majorHAnsi" w:hAnsiTheme="majorHAnsi" w:cstheme="majorHAnsi"/>
          <w:lang w:val="nl-NL"/>
        </w:rPr>
        <w:t>lan 202</w:t>
      </w:r>
      <w:r w:rsidRPr="00781AE9" w:rsidR="24E5B022">
        <w:rPr>
          <w:rFonts w:asciiTheme="majorHAnsi" w:hAnsiTheme="majorHAnsi" w:cstheme="majorHAnsi"/>
          <w:lang w:val="nl-NL"/>
        </w:rPr>
        <w:t>5</w:t>
      </w:r>
      <w:r w:rsidRPr="00781AE9" w:rsidR="00985277">
        <w:rPr>
          <w:rFonts w:asciiTheme="majorHAnsi" w:hAnsiTheme="majorHAnsi" w:cstheme="majorHAnsi"/>
          <w:lang w:val="nl-NL"/>
        </w:rPr>
        <w:t>-202</w:t>
      </w:r>
      <w:r w:rsidRPr="00781AE9" w:rsidR="72B55A8C">
        <w:rPr>
          <w:rFonts w:asciiTheme="majorHAnsi" w:hAnsiTheme="majorHAnsi" w:cstheme="majorHAnsi"/>
          <w:lang w:val="nl-NL"/>
        </w:rPr>
        <w:t>6</w:t>
      </w:r>
      <w:r w:rsidRPr="00781AE9">
        <w:rPr>
          <w:rFonts w:asciiTheme="majorHAnsi" w:hAnsiTheme="majorHAnsi" w:cstheme="majorHAnsi"/>
          <w:lang w:val="nl-NL"/>
        </w:rPr>
        <w:t xml:space="preserve">). In de rechterkolom staat de relevante actie van de MR. </w:t>
      </w:r>
    </w:p>
    <w:p w:rsidRPr="00781AE9" w:rsidR="6D5FC077" w:rsidP="6D5FC077" w:rsidRDefault="6D5FC077" w14:paraId="2619775E" w14:textId="1B69ED8C">
      <w:pPr>
        <w:pStyle w:val="Geenafstand"/>
        <w:rPr>
          <w:rFonts w:asciiTheme="majorHAnsi" w:hAnsiTheme="majorHAnsi" w:cstheme="majorHAnsi"/>
          <w:lang w:val="nl-NL"/>
        </w:rPr>
      </w:pPr>
    </w:p>
    <w:tbl>
      <w:tblPr>
        <w:tblStyle w:val="Tabelraster"/>
        <w:tblW w:w="8779" w:type="dxa"/>
        <w:tblLook w:val="04A0" w:firstRow="1" w:lastRow="0" w:firstColumn="1" w:lastColumn="0" w:noHBand="0" w:noVBand="1"/>
      </w:tblPr>
      <w:tblGrid>
        <w:gridCol w:w="3602"/>
        <w:gridCol w:w="5177"/>
      </w:tblGrid>
      <w:tr w:rsidRPr="00781AE9" w:rsidR="00985277" w:rsidTr="09C6DD89" w14:paraId="7C2CB0D1" w14:textId="77777777">
        <w:tc>
          <w:tcPr>
            <w:tcW w:w="3602" w:type="dxa"/>
            <w:shd w:val="clear" w:color="auto" w:fill="FBD4B4" w:themeFill="accent6" w:themeFillTint="66"/>
          </w:tcPr>
          <w:p w:rsidRPr="00661772" w:rsidR="00985277" w:rsidP="1AF72D40" w:rsidRDefault="00985277" w14:paraId="70A58D09" w14:textId="77777777">
            <w:pPr>
              <w:pStyle w:val="Geenafstand"/>
              <w:rPr>
                <w:rFonts w:asciiTheme="majorHAnsi" w:hAnsiTheme="majorHAnsi" w:cstheme="majorHAnsi"/>
                <w:b/>
                <w:bCs/>
                <w:lang w:val="nl-NL"/>
              </w:rPr>
            </w:pPr>
            <w:r w:rsidRPr="00661772">
              <w:rPr>
                <w:rFonts w:asciiTheme="majorHAnsi" w:hAnsiTheme="majorHAnsi" w:cstheme="majorHAnsi"/>
                <w:b/>
                <w:bCs/>
                <w:lang w:val="nl-NL"/>
              </w:rPr>
              <w:t>Doelstelling IKC Alexia</w:t>
            </w:r>
          </w:p>
        </w:tc>
        <w:tc>
          <w:tcPr>
            <w:tcW w:w="5177" w:type="dxa"/>
            <w:shd w:val="clear" w:color="auto" w:fill="FBD4B4" w:themeFill="accent6" w:themeFillTint="66"/>
          </w:tcPr>
          <w:p w:rsidRPr="00661772" w:rsidR="00985277" w:rsidP="1AF72D40" w:rsidRDefault="00985277" w14:paraId="15C2C481" w14:textId="77777777">
            <w:pPr>
              <w:pStyle w:val="Geenafstand"/>
              <w:rPr>
                <w:rFonts w:asciiTheme="majorHAnsi" w:hAnsiTheme="majorHAnsi" w:cstheme="majorHAnsi"/>
                <w:b/>
                <w:bCs/>
                <w:lang w:val="nl-NL"/>
              </w:rPr>
            </w:pPr>
            <w:r w:rsidRPr="00661772">
              <w:rPr>
                <w:rFonts w:asciiTheme="majorHAnsi" w:hAnsiTheme="majorHAnsi" w:cstheme="majorHAnsi"/>
                <w:b/>
                <w:bCs/>
                <w:lang w:val="nl-NL"/>
              </w:rPr>
              <w:t>Actie MR</w:t>
            </w:r>
          </w:p>
        </w:tc>
      </w:tr>
      <w:tr w:rsidRPr="00781AE9" w:rsidR="6D5FC077" w:rsidTr="09C6DD89" w14:paraId="12275C58" w14:textId="77777777">
        <w:trPr>
          <w:trHeight w:val="300"/>
        </w:trPr>
        <w:tc>
          <w:tcPr>
            <w:tcW w:w="3602" w:type="dxa"/>
          </w:tcPr>
          <w:p w:rsidRPr="00781AE9" w:rsidR="2A3EAB89" w:rsidP="6D5FC077" w:rsidRDefault="2A3EAB89" w14:paraId="1850563B" w14:textId="6BF1FB5A">
            <w:pPr>
              <w:pStyle w:val="Geenafstand"/>
              <w:rPr>
                <w:rFonts w:asciiTheme="majorHAnsi" w:hAnsiTheme="majorHAnsi" w:cstheme="majorHAnsi"/>
                <w:color w:val="000000" w:themeColor="text1"/>
                <w:lang w:val="nl-NL"/>
              </w:rPr>
            </w:pPr>
            <w:r w:rsidRPr="00781AE9">
              <w:rPr>
                <w:rFonts w:asciiTheme="majorHAnsi" w:hAnsiTheme="majorHAnsi" w:cstheme="majorHAnsi"/>
                <w:color w:val="000000" w:themeColor="text1"/>
                <w:lang w:val="nl-NL"/>
              </w:rPr>
              <w:t xml:space="preserve">Basisvaardigheden (rekenen, </w:t>
            </w:r>
            <w:r w:rsidRPr="00781AE9" w:rsidR="30053D4F">
              <w:rPr>
                <w:rFonts w:asciiTheme="majorHAnsi" w:hAnsiTheme="majorHAnsi" w:cstheme="majorHAnsi"/>
                <w:color w:val="000000" w:themeColor="text1"/>
                <w:lang w:val="nl-NL"/>
              </w:rPr>
              <w:t>taal</w:t>
            </w:r>
            <w:r w:rsidRPr="00781AE9">
              <w:rPr>
                <w:rFonts w:asciiTheme="majorHAnsi" w:hAnsiTheme="majorHAnsi" w:cstheme="majorHAnsi"/>
                <w:color w:val="000000" w:themeColor="text1"/>
                <w:lang w:val="nl-NL"/>
              </w:rPr>
              <w:t xml:space="preserve">, burgerschap en digitale geletterdheid) verbeteren </w:t>
            </w:r>
          </w:p>
        </w:tc>
        <w:tc>
          <w:tcPr>
            <w:tcW w:w="5177" w:type="dxa"/>
          </w:tcPr>
          <w:p w:rsidRPr="00781AE9" w:rsidR="10096456" w:rsidP="6D5FC077" w:rsidRDefault="10096456" w14:paraId="35A4908E" w14:textId="5B6530D9">
            <w:pPr>
              <w:pStyle w:val="Geenafstand"/>
              <w:numPr>
                <w:ilvl w:val="0"/>
                <w:numId w:val="10"/>
              </w:numPr>
              <w:rPr>
                <w:rFonts w:asciiTheme="majorHAnsi" w:hAnsiTheme="majorHAnsi" w:cstheme="majorHAnsi"/>
                <w:color w:val="000000" w:themeColor="text1"/>
                <w:lang w:val="nl-NL"/>
              </w:rPr>
            </w:pPr>
            <w:r w:rsidRPr="00781AE9">
              <w:rPr>
                <w:rFonts w:asciiTheme="majorHAnsi" w:hAnsiTheme="majorHAnsi" w:cstheme="majorHAnsi"/>
                <w:color w:val="000000" w:themeColor="text1"/>
                <w:lang w:val="nl-NL"/>
              </w:rPr>
              <w:t>Monitoring van inzet subsidie(s).</w:t>
            </w:r>
          </w:p>
          <w:p w:rsidRPr="00781AE9" w:rsidR="0DCF2CD6" w:rsidP="6D5FC077" w:rsidRDefault="0DCF2CD6" w14:paraId="56B7283B" w14:textId="27329E71">
            <w:pPr>
              <w:pStyle w:val="Geenafstand"/>
              <w:numPr>
                <w:ilvl w:val="0"/>
                <w:numId w:val="10"/>
              </w:numPr>
              <w:rPr>
                <w:rFonts w:asciiTheme="majorHAnsi" w:hAnsiTheme="majorHAnsi" w:cstheme="majorHAnsi"/>
                <w:color w:val="000000" w:themeColor="text1"/>
                <w:lang w:val="nl-NL"/>
              </w:rPr>
            </w:pPr>
            <w:r w:rsidRPr="00781AE9">
              <w:rPr>
                <w:rFonts w:asciiTheme="majorHAnsi" w:hAnsiTheme="majorHAnsi" w:cstheme="majorHAnsi"/>
                <w:color w:val="000000" w:themeColor="text1"/>
                <w:lang w:val="nl-NL"/>
              </w:rPr>
              <w:t>Monitoring van voortgang en naleving.</w:t>
            </w:r>
          </w:p>
          <w:p w:rsidRPr="00781AE9" w:rsidR="0DCF2CD6" w:rsidP="6D5FC077" w:rsidRDefault="0DCF2CD6" w14:paraId="62E572AA" w14:textId="77777777">
            <w:pPr>
              <w:pStyle w:val="Geenafstand"/>
              <w:numPr>
                <w:ilvl w:val="0"/>
                <w:numId w:val="10"/>
              </w:numPr>
              <w:rPr>
                <w:rFonts w:asciiTheme="majorHAnsi" w:hAnsiTheme="majorHAnsi" w:cstheme="majorHAnsi"/>
                <w:color w:val="000000" w:themeColor="text1"/>
                <w:lang w:val="nl-NL"/>
              </w:rPr>
            </w:pPr>
            <w:r w:rsidRPr="00781AE9">
              <w:rPr>
                <w:rFonts w:asciiTheme="majorHAnsi" w:hAnsiTheme="majorHAnsi" w:cstheme="majorHAnsi"/>
                <w:color w:val="000000" w:themeColor="text1"/>
                <w:lang w:val="nl-NL"/>
              </w:rPr>
              <w:t>Geven van feedback n.a.v. ouderbeleving.</w:t>
            </w:r>
          </w:p>
          <w:p w:rsidRPr="00781AE9" w:rsidR="6D5FC077" w:rsidP="6D5FC077" w:rsidRDefault="6D5FC077" w14:paraId="338B1107" w14:textId="22EE708B">
            <w:pPr>
              <w:pStyle w:val="Geenafstand"/>
              <w:ind w:left="720"/>
              <w:rPr>
                <w:rFonts w:asciiTheme="majorHAnsi" w:hAnsiTheme="majorHAnsi" w:cstheme="majorHAnsi"/>
                <w:color w:val="000000" w:themeColor="text1"/>
                <w:lang w:val="nl-NL"/>
              </w:rPr>
            </w:pPr>
          </w:p>
        </w:tc>
      </w:tr>
      <w:tr w:rsidRPr="00781AE9" w:rsidR="6D5FC077" w:rsidTr="09C6DD89" w14:paraId="0F915B10" w14:textId="77777777">
        <w:trPr>
          <w:trHeight w:val="300"/>
        </w:trPr>
        <w:tc>
          <w:tcPr>
            <w:tcW w:w="3602" w:type="dxa"/>
          </w:tcPr>
          <w:p w:rsidRPr="00781AE9" w:rsidR="2A3EAB89" w:rsidP="6D5FC077" w:rsidRDefault="2A3EAB89" w14:paraId="0C91414B" w14:textId="6BD884F1">
            <w:pPr>
              <w:pStyle w:val="Geenafstand"/>
              <w:rPr>
                <w:rFonts w:asciiTheme="majorHAnsi" w:hAnsiTheme="majorHAnsi" w:cstheme="majorHAnsi"/>
                <w:color w:val="000000" w:themeColor="text1"/>
                <w:lang w:val="nl-NL"/>
              </w:rPr>
            </w:pPr>
            <w:r w:rsidRPr="00781AE9">
              <w:rPr>
                <w:rFonts w:asciiTheme="majorHAnsi" w:hAnsiTheme="majorHAnsi" w:cstheme="majorHAnsi"/>
                <w:color w:val="000000" w:themeColor="text1"/>
                <w:lang w:val="nl-NL"/>
              </w:rPr>
              <w:t>Kwaliteitscultuur en kwaliteitszorg (</w:t>
            </w:r>
            <w:proofErr w:type="spellStart"/>
            <w:r w:rsidRPr="00781AE9">
              <w:rPr>
                <w:rFonts w:asciiTheme="majorHAnsi" w:hAnsiTheme="majorHAnsi" w:cstheme="majorHAnsi"/>
                <w:color w:val="000000" w:themeColor="text1"/>
                <w:lang w:val="nl-NL"/>
              </w:rPr>
              <w:t>leerlingondersteuning</w:t>
            </w:r>
            <w:proofErr w:type="spellEnd"/>
            <w:r w:rsidRPr="00781AE9" w:rsidR="1FDF2DAE">
              <w:rPr>
                <w:rFonts w:asciiTheme="majorHAnsi" w:hAnsiTheme="majorHAnsi" w:cstheme="majorHAnsi"/>
                <w:color w:val="000000" w:themeColor="text1"/>
                <w:lang w:val="nl-NL"/>
              </w:rPr>
              <w:t>, begaafdheid en didactisch handelen</w:t>
            </w:r>
            <w:r w:rsidRPr="00781AE9">
              <w:rPr>
                <w:rFonts w:asciiTheme="majorHAnsi" w:hAnsiTheme="majorHAnsi" w:cstheme="majorHAnsi"/>
                <w:color w:val="000000" w:themeColor="text1"/>
                <w:lang w:val="nl-NL"/>
              </w:rPr>
              <w:t>)</w:t>
            </w:r>
          </w:p>
        </w:tc>
        <w:tc>
          <w:tcPr>
            <w:tcW w:w="5177" w:type="dxa"/>
          </w:tcPr>
          <w:p w:rsidRPr="00781AE9" w:rsidR="01287063" w:rsidP="0BA3BC01" w:rsidRDefault="01287063" w14:paraId="7A453003" w14:textId="1BC7F65C">
            <w:pPr>
              <w:pStyle w:val="Geenafstand"/>
              <w:numPr>
                <w:ilvl w:val="0"/>
                <w:numId w:val="11"/>
              </w:numPr>
              <w:rPr>
                <w:rFonts w:asciiTheme="majorHAnsi" w:hAnsiTheme="majorHAnsi" w:cstheme="majorHAnsi"/>
                <w:color w:val="000000" w:themeColor="text1"/>
                <w:lang w:val="nl-NL"/>
              </w:rPr>
            </w:pPr>
            <w:r w:rsidRPr="00781AE9">
              <w:rPr>
                <w:rFonts w:asciiTheme="majorHAnsi" w:hAnsiTheme="majorHAnsi" w:cstheme="majorHAnsi"/>
                <w:color w:val="000000" w:themeColor="text1"/>
                <w:lang w:val="nl-NL"/>
              </w:rPr>
              <w:t>Adviseren.</w:t>
            </w:r>
          </w:p>
          <w:p w:rsidRPr="00781AE9" w:rsidR="6D5FC077" w:rsidP="6D5FC077" w:rsidRDefault="6D5FC077" w14:paraId="54302378" w14:textId="4CD56C55">
            <w:pPr>
              <w:pStyle w:val="Geenafstand"/>
              <w:ind w:left="720"/>
              <w:rPr>
                <w:rFonts w:asciiTheme="majorHAnsi" w:hAnsiTheme="majorHAnsi" w:cstheme="majorHAnsi"/>
                <w:color w:val="FF0000"/>
                <w:lang w:val="nl-NL"/>
              </w:rPr>
            </w:pPr>
          </w:p>
        </w:tc>
      </w:tr>
      <w:tr w:rsidRPr="00781AE9" w:rsidR="6D5FC077" w:rsidTr="09C6DD89" w14:paraId="1E66482C" w14:textId="77777777">
        <w:trPr>
          <w:trHeight w:val="300"/>
        </w:trPr>
        <w:tc>
          <w:tcPr>
            <w:tcW w:w="3602" w:type="dxa"/>
          </w:tcPr>
          <w:p w:rsidRPr="00781AE9" w:rsidR="2A3EAB89" w:rsidP="6D5FC077" w:rsidRDefault="4BEA1560" w14:paraId="1DD47A64" w14:textId="121F107C">
            <w:pPr>
              <w:pStyle w:val="Geenafstand"/>
              <w:rPr>
                <w:rFonts w:asciiTheme="majorHAnsi" w:hAnsiTheme="majorHAnsi" w:cstheme="majorHAnsi"/>
                <w:color w:val="000000" w:themeColor="text1"/>
                <w:lang w:val="nl-NL"/>
              </w:rPr>
            </w:pPr>
            <w:r w:rsidRPr="00781AE9">
              <w:rPr>
                <w:rFonts w:asciiTheme="majorHAnsi" w:hAnsiTheme="majorHAnsi" w:cstheme="majorHAnsi"/>
                <w:color w:val="000000" w:themeColor="text1"/>
                <w:lang w:val="nl-NL"/>
              </w:rPr>
              <w:t>IKC-ontwikkeling (gezamenlijke visie</w:t>
            </w:r>
            <w:r w:rsidRPr="00781AE9" w:rsidR="1878F774">
              <w:rPr>
                <w:rFonts w:asciiTheme="majorHAnsi" w:hAnsiTheme="majorHAnsi" w:cstheme="majorHAnsi"/>
                <w:color w:val="000000" w:themeColor="text1"/>
                <w:lang w:val="nl-NL"/>
              </w:rPr>
              <w:t xml:space="preserve"> en samenwerking</w:t>
            </w:r>
            <w:r w:rsidRPr="00781AE9">
              <w:rPr>
                <w:rFonts w:asciiTheme="majorHAnsi" w:hAnsiTheme="majorHAnsi" w:cstheme="majorHAnsi"/>
                <w:color w:val="000000" w:themeColor="text1"/>
                <w:lang w:val="nl-NL"/>
              </w:rPr>
              <w:t>)</w:t>
            </w:r>
          </w:p>
        </w:tc>
        <w:tc>
          <w:tcPr>
            <w:tcW w:w="5177" w:type="dxa"/>
          </w:tcPr>
          <w:p w:rsidRPr="00781AE9" w:rsidR="5851B3DD" w:rsidP="0BA3BC01" w:rsidRDefault="5851B3DD" w14:paraId="7336D07D" w14:textId="3FA5FF68">
            <w:pPr>
              <w:pStyle w:val="Geenafstand"/>
              <w:numPr>
                <w:ilvl w:val="0"/>
                <w:numId w:val="11"/>
              </w:numPr>
              <w:rPr>
                <w:rFonts w:asciiTheme="majorHAnsi" w:hAnsiTheme="majorHAnsi" w:cstheme="majorHAnsi"/>
                <w:color w:val="000000" w:themeColor="text1"/>
                <w:lang w:val="nl-NL"/>
              </w:rPr>
            </w:pPr>
            <w:r w:rsidRPr="00781AE9">
              <w:rPr>
                <w:rFonts w:asciiTheme="majorHAnsi" w:hAnsiTheme="majorHAnsi" w:cstheme="majorHAnsi"/>
                <w:color w:val="000000" w:themeColor="text1"/>
                <w:lang w:val="nl-NL"/>
              </w:rPr>
              <w:t>Monitoring van voortgang en naleving.</w:t>
            </w:r>
            <w:r w:rsidRPr="00781AE9" w:rsidR="63EF3BFA">
              <w:rPr>
                <w:rFonts w:asciiTheme="majorHAnsi" w:hAnsiTheme="majorHAnsi" w:cstheme="majorHAnsi"/>
                <w:color w:val="000000" w:themeColor="text1"/>
                <w:lang w:val="nl-NL"/>
              </w:rPr>
              <w:t xml:space="preserve"> </w:t>
            </w:r>
          </w:p>
          <w:p w:rsidRPr="00781AE9" w:rsidR="0C17D7FA" w:rsidP="6D5FC077" w:rsidRDefault="0C17D7FA" w14:paraId="57F41775" w14:textId="77777777">
            <w:pPr>
              <w:pStyle w:val="Geenafstand"/>
              <w:numPr>
                <w:ilvl w:val="0"/>
                <w:numId w:val="11"/>
              </w:numPr>
              <w:rPr>
                <w:rFonts w:asciiTheme="majorHAnsi" w:hAnsiTheme="majorHAnsi" w:cstheme="majorHAnsi"/>
                <w:color w:val="000000" w:themeColor="text1"/>
                <w:lang w:val="nl-NL"/>
              </w:rPr>
            </w:pPr>
            <w:r w:rsidRPr="00781AE9">
              <w:rPr>
                <w:rFonts w:asciiTheme="majorHAnsi" w:hAnsiTheme="majorHAnsi" w:cstheme="majorHAnsi"/>
                <w:color w:val="000000" w:themeColor="text1"/>
                <w:lang w:val="nl-NL"/>
              </w:rPr>
              <w:t>Geven van feedback n.a.v. ouderbeleving.</w:t>
            </w:r>
          </w:p>
          <w:p w:rsidRPr="00781AE9" w:rsidR="0C17D7FA" w:rsidP="6D5FC077" w:rsidRDefault="0C17D7FA" w14:paraId="448B3084" w14:textId="7A513B5B">
            <w:pPr>
              <w:pStyle w:val="Geenafstand"/>
              <w:numPr>
                <w:ilvl w:val="0"/>
                <w:numId w:val="11"/>
              </w:numPr>
              <w:rPr>
                <w:rFonts w:asciiTheme="majorHAnsi" w:hAnsiTheme="majorHAnsi" w:cstheme="majorHAnsi"/>
                <w:color w:val="000000" w:themeColor="text1"/>
                <w:lang w:val="nl-NL"/>
              </w:rPr>
            </w:pPr>
            <w:r w:rsidRPr="00781AE9">
              <w:rPr>
                <w:rFonts w:asciiTheme="majorHAnsi" w:hAnsiTheme="majorHAnsi" w:cstheme="majorHAnsi"/>
                <w:color w:val="000000" w:themeColor="text1"/>
                <w:lang w:val="nl-NL"/>
              </w:rPr>
              <w:t>Monitoring communicatie naar ouders.</w:t>
            </w:r>
          </w:p>
          <w:p w:rsidRPr="00781AE9" w:rsidR="0C17D7FA" w:rsidP="6D5FC077" w:rsidRDefault="5E6FE1D9" w14:paraId="42067065" w14:textId="1C7CA6A3">
            <w:pPr>
              <w:pStyle w:val="Geenafstand"/>
              <w:numPr>
                <w:ilvl w:val="0"/>
                <w:numId w:val="11"/>
              </w:numPr>
              <w:rPr>
                <w:rFonts w:asciiTheme="majorHAnsi" w:hAnsiTheme="majorHAnsi" w:cstheme="majorHAnsi"/>
                <w:color w:val="000000" w:themeColor="text1"/>
                <w:lang w:val="nl-NL"/>
              </w:rPr>
            </w:pPr>
            <w:r w:rsidRPr="00781AE9">
              <w:rPr>
                <w:rFonts w:asciiTheme="majorHAnsi" w:hAnsiTheme="majorHAnsi" w:cstheme="majorHAnsi"/>
                <w:color w:val="000000" w:themeColor="text1"/>
                <w:lang w:val="nl-NL"/>
              </w:rPr>
              <w:t xml:space="preserve">Inzage in </w:t>
            </w:r>
            <w:r w:rsidRPr="00781AE9" w:rsidR="12332763">
              <w:rPr>
                <w:rFonts w:asciiTheme="majorHAnsi" w:hAnsiTheme="majorHAnsi" w:cstheme="majorHAnsi"/>
                <w:color w:val="000000" w:themeColor="text1"/>
                <w:lang w:val="nl-NL"/>
              </w:rPr>
              <w:t>en adviseren op b</w:t>
            </w:r>
            <w:r w:rsidRPr="00781AE9">
              <w:rPr>
                <w:rFonts w:asciiTheme="majorHAnsi" w:hAnsiTheme="majorHAnsi" w:cstheme="majorHAnsi"/>
                <w:color w:val="000000" w:themeColor="text1"/>
                <w:lang w:val="nl-NL"/>
              </w:rPr>
              <w:t>eleid</w:t>
            </w:r>
            <w:r w:rsidRPr="00781AE9" w:rsidR="0394F301">
              <w:rPr>
                <w:rFonts w:asciiTheme="majorHAnsi" w:hAnsiTheme="majorHAnsi" w:cstheme="majorHAnsi"/>
                <w:color w:val="000000" w:themeColor="text1"/>
                <w:lang w:val="nl-NL"/>
              </w:rPr>
              <w:t xml:space="preserve"> van de inhoudelijke samenwerking.</w:t>
            </w:r>
          </w:p>
        </w:tc>
      </w:tr>
      <w:tr w:rsidRPr="00781AE9" w:rsidR="00985277" w:rsidTr="09C6DD89" w14:paraId="4470DAB0" w14:textId="77777777">
        <w:tc>
          <w:tcPr>
            <w:tcW w:w="3602" w:type="dxa"/>
          </w:tcPr>
          <w:p w:rsidRPr="00781AE9" w:rsidR="00985277" w:rsidP="6D5FC077" w:rsidRDefault="003F66F2" w14:paraId="78B392E5" w14:textId="77777777">
            <w:pPr>
              <w:pStyle w:val="Geenafstand"/>
              <w:rPr>
                <w:rFonts w:asciiTheme="majorHAnsi" w:hAnsiTheme="majorHAnsi" w:cstheme="majorHAnsi"/>
                <w:color w:val="000000" w:themeColor="text1"/>
                <w:lang w:val="nl-NL"/>
              </w:rPr>
            </w:pPr>
            <w:r w:rsidRPr="00781AE9">
              <w:rPr>
                <w:rFonts w:asciiTheme="majorHAnsi" w:hAnsiTheme="majorHAnsi" w:cstheme="majorHAnsi"/>
                <w:color w:val="000000" w:themeColor="text1"/>
                <w:lang w:val="nl-NL"/>
              </w:rPr>
              <w:t>Borging afspraken</w:t>
            </w:r>
          </w:p>
        </w:tc>
        <w:tc>
          <w:tcPr>
            <w:tcW w:w="5177" w:type="dxa"/>
          </w:tcPr>
          <w:p w:rsidRPr="00781AE9" w:rsidR="00985277" w:rsidP="6D5FC077" w:rsidRDefault="003F66F2" w14:paraId="59E83788" w14:textId="7AF467D2">
            <w:pPr>
              <w:pStyle w:val="Geenafstand"/>
              <w:numPr>
                <w:ilvl w:val="0"/>
                <w:numId w:val="26"/>
              </w:numPr>
              <w:rPr>
                <w:rFonts w:asciiTheme="majorHAnsi" w:hAnsiTheme="majorHAnsi" w:cstheme="majorHAnsi"/>
                <w:color w:val="000000" w:themeColor="text1"/>
                <w:lang w:val="nl-NL"/>
              </w:rPr>
            </w:pPr>
            <w:r w:rsidRPr="00781AE9">
              <w:rPr>
                <w:rFonts w:asciiTheme="majorHAnsi" w:hAnsiTheme="majorHAnsi" w:cstheme="majorHAnsi"/>
                <w:color w:val="000000" w:themeColor="text1"/>
                <w:lang w:val="nl-NL"/>
              </w:rPr>
              <w:t>Monitoring van voortgang en naleving.</w:t>
            </w:r>
          </w:p>
          <w:p w:rsidRPr="00781AE9" w:rsidR="00985277" w:rsidP="6D5FC077" w:rsidRDefault="1A65AD2F" w14:paraId="16A26A4C" w14:textId="16E4BD6C">
            <w:pPr>
              <w:pStyle w:val="Geenafstand"/>
              <w:numPr>
                <w:ilvl w:val="0"/>
                <w:numId w:val="26"/>
              </w:numPr>
              <w:rPr>
                <w:rFonts w:asciiTheme="majorHAnsi" w:hAnsiTheme="majorHAnsi" w:cstheme="majorHAnsi"/>
                <w:color w:val="000000" w:themeColor="text1"/>
                <w:lang w:val="nl-NL"/>
              </w:rPr>
            </w:pPr>
            <w:r w:rsidRPr="00781AE9">
              <w:rPr>
                <w:rFonts w:asciiTheme="majorHAnsi" w:hAnsiTheme="majorHAnsi" w:cstheme="majorHAnsi"/>
                <w:color w:val="000000" w:themeColor="text1"/>
                <w:lang w:val="nl-NL"/>
              </w:rPr>
              <w:t>Evaluatievoorstellen doen.</w:t>
            </w:r>
          </w:p>
        </w:tc>
      </w:tr>
    </w:tbl>
    <w:p w:rsidRPr="00781AE9" w:rsidR="003F66F2" w:rsidP="09C6DD89" w:rsidRDefault="00536A09" w14:paraId="39F5C8A3" w14:textId="66D86252">
      <w:pPr>
        <w:pStyle w:val="Geenafstand"/>
        <w:rPr>
          <w:rFonts w:asciiTheme="majorHAnsi" w:hAnsiTheme="majorHAnsi" w:cstheme="majorHAnsi"/>
          <w:lang w:val="nl-NL"/>
        </w:rPr>
      </w:pPr>
      <w:r w:rsidRPr="00781AE9">
        <w:rPr>
          <w:rFonts w:asciiTheme="majorHAnsi" w:hAnsiTheme="majorHAnsi" w:cstheme="majorHAnsi"/>
          <w:lang w:val="nl-NL"/>
        </w:rPr>
        <w:br/>
      </w:r>
      <w:bookmarkStart w:name="_Toc211325415" w:id="10"/>
      <w:r w:rsidRPr="00781AE9">
        <w:rPr>
          <w:rStyle w:val="Kop2Char"/>
          <w:rFonts w:cstheme="majorHAnsi"/>
          <w:sz w:val="24"/>
          <w:szCs w:val="24"/>
          <w:lang w:val="nl-NL"/>
        </w:rPr>
        <w:t>3.2 Speerpunten vanuit de MR</w:t>
      </w:r>
      <w:bookmarkEnd w:id="10"/>
      <w:r w:rsidRPr="00781AE9">
        <w:rPr>
          <w:rStyle w:val="Kop2Char"/>
          <w:rFonts w:cstheme="majorHAnsi"/>
          <w:lang w:val="nl-NL"/>
        </w:rPr>
        <w:t xml:space="preserve"> </w:t>
      </w:r>
      <w:r w:rsidRPr="00781AE9">
        <w:rPr>
          <w:rFonts w:asciiTheme="majorHAnsi" w:hAnsiTheme="majorHAnsi" w:cstheme="majorHAnsi"/>
          <w:lang w:val="nl-NL"/>
        </w:rPr>
        <w:br/>
      </w:r>
      <w:r w:rsidRPr="00781AE9">
        <w:rPr>
          <w:rFonts w:asciiTheme="majorHAnsi" w:hAnsiTheme="majorHAnsi" w:cstheme="majorHAnsi"/>
          <w:lang w:val="nl-NL"/>
        </w:rPr>
        <w:t>De M</w:t>
      </w:r>
      <w:r w:rsidRPr="00781AE9" w:rsidR="003F66F2">
        <w:rPr>
          <w:rFonts w:asciiTheme="majorHAnsi" w:hAnsiTheme="majorHAnsi" w:cstheme="majorHAnsi"/>
          <w:lang w:val="nl-NL"/>
        </w:rPr>
        <w:t>R heeft voor het schooljaar 202</w:t>
      </w:r>
      <w:r w:rsidRPr="00781AE9" w:rsidR="31CE2C8C">
        <w:rPr>
          <w:rFonts w:asciiTheme="majorHAnsi" w:hAnsiTheme="majorHAnsi" w:cstheme="majorHAnsi"/>
          <w:lang w:val="nl-NL"/>
        </w:rPr>
        <w:t>5</w:t>
      </w:r>
      <w:r w:rsidRPr="00781AE9" w:rsidR="003F66F2">
        <w:rPr>
          <w:rFonts w:asciiTheme="majorHAnsi" w:hAnsiTheme="majorHAnsi" w:cstheme="majorHAnsi"/>
          <w:lang w:val="nl-NL"/>
        </w:rPr>
        <w:t>-202</w:t>
      </w:r>
      <w:r w:rsidRPr="00781AE9" w:rsidR="1067731B">
        <w:rPr>
          <w:rFonts w:asciiTheme="majorHAnsi" w:hAnsiTheme="majorHAnsi" w:cstheme="majorHAnsi"/>
          <w:lang w:val="nl-NL"/>
        </w:rPr>
        <w:t>6</w:t>
      </w:r>
      <w:r w:rsidRPr="00781AE9">
        <w:rPr>
          <w:rFonts w:asciiTheme="majorHAnsi" w:hAnsiTheme="majorHAnsi" w:cstheme="majorHAnsi"/>
          <w:lang w:val="nl-NL"/>
        </w:rPr>
        <w:t xml:space="preserve"> een aantal speerpunten bepaald uit het </w:t>
      </w:r>
      <w:r w:rsidRPr="00781AE9">
        <w:rPr>
          <w:rFonts w:asciiTheme="majorHAnsi" w:hAnsiTheme="majorHAnsi" w:cstheme="majorHAnsi"/>
          <w:lang w:val="nl-NL"/>
        </w:rPr>
        <w:br/>
      </w:r>
      <w:r w:rsidRPr="00781AE9">
        <w:rPr>
          <w:rFonts w:asciiTheme="majorHAnsi" w:hAnsiTheme="majorHAnsi" w:cstheme="majorHAnsi"/>
          <w:lang w:val="nl-NL"/>
        </w:rPr>
        <w:t>school</w:t>
      </w:r>
      <w:r w:rsidRPr="00781AE9" w:rsidR="003F66F2">
        <w:rPr>
          <w:rFonts w:asciiTheme="majorHAnsi" w:hAnsiTheme="majorHAnsi" w:cstheme="majorHAnsi"/>
          <w:lang w:val="nl-NL"/>
        </w:rPr>
        <w:t>plan 202</w:t>
      </w:r>
      <w:r w:rsidRPr="00781AE9" w:rsidR="2DA0B43F">
        <w:rPr>
          <w:rFonts w:asciiTheme="majorHAnsi" w:hAnsiTheme="majorHAnsi" w:cstheme="majorHAnsi"/>
          <w:lang w:val="nl-NL"/>
        </w:rPr>
        <w:t>5</w:t>
      </w:r>
      <w:r w:rsidRPr="00781AE9" w:rsidR="003F66F2">
        <w:rPr>
          <w:rFonts w:asciiTheme="majorHAnsi" w:hAnsiTheme="majorHAnsi" w:cstheme="majorHAnsi"/>
          <w:lang w:val="nl-NL"/>
        </w:rPr>
        <w:t>-202</w:t>
      </w:r>
      <w:r w:rsidRPr="00781AE9" w:rsidR="4301362D">
        <w:rPr>
          <w:rFonts w:asciiTheme="majorHAnsi" w:hAnsiTheme="majorHAnsi" w:cstheme="majorHAnsi"/>
          <w:lang w:val="nl-NL"/>
        </w:rPr>
        <w:t>6</w:t>
      </w:r>
      <w:r w:rsidRPr="00781AE9">
        <w:rPr>
          <w:rFonts w:asciiTheme="majorHAnsi" w:hAnsiTheme="majorHAnsi" w:cstheme="majorHAnsi"/>
          <w:lang w:val="nl-NL"/>
        </w:rPr>
        <w:t xml:space="preserve"> waar extra aandacht aan wordt besteed. Dit zijn onderwerpen die </w:t>
      </w:r>
      <w:r w:rsidRPr="00781AE9">
        <w:rPr>
          <w:rFonts w:asciiTheme="majorHAnsi" w:hAnsiTheme="majorHAnsi" w:cstheme="majorHAnsi"/>
          <w:lang w:val="nl-NL"/>
        </w:rPr>
        <w:br/>
      </w:r>
      <w:r w:rsidRPr="00781AE9">
        <w:rPr>
          <w:rFonts w:asciiTheme="majorHAnsi" w:hAnsiTheme="majorHAnsi" w:cstheme="majorHAnsi"/>
          <w:lang w:val="nl-NL"/>
        </w:rPr>
        <w:t xml:space="preserve">nadrukkelijk de aandacht verdienen van de personeels- en/of oudergeleding. De </w:t>
      </w:r>
      <w:r w:rsidRPr="00781AE9">
        <w:rPr>
          <w:rFonts w:asciiTheme="majorHAnsi" w:hAnsiTheme="majorHAnsi" w:cstheme="majorHAnsi"/>
          <w:lang w:val="nl-NL"/>
        </w:rPr>
        <w:br/>
      </w:r>
      <w:r w:rsidRPr="00781AE9">
        <w:rPr>
          <w:rFonts w:asciiTheme="majorHAnsi" w:hAnsiTheme="majorHAnsi" w:cstheme="majorHAnsi"/>
          <w:lang w:val="nl-NL"/>
        </w:rPr>
        <w:t xml:space="preserve">speerpunten worden bepaald op basis van thema’s voortkomend uit MR-vergaderingen, </w:t>
      </w:r>
      <w:r w:rsidRPr="00781AE9">
        <w:rPr>
          <w:rFonts w:asciiTheme="majorHAnsi" w:hAnsiTheme="majorHAnsi" w:cstheme="majorHAnsi"/>
          <w:lang w:val="nl-NL"/>
        </w:rPr>
        <w:br/>
      </w:r>
      <w:r w:rsidRPr="00781AE9">
        <w:rPr>
          <w:rFonts w:asciiTheme="majorHAnsi" w:hAnsiTheme="majorHAnsi" w:cstheme="majorHAnsi"/>
          <w:lang w:val="nl-NL"/>
        </w:rPr>
        <w:t xml:space="preserve">actuele beleidszaken en/of input vanuit leerlingen, </w:t>
      </w:r>
      <w:r w:rsidRPr="00781AE9" w:rsidR="2F69E6C5">
        <w:rPr>
          <w:rFonts w:asciiTheme="majorHAnsi" w:hAnsiTheme="majorHAnsi" w:cstheme="majorHAnsi"/>
          <w:lang w:val="nl-NL"/>
        </w:rPr>
        <w:t xml:space="preserve">leerkrachten of </w:t>
      </w:r>
      <w:r w:rsidRPr="00781AE9">
        <w:rPr>
          <w:rFonts w:asciiTheme="majorHAnsi" w:hAnsiTheme="majorHAnsi" w:cstheme="majorHAnsi"/>
          <w:lang w:val="nl-NL"/>
        </w:rPr>
        <w:t>ouders</w:t>
      </w:r>
      <w:r w:rsidRPr="00781AE9" w:rsidR="66D26249">
        <w:rPr>
          <w:rFonts w:asciiTheme="majorHAnsi" w:hAnsiTheme="majorHAnsi" w:cstheme="majorHAnsi"/>
          <w:lang w:val="nl-NL"/>
        </w:rPr>
        <w:t>.</w:t>
      </w:r>
    </w:p>
    <w:p w:rsidRPr="00781AE9" w:rsidR="003F66F2" w:rsidP="09C6DD89" w:rsidRDefault="003F66F2" w14:paraId="06B469FC" w14:textId="4C9DABDB">
      <w:pPr>
        <w:pStyle w:val="Geenafstand"/>
        <w:rPr>
          <w:rFonts w:asciiTheme="majorHAnsi" w:hAnsiTheme="majorHAnsi" w:cstheme="majorHAnsi"/>
          <w:lang w:val="nl-NL"/>
        </w:rPr>
      </w:pPr>
    </w:p>
    <w:p w:rsidRPr="00781AE9" w:rsidR="003F66F2" w:rsidP="6D5FC077" w:rsidRDefault="66D26249" w14:paraId="2389B8D0" w14:textId="3014BED7">
      <w:pPr>
        <w:pStyle w:val="Geenafstand"/>
        <w:rPr>
          <w:rFonts w:asciiTheme="majorHAnsi" w:hAnsiTheme="majorHAnsi" w:cstheme="majorHAnsi"/>
          <w:lang w:val="nl-NL"/>
        </w:rPr>
      </w:pPr>
      <w:r w:rsidRPr="00781AE9">
        <w:rPr>
          <w:rFonts w:asciiTheme="majorHAnsi" w:hAnsiTheme="majorHAnsi" w:cstheme="majorHAnsi"/>
          <w:lang w:val="nl-NL"/>
        </w:rPr>
        <w:t>De speerpunten voor komend schooljaar zijn:</w:t>
      </w:r>
    </w:p>
    <w:p w:rsidRPr="00781AE9" w:rsidR="003F66F2" w:rsidP="09C6DD89" w:rsidRDefault="404D1DB9" w14:paraId="657AA8F4" w14:textId="1481C473">
      <w:pPr>
        <w:pStyle w:val="Geenafstand"/>
        <w:numPr>
          <w:ilvl w:val="0"/>
          <w:numId w:val="9"/>
        </w:numPr>
        <w:rPr>
          <w:rFonts w:eastAsia="Calibri Light" w:asciiTheme="majorHAnsi" w:hAnsiTheme="majorHAnsi" w:cstheme="majorHAnsi"/>
          <w:lang w:val="nl-NL"/>
        </w:rPr>
      </w:pPr>
      <w:r w:rsidRPr="00781AE9">
        <w:rPr>
          <w:rFonts w:eastAsia="Calibri Light" w:asciiTheme="majorHAnsi" w:hAnsiTheme="majorHAnsi" w:cstheme="majorHAnsi"/>
          <w:lang w:val="nl-NL"/>
        </w:rPr>
        <w:t>Verkeersveiligheid</w:t>
      </w:r>
      <w:r w:rsidRPr="00781AE9" w:rsidR="37C6D553">
        <w:rPr>
          <w:rFonts w:eastAsia="Calibri Light" w:asciiTheme="majorHAnsi" w:hAnsiTheme="majorHAnsi" w:cstheme="majorHAnsi"/>
          <w:lang w:val="nl-NL"/>
        </w:rPr>
        <w:t xml:space="preserve">. </w:t>
      </w:r>
      <w:r w:rsidRPr="00781AE9" w:rsidR="50D944E2">
        <w:rPr>
          <w:rFonts w:eastAsia="Calibri Light" w:asciiTheme="majorHAnsi" w:hAnsiTheme="majorHAnsi" w:cstheme="majorHAnsi"/>
          <w:lang w:val="nl-NL"/>
        </w:rPr>
        <w:t>In samenwerking met de gemeente</w:t>
      </w:r>
      <w:r w:rsidRPr="00781AE9" w:rsidR="05B605AD">
        <w:rPr>
          <w:rFonts w:eastAsia="Calibri Light" w:asciiTheme="majorHAnsi" w:hAnsiTheme="majorHAnsi" w:cstheme="majorHAnsi"/>
          <w:lang w:val="nl-NL"/>
        </w:rPr>
        <w:t xml:space="preserve"> Leeuwarden</w:t>
      </w:r>
      <w:r w:rsidRPr="00781AE9" w:rsidR="50D944E2">
        <w:rPr>
          <w:rFonts w:eastAsia="Calibri Light" w:asciiTheme="majorHAnsi" w:hAnsiTheme="majorHAnsi" w:cstheme="majorHAnsi"/>
          <w:lang w:val="nl-NL"/>
        </w:rPr>
        <w:t xml:space="preserve"> en Veilig Verkeer Nederland zijn we actief met het verbeteren van de verkeersveiligheid rondom de school.</w:t>
      </w:r>
    </w:p>
    <w:p w:rsidRPr="00781AE9" w:rsidR="0B1B5B4F" w:rsidP="09C6DD89" w:rsidRDefault="0B1B5B4F" w14:paraId="0D0780EC" w14:textId="20CF910C">
      <w:pPr>
        <w:pStyle w:val="Geenafstand"/>
        <w:numPr>
          <w:ilvl w:val="0"/>
          <w:numId w:val="9"/>
        </w:numPr>
        <w:rPr>
          <w:rFonts w:asciiTheme="majorHAnsi" w:hAnsiTheme="majorHAnsi" w:cstheme="majorHAnsi"/>
          <w:lang w:val="nl-NL"/>
        </w:rPr>
      </w:pPr>
      <w:r w:rsidRPr="00781AE9">
        <w:rPr>
          <w:rFonts w:asciiTheme="majorHAnsi" w:hAnsiTheme="majorHAnsi" w:cstheme="majorHAnsi"/>
          <w:lang w:val="nl-NL"/>
        </w:rPr>
        <w:t>IKC-ontwikkelingen. We willen toezien op de voortgang van IKC-ontwikkelingen binnen IKC Alexia.</w:t>
      </w:r>
    </w:p>
    <w:p w:rsidRPr="00781AE9" w:rsidR="7B044093" w:rsidP="09C6DD89" w:rsidRDefault="7B044093" w14:paraId="27467BAD" w14:textId="24A99CA8">
      <w:pPr>
        <w:pStyle w:val="Geenafstand"/>
        <w:numPr>
          <w:ilvl w:val="0"/>
          <w:numId w:val="9"/>
        </w:numPr>
        <w:rPr>
          <w:rFonts w:asciiTheme="majorHAnsi" w:hAnsiTheme="majorHAnsi" w:cstheme="majorHAnsi"/>
          <w:lang w:val="nl-NL"/>
        </w:rPr>
      </w:pPr>
      <w:r w:rsidRPr="00781AE9">
        <w:rPr>
          <w:rFonts w:asciiTheme="majorHAnsi" w:hAnsiTheme="majorHAnsi" w:cstheme="majorHAnsi"/>
          <w:lang w:val="nl-NL"/>
        </w:rPr>
        <w:t>Gezonde schoolbeleid. We willen aandacht besteden aan de invul</w:t>
      </w:r>
      <w:r w:rsidRPr="00781AE9" w:rsidR="73864DDC">
        <w:rPr>
          <w:rFonts w:asciiTheme="majorHAnsi" w:hAnsiTheme="majorHAnsi" w:cstheme="majorHAnsi"/>
          <w:lang w:val="nl-NL"/>
        </w:rPr>
        <w:t>ling van De Gezonde School, onder andere de lessen en traktatiebeleid.</w:t>
      </w:r>
    </w:p>
    <w:p w:rsidR="00661772" w:rsidP="006E4151" w:rsidRDefault="00661772" w14:paraId="4DE4801F" w14:textId="77777777">
      <w:pPr>
        <w:pStyle w:val="Geenafstand"/>
        <w:rPr>
          <w:rFonts w:asciiTheme="majorHAnsi" w:hAnsiTheme="majorHAnsi" w:cstheme="majorHAnsi"/>
          <w:lang w:val="nl-NL"/>
        </w:rPr>
      </w:pPr>
    </w:p>
    <w:p w:rsidR="00661772" w:rsidP="006E4151" w:rsidRDefault="00661772" w14:paraId="65C3A7E1" w14:textId="77777777">
      <w:pPr>
        <w:pStyle w:val="Geenafstand"/>
        <w:rPr>
          <w:rFonts w:asciiTheme="majorHAnsi" w:hAnsiTheme="majorHAnsi" w:cstheme="majorHAnsi"/>
          <w:lang w:val="nl-NL"/>
        </w:rPr>
      </w:pPr>
    </w:p>
    <w:p w:rsidR="00661772" w:rsidP="006E4151" w:rsidRDefault="00661772" w14:paraId="5B53B3B2" w14:textId="77777777">
      <w:pPr>
        <w:pStyle w:val="Geenafstand"/>
        <w:rPr>
          <w:rFonts w:asciiTheme="majorHAnsi" w:hAnsiTheme="majorHAnsi" w:cstheme="majorHAnsi"/>
          <w:lang w:val="nl-NL"/>
        </w:rPr>
      </w:pPr>
    </w:p>
    <w:p w:rsidR="00661772" w:rsidP="006E4151" w:rsidRDefault="00661772" w14:paraId="673511E2" w14:textId="77777777">
      <w:pPr>
        <w:pStyle w:val="Geenafstand"/>
        <w:rPr>
          <w:rFonts w:asciiTheme="majorHAnsi" w:hAnsiTheme="majorHAnsi" w:cstheme="majorHAnsi"/>
          <w:lang w:val="nl-NL"/>
        </w:rPr>
      </w:pPr>
    </w:p>
    <w:p w:rsidR="00661772" w:rsidP="006E4151" w:rsidRDefault="00661772" w14:paraId="4FEF5EB2" w14:textId="77777777">
      <w:pPr>
        <w:pStyle w:val="Geenafstand"/>
        <w:rPr>
          <w:rFonts w:asciiTheme="majorHAnsi" w:hAnsiTheme="majorHAnsi" w:cstheme="majorHAnsi"/>
          <w:lang w:val="nl-NL"/>
        </w:rPr>
      </w:pPr>
    </w:p>
    <w:p w:rsidR="00661772" w:rsidP="006E4151" w:rsidRDefault="00661772" w14:paraId="7509D346" w14:textId="77777777">
      <w:pPr>
        <w:pStyle w:val="Geenafstand"/>
        <w:rPr>
          <w:rFonts w:asciiTheme="majorHAnsi" w:hAnsiTheme="majorHAnsi" w:cstheme="majorHAnsi"/>
          <w:lang w:val="nl-NL"/>
        </w:rPr>
      </w:pPr>
    </w:p>
    <w:p w:rsidR="00661772" w:rsidP="006E4151" w:rsidRDefault="00661772" w14:paraId="7DC55A1E" w14:textId="77777777">
      <w:pPr>
        <w:pStyle w:val="Geenafstand"/>
        <w:rPr>
          <w:rFonts w:asciiTheme="majorHAnsi" w:hAnsiTheme="majorHAnsi" w:cstheme="majorHAnsi"/>
          <w:lang w:val="nl-NL"/>
        </w:rPr>
      </w:pPr>
    </w:p>
    <w:p w:rsidR="00661772" w:rsidP="006E4151" w:rsidRDefault="00661772" w14:paraId="2291A56F" w14:textId="77777777">
      <w:pPr>
        <w:pStyle w:val="Geenafstand"/>
        <w:rPr>
          <w:rFonts w:asciiTheme="majorHAnsi" w:hAnsiTheme="majorHAnsi" w:cstheme="majorHAnsi"/>
          <w:lang w:val="nl-NL"/>
        </w:rPr>
      </w:pPr>
    </w:p>
    <w:p w:rsidR="00661772" w:rsidP="006E4151" w:rsidRDefault="00661772" w14:paraId="17718311" w14:textId="77777777">
      <w:pPr>
        <w:pStyle w:val="Geenafstand"/>
        <w:rPr>
          <w:rFonts w:asciiTheme="majorHAnsi" w:hAnsiTheme="majorHAnsi" w:cstheme="majorHAnsi"/>
          <w:lang w:val="nl-NL"/>
        </w:rPr>
      </w:pPr>
    </w:p>
    <w:p w:rsidRPr="00781AE9" w:rsidR="003F66F2" w:rsidP="76B9C6B2" w:rsidRDefault="00536A09" w14:paraId="463EA2EB" w14:noSpellErr="1" w14:textId="702EBDBE">
      <w:pPr>
        <w:pStyle w:val="Geenafstand"/>
        <w:rPr>
          <w:rFonts w:ascii="Calibri" w:hAnsi="Calibri" w:cs="Calibri" w:asciiTheme="majorAscii" w:hAnsiTheme="majorAscii" w:cstheme="majorAscii"/>
          <w:lang w:val="nl-NL"/>
        </w:rPr>
      </w:pPr>
      <w:bookmarkStart w:name="_Toc211325416" w:id="11"/>
      <w:r w:rsidRPr="76B9C6B2" w:rsidR="00536A09">
        <w:rPr>
          <w:rStyle w:val="Kop2Char"/>
          <w:rFonts w:cs="Calibri" w:cstheme="majorAscii"/>
          <w:sz w:val="24"/>
          <w:szCs w:val="24"/>
          <w:lang w:val="nl-NL"/>
        </w:rPr>
        <w:t>3.3 MR-jaarkalender 202</w:t>
      </w:r>
      <w:r w:rsidRPr="76B9C6B2" w:rsidR="3019DA56">
        <w:rPr>
          <w:rStyle w:val="Kop2Char"/>
          <w:rFonts w:cs="Calibri" w:cstheme="majorAscii"/>
          <w:sz w:val="24"/>
          <w:szCs w:val="24"/>
          <w:lang w:val="nl-NL"/>
        </w:rPr>
        <w:t>5</w:t>
      </w:r>
      <w:r w:rsidRPr="76B9C6B2" w:rsidR="00536A09">
        <w:rPr>
          <w:rStyle w:val="Kop2Char"/>
          <w:rFonts w:cs="Calibri" w:cstheme="majorAscii"/>
          <w:sz w:val="24"/>
          <w:szCs w:val="24"/>
          <w:lang w:val="nl-NL"/>
        </w:rPr>
        <w:t>-202</w:t>
      </w:r>
      <w:r w:rsidRPr="76B9C6B2" w:rsidR="2880D710">
        <w:rPr>
          <w:rStyle w:val="Kop2Char"/>
          <w:rFonts w:cs="Calibri" w:cstheme="majorAscii"/>
          <w:sz w:val="24"/>
          <w:szCs w:val="24"/>
          <w:lang w:val="nl-NL"/>
        </w:rPr>
        <w:t>6</w:t>
      </w:r>
      <w:bookmarkEnd w:id="11"/>
      <w:r w:rsidRPr="76B9C6B2" w:rsidR="00536A09">
        <w:rPr>
          <w:rFonts w:ascii="Calibri" w:hAnsi="Calibri" w:cs="Calibri" w:asciiTheme="majorAscii" w:hAnsiTheme="majorAscii" w:cstheme="majorAscii"/>
          <w:lang w:val="nl-NL"/>
        </w:rPr>
        <w:t xml:space="preserve"> </w:t>
      </w:r>
      <w:r>
        <w:br/>
      </w:r>
      <w:r w:rsidRPr="76B9C6B2" w:rsidR="00536A09">
        <w:rPr>
          <w:rFonts w:ascii="Calibri" w:hAnsi="Calibri" w:cs="Calibri" w:asciiTheme="majorAscii" w:hAnsiTheme="majorAscii" w:cstheme="majorAscii"/>
          <w:lang w:val="nl-NL"/>
        </w:rPr>
        <w:t>In onderstaande kalender is opgesomd welke onderwerpen in welke MR</w:t>
      </w:r>
      <w:r w:rsidRPr="76B9C6B2" w:rsidR="73B4F42D">
        <w:rPr>
          <w:rFonts w:ascii="Calibri" w:hAnsi="Calibri" w:cs="Calibri" w:asciiTheme="majorAscii" w:hAnsiTheme="majorAscii" w:cstheme="majorAscii"/>
          <w:lang w:val="nl-NL"/>
        </w:rPr>
        <w:t>-</w:t>
      </w:r>
      <w:r w:rsidRPr="76B9C6B2" w:rsidR="00536A09">
        <w:rPr>
          <w:rFonts w:ascii="Calibri" w:hAnsi="Calibri" w:cs="Calibri" w:asciiTheme="majorAscii" w:hAnsiTheme="majorAscii" w:cstheme="majorAscii"/>
          <w:lang w:val="nl-NL"/>
        </w:rPr>
        <w:t xml:space="preserve">vergadering (zie </w:t>
      </w:r>
      <w:r>
        <w:br/>
      </w:r>
      <w:r w:rsidRPr="76B9C6B2" w:rsidR="00536A09">
        <w:rPr>
          <w:rFonts w:ascii="Calibri" w:hAnsi="Calibri" w:cs="Calibri" w:asciiTheme="majorAscii" w:hAnsiTheme="majorAscii" w:cstheme="majorAscii"/>
          <w:lang w:val="nl-NL"/>
        </w:rPr>
        <w:t xml:space="preserve">ook H4) worden behandeld. Het is geen uitputtende lijst met onderwerpen noch een </w:t>
      </w:r>
      <w:r>
        <w:br/>
      </w:r>
      <w:r w:rsidRPr="76B9C6B2" w:rsidR="00536A09">
        <w:rPr>
          <w:rFonts w:ascii="Calibri" w:hAnsi="Calibri" w:cs="Calibri" w:asciiTheme="majorAscii" w:hAnsiTheme="majorAscii" w:cstheme="majorAscii"/>
          <w:lang w:val="nl-NL"/>
        </w:rPr>
        <w:t xml:space="preserve">vaststaande planning: er kunnen onderwerpen bijkomen en er kan van de kalender worden </w:t>
      </w:r>
      <w:r>
        <w:br/>
      </w:r>
      <w:r w:rsidRPr="76B9C6B2" w:rsidR="00536A09">
        <w:rPr>
          <w:rFonts w:ascii="Calibri" w:hAnsi="Calibri" w:cs="Calibri" w:asciiTheme="majorAscii" w:hAnsiTheme="majorAscii" w:cstheme="majorAscii"/>
          <w:lang w:val="nl-NL"/>
        </w:rPr>
        <w:t xml:space="preserve">afgeweken als daar aanleiding toe is. </w:t>
      </w:r>
    </w:p>
    <w:p w:rsidRPr="00781AE9" w:rsidR="003F66F2" w:rsidP="0BA3BC01" w:rsidRDefault="003F66F2" w14:paraId="5997CC1D" w14:textId="05BD7746">
      <w:pPr>
        <w:pStyle w:val="Geenafstand"/>
        <w:rPr>
          <w:rFonts w:asciiTheme="majorHAnsi" w:hAnsiTheme="majorHAnsi" w:cstheme="majorHAnsi"/>
          <w:lang w:val="nl-NL"/>
        </w:rPr>
      </w:pPr>
    </w:p>
    <w:tbl>
      <w:tblPr>
        <w:tblStyle w:val="Tabelraster"/>
        <w:tblW w:w="8856" w:type="dxa"/>
        <w:tblLook w:val="04A0" w:firstRow="1" w:lastRow="0" w:firstColumn="1" w:lastColumn="0" w:noHBand="0" w:noVBand="1"/>
      </w:tblPr>
      <w:tblGrid>
        <w:gridCol w:w="1425"/>
        <w:gridCol w:w="3735"/>
        <w:gridCol w:w="1830"/>
        <w:gridCol w:w="1866"/>
      </w:tblGrid>
      <w:tr w:rsidRPr="00781AE9" w:rsidR="003F66F2" w:rsidTr="5C0FBBAA" w14:paraId="5C3A1733" w14:textId="77777777">
        <w:tc>
          <w:tcPr>
            <w:tcW w:w="1425" w:type="dxa"/>
            <w:shd w:val="clear" w:color="auto" w:fill="FBD4B4" w:themeFill="accent6" w:themeFillTint="66"/>
            <w:tcMar/>
          </w:tcPr>
          <w:p w:rsidRPr="00781AE9" w:rsidR="003F66F2" w:rsidP="514B77E5" w:rsidRDefault="003F66F2" w14:paraId="2C702837" w14:noSpellErr="1" w14:textId="59F33372">
            <w:pPr>
              <w:pStyle w:val="Geenafstand"/>
              <w:rPr>
                <w:rFonts w:ascii="Calibri" w:hAnsi="Calibri" w:cs="Calibri" w:asciiTheme="majorAscii" w:hAnsiTheme="majorAscii" w:cstheme="majorAscii"/>
                <w:b w:val="1"/>
                <w:bCs w:val="1"/>
                <w:lang w:val="nl-NL"/>
              </w:rPr>
            </w:pPr>
            <w:r w:rsidRPr="514B77E5" w:rsidR="003F66F2">
              <w:rPr>
                <w:rFonts w:ascii="Calibri" w:hAnsi="Calibri" w:cs="Calibri" w:asciiTheme="majorAscii" w:hAnsiTheme="majorAscii" w:cstheme="majorAscii"/>
                <w:b w:val="1"/>
                <w:bCs w:val="1"/>
                <w:lang w:val="nl-NL"/>
              </w:rPr>
              <w:t>Vergader</w:t>
            </w:r>
            <w:r w:rsidRPr="514B77E5" w:rsidR="64BA0847">
              <w:rPr>
                <w:rFonts w:ascii="Calibri" w:hAnsi="Calibri" w:cs="Calibri" w:asciiTheme="majorAscii" w:hAnsiTheme="majorAscii" w:cstheme="majorAscii"/>
                <w:b w:val="1"/>
                <w:bCs w:val="1"/>
                <w:lang w:val="nl-NL"/>
              </w:rPr>
              <w:t>-</w:t>
            </w:r>
            <w:r w:rsidRPr="514B77E5" w:rsidR="003F66F2">
              <w:rPr>
                <w:rFonts w:ascii="Calibri" w:hAnsi="Calibri" w:cs="Calibri" w:asciiTheme="majorAscii" w:hAnsiTheme="majorAscii" w:cstheme="majorAscii"/>
                <w:b w:val="1"/>
                <w:bCs w:val="1"/>
                <w:lang w:val="nl-NL"/>
              </w:rPr>
              <w:t>datum</w:t>
            </w:r>
          </w:p>
        </w:tc>
        <w:tc>
          <w:tcPr>
            <w:tcW w:w="3735" w:type="dxa"/>
            <w:shd w:val="clear" w:color="auto" w:fill="FBD4B4" w:themeFill="accent6" w:themeFillTint="66"/>
            <w:tcMar/>
          </w:tcPr>
          <w:p w:rsidRPr="00781AE9" w:rsidR="003F66F2" w:rsidP="1AF72D40" w:rsidRDefault="003F66F2" w14:paraId="7FF6DFE8"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Onderwerp (globale planning)</w:t>
            </w:r>
          </w:p>
        </w:tc>
        <w:tc>
          <w:tcPr>
            <w:tcW w:w="1830" w:type="dxa"/>
            <w:shd w:val="clear" w:color="auto" w:fill="FBD4B4" w:themeFill="accent6" w:themeFillTint="66"/>
            <w:tcMar/>
          </w:tcPr>
          <w:p w:rsidRPr="00781AE9" w:rsidR="003F66F2" w:rsidP="1AF72D40" w:rsidRDefault="003F66F2" w14:paraId="708795EF"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Instemmen/ advies/ bespreken</w:t>
            </w:r>
          </w:p>
        </w:tc>
        <w:tc>
          <w:tcPr>
            <w:tcW w:w="1866" w:type="dxa"/>
            <w:shd w:val="clear" w:color="auto" w:fill="FBD4B4" w:themeFill="accent6" w:themeFillTint="66"/>
            <w:tcMar/>
          </w:tcPr>
          <w:p w:rsidRPr="00781AE9" w:rsidR="003F66F2" w:rsidP="1AF72D40" w:rsidRDefault="003F66F2" w14:paraId="7B3B032C"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MR/ Personeels-/ Oudergeleding</w:t>
            </w:r>
          </w:p>
        </w:tc>
      </w:tr>
      <w:tr w:rsidRPr="00781AE9" w:rsidR="003F66F2" w:rsidTr="5C0FBBAA" w14:paraId="3732C88E" w14:textId="77777777">
        <w:trPr>
          <w:trHeight w:val="1680"/>
        </w:trPr>
        <w:tc>
          <w:tcPr>
            <w:tcW w:w="1425" w:type="dxa"/>
            <w:tcMar/>
          </w:tcPr>
          <w:p w:rsidRPr="00781AE9" w:rsidR="003F66F2" w:rsidP="77F746B7" w:rsidRDefault="003F66F2" w14:paraId="3E4799D5" w14:textId="77777777">
            <w:pPr>
              <w:pStyle w:val="Geenafstand"/>
              <w:rPr>
                <w:rFonts w:asciiTheme="majorHAnsi" w:hAnsiTheme="majorHAnsi" w:cstheme="majorHAnsi"/>
                <w:lang w:val="nl-NL"/>
              </w:rPr>
            </w:pPr>
            <w:r w:rsidRPr="00781AE9">
              <w:rPr>
                <w:rFonts w:asciiTheme="majorHAnsi" w:hAnsiTheme="majorHAnsi" w:cstheme="majorHAnsi"/>
                <w:lang w:val="nl-NL"/>
              </w:rPr>
              <w:t>Begin september</w:t>
            </w:r>
          </w:p>
        </w:tc>
        <w:tc>
          <w:tcPr>
            <w:tcW w:w="3735" w:type="dxa"/>
            <w:tcMar/>
          </w:tcPr>
          <w:p w:rsidRPr="00781AE9" w:rsidR="003F66F2" w:rsidP="77F746B7" w:rsidRDefault="003F66F2" w14:paraId="764AB938" w14:textId="786DF3BA">
            <w:pPr>
              <w:pStyle w:val="Geenafstand"/>
              <w:numPr>
                <w:ilvl w:val="0"/>
                <w:numId w:val="26"/>
              </w:numPr>
              <w:rPr>
                <w:rFonts w:asciiTheme="majorHAnsi" w:hAnsiTheme="majorHAnsi" w:cstheme="majorHAnsi"/>
                <w:lang w:val="nl-NL"/>
              </w:rPr>
            </w:pPr>
            <w:r w:rsidRPr="00781AE9">
              <w:rPr>
                <w:rFonts w:asciiTheme="majorHAnsi" w:hAnsiTheme="majorHAnsi" w:cstheme="majorHAnsi"/>
                <w:lang w:val="nl-NL"/>
              </w:rPr>
              <w:t>Jaarplan MR 202</w:t>
            </w:r>
            <w:r w:rsidRPr="00781AE9" w:rsidR="14B08D5F">
              <w:rPr>
                <w:rFonts w:asciiTheme="majorHAnsi" w:hAnsiTheme="majorHAnsi" w:cstheme="majorHAnsi"/>
                <w:lang w:val="nl-NL"/>
              </w:rPr>
              <w:t>5</w:t>
            </w:r>
            <w:r w:rsidRPr="00781AE9">
              <w:rPr>
                <w:rFonts w:asciiTheme="majorHAnsi" w:hAnsiTheme="majorHAnsi" w:cstheme="majorHAnsi"/>
                <w:lang w:val="nl-NL"/>
              </w:rPr>
              <w:t>-202</w:t>
            </w:r>
            <w:r w:rsidRPr="00781AE9" w:rsidR="2BDA67F3">
              <w:rPr>
                <w:rFonts w:asciiTheme="majorHAnsi" w:hAnsiTheme="majorHAnsi" w:cstheme="majorHAnsi"/>
                <w:lang w:val="nl-NL"/>
              </w:rPr>
              <w:t>6</w:t>
            </w:r>
            <w:r w:rsidRPr="00781AE9">
              <w:rPr>
                <w:rFonts w:asciiTheme="majorHAnsi" w:hAnsiTheme="majorHAnsi" w:cstheme="majorHAnsi"/>
                <w:lang w:val="nl-NL"/>
              </w:rPr>
              <w:t>:</w:t>
            </w:r>
          </w:p>
          <w:p w:rsidRPr="00781AE9" w:rsidR="003F66F2" w:rsidP="77F746B7" w:rsidRDefault="000444AE" w14:paraId="35BCB44A" w14:textId="77777777">
            <w:pPr>
              <w:pStyle w:val="Geenafstand"/>
              <w:numPr>
                <w:ilvl w:val="0"/>
                <w:numId w:val="30"/>
              </w:numPr>
              <w:rPr>
                <w:rFonts w:asciiTheme="majorHAnsi" w:hAnsiTheme="majorHAnsi" w:cstheme="majorHAnsi"/>
                <w:lang w:val="nl-NL"/>
              </w:rPr>
            </w:pPr>
            <w:r w:rsidRPr="00781AE9">
              <w:rPr>
                <w:rFonts w:asciiTheme="majorHAnsi" w:hAnsiTheme="majorHAnsi" w:cstheme="majorHAnsi"/>
                <w:lang w:val="nl-NL"/>
              </w:rPr>
              <w:t>Doelstelling MR</w:t>
            </w:r>
          </w:p>
          <w:p w:rsidRPr="00781AE9" w:rsidR="000444AE" w:rsidP="77F746B7" w:rsidRDefault="000444AE" w14:paraId="1036D651" w14:textId="77777777">
            <w:pPr>
              <w:pStyle w:val="Geenafstand"/>
              <w:numPr>
                <w:ilvl w:val="0"/>
                <w:numId w:val="30"/>
              </w:numPr>
              <w:rPr>
                <w:rFonts w:asciiTheme="majorHAnsi" w:hAnsiTheme="majorHAnsi" w:cstheme="majorHAnsi"/>
                <w:lang w:val="nl-NL"/>
              </w:rPr>
            </w:pPr>
            <w:r w:rsidRPr="00781AE9">
              <w:rPr>
                <w:rFonts w:asciiTheme="majorHAnsi" w:hAnsiTheme="majorHAnsi" w:cstheme="majorHAnsi"/>
                <w:lang w:val="nl-NL"/>
              </w:rPr>
              <w:t>Doelstellingen directie</w:t>
            </w:r>
          </w:p>
          <w:p w:rsidRPr="00781AE9" w:rsidR="6D5FC077" w:rsidP="514B77E5" w:rsidRDefault="6D5FC077" w14:paraId="183DCEAB" w14:noSpellErr="1" w14:textId="3CC07CE9">
            <w:pPr>
              <w:pStyle w:val="Geenafstand"/>
              <w:numPr>
                <w:ilvl w:val="0"/>
                <w:numId w:val="30"/>
              </w:numPr>
              <w:rPr>
                <w:rFonts w:ascii="Calibri" w:hAnsi="Calibri" w:cs="Calibri" w:asciiTheme="majorAscii" w:hAnsiTheme="majorAscii" w:cstheme="majorAscii"/>
                <w:lang w:val="nl-NL"/>
              </w:rPr>
            </w:pPr>
            <w:r w:rsidRPr="514B77E5" w:rsidR="0A13AD26">
              <w:rPr>
                <w:rFonts w:ascii="Calibri" w:hAnsi="Calibri" w:cs="Calibri" w:asciiTheme="majorAscii" w:hAnsiTheme="majorAscii" w:cstheme="majorAscii"/>
                <w:lang w:val="nl-NL"/>
              </w:rPr>
              <w:t>Taakverdeling MR</w:t>
            </w:r>
          </w:p>
          <w:p w:rsidRPr="00781AE9" w:rsidR="000444AE" w:rsidP="514B77E5" w:rsidRDefault="000444AE" w14:paraId="0345E0CC" w14:noSpellErr="1" w14:textId="3E5B2E03">
            <w:pPr>
              <w:pStyle w:val="Geenafstand"/>
              <w:numPr>
                <w:ilvl w:val="0"/>
                <w:numId w:val="26"/>
              </w:numPr>
              <w:ind/>
              <w:rPr>
                <w:rFonts w:ascii="Calibri" w:hAnsi="Calibri" w:cs="Calibri" w:asciiTheme="majorAscii" w:hAnsiTheme="majorAscii" w:cstheme="majorAscii"/>
                <w:lang w:val="nl-NL"/>
              </w:rPr>
            </w:pPr>
            <w:r w:rsidRPr="514B77E5" w:rsidR="29371912">
              <w:rPr>
                <w:rFonts w:ascii="Calibri" w:hAnsi="Calibri" w:cs="Calibri" w:asciiTheme="majorAscii" w:hAnsiTheme="majorAscii" w:cstheme="majorAscii"/>
                <w:lang w:val="nl-NL"/>
              </w:rPr>
              <w:t>Rooster aan- en aftreden</w:t>
            </w:r>
          </w:p>
          <w:p w:rsidRPr="00781AE9" w:rsidR="000444AE" w:rsidP="514B77E5" w:rsidRDefault="000444AE" w14:noSpellErr="1" w14:paraId="2210CAF7" w14:textId="6868EC8B">
            <w:pPr>
              <w:pStyle w:val="Geenafstand"/>
              <w:numPr>
                <w:ilvl w:val="0"/>
                <w:numId w:val="26"/>
              </w:numPr>
              <w:rPr>
                <w:rFonts w:ascii="Calibri" w:hAnsi="Calibri" w:cs="Calibri" w:asciiTheme="majorAscii" w:hAnsiTheme="majorAscii" w:cstheme="majorAscii"/>
                <w:lang w:val="nl-NL"/>
              </w:rPr>
            </w:pPr>
            <w:r w:rsidRPr="514B77E5" w:rsidR="6BD1AFF8">
              <w:rPr>
                <w:rFonts w:ascii="Calibri" w:hAnsi="Calibri" w:cs="Calibri" w:asciiTheme="majorAscii" w:hAnsiTheme="majorAscii" w:cstheme="majorAscii"/>
                <w:lang w:val="nl-NL"/>
              </w:rPr>
              <w:t>Begroting OR</w:t>
            </w:r>
          </w:p>
          <w:p w:rsidRPr="00781AE9" w:rsidR="000444AE" w:rsidP="514B77E5" w:rsidRDefault="000444AE" w14:paraId="42ED918E" w14:textId="0FD46F8C">
            <w:pPr>
              <w:pStyle w:val="Geenafstand"/>
              <w:ind w:left="720"/>
              <w:rPr>
                <w:rFonts w:ascii="Calibri" w:hAnsi="Calibri" w:cs="Calibri" w:asciiTheme="majorAscii" w:hAnsiTheme="majorAscii" w:cstheme="majorAscii"/>
                <w:lang w:val="nl-NL"/>
              </w:rPr>
            </w:pPr>
          </w:p>
        </w:tc>
        <w:tc>
          <w:tcPr>
            <w:tcW w:w="1830" w:type="dxa"/>
            <w:tcMar/>
          </w:tcPr>
          <w:p w:rsidRPr="00781AE9" w:rsidR="003F66F2" w:rsidP="77F746B7" w:rsidRDefault="3F608232" w14:paraId="77DC7A1C" w14:textId="77777777">
            <w:pPr>
              <w:pStyle w:val="Geenafstand"/>
              <w:rPr>
                <w:rFonts w:asciiTheme="majorHAnsi" w:hAnsiTheme="majorHAnsi" w:cstheme="majorHAnsi"/>
                <w:lang w:val="nl-NL"/>
              </w:rPr>
            </w:pPr>
            <w:r w:rsidRPr="00781AE9">
              <w:rPr>
                <w:rFonts w:asciiTheme="majorHAnsi" w:hAnsiTheme="majorHAnsi" w:cstheme="majorHAnsi"/>
                <w:lang w:val="nl-NL"/>
              </w:rPr>
              <w:t>Vaststellen</w:t>
            </w:r>
          </w:p>
          <w:p w:rsidRPr="00781AE9" w:rsidR="000444AE" w:rsidP="77F746B7" w:rsidRDefault="000444AE" w14:paraId="110FFD37" w14:textId="77777777">
            <w:pPr>
              <w:pStyle w:val="Geenafstand"/>
              <w:rPr>
                <w:rFonts w:asciiTheme="majorHAnsi" w:hAnsiTheme="majorHAnsi" w:cstheme="majorHAnsi"/>
                <w:lang w:val="nl-NL"/>
              </w:rPr>
            </w:pPr>
          </w:p>
          <w:p w:rsidRPr="00781AE9" w:rsidR="6D5FC077" w:rsidP="77F746B7" w:rsidRDefault="6D5FC077" w14:paraId="09A92997" w14:textId="4E76D4A8">
            <w:pPr>
              <w:pStyle w:val="Geenafstand"/>
              <w:rPr>
                <w:rFonts w:asciiTheme="majorHAnsi" w:hAnsiTheme="majorHAnsi" w:cstheme="majorHAnsi"/>
                <w:lang w:val="nl-NL"/>
              </w:rPr>
            </w:pPr>
          </w:p>
          <w:p w:rsidRPr="00781AE9" w:rsidR="6D5FC077" w:rsidP="514B77E5" w:rsidRDefault="6D5FC077" w14:paraId="5DEB6F88" w14:noSpellErr="1" w14:textId="056A2752">
            <w:pPr>
              <w:pStyle w:val="Geenafstand"/>
              <w:rPr>
                <w:rFonts w:ascii="Calibri" w:hAnsi="Calibri" w:cs="Calibri" w:asciiTheme="majorAscii" w:hAnsiTheme="majorAscii" w:cstheme="majorAscii"/>
                <w:lang w:val="nl-NL"/>
              </w:rPr>
            </w:pPr>
          </w:p>
          <w:p w:rsidRPr="00781AE9" w:rsidR="000444AE" w:rsidP="514B77E5" w:rsidRDefault="000444AE" w14:paraId="24C5DC1B" w14:noSpellErr="1" w14:textId="2A3F7631">
            <w:pPr>
              <w:pStyle w:val="Geenafstand"/>
              <w:rPr>
                <w:rFonts w:ascii="Calibri" w:hAnsi="Calibri" w:cs="Calibri" w:asciiTheme="majorAscii" w:hAnsiTheme="majorAscii" w:cstheme="majorAscii"/>
                <w:lang w:val="nl-NL"/>
              </w:rPr>
            </w:pPr>
            <w:r w:rsidRPr="514B77E5" w:rsidR="3B993A5C">
              <w:rPr>
                <w:rFonts w:ascii="Calibri" w:hAnsi="Calibri" w:cs="Calibri" w:asciiTheme="majorAscii" w:hAnsiTheme="majorAscii" w:cstheme="majorAscii"/>
                <w:lang w:val="nl-NL"/>
              </w:rPr>
              <w:t>Bespreken</w:t>
            </w:r>
          </w:p>
          <w:p w:rsidRPr="00781AE9" w:rsidR="000444AE" w:rsidP="77F746B7" w:rsidRDefault="44008A40" w14:paraId="0745F963" w14:textId="2F26E066">
            <w:pPr>
              <w:pStyle w:val="Geenafstand"/>
              <w:rPr>
                <w:rFonts w:asciiTheme="majorHAnsi" w:hAnsiTheme="majorHAnsi" w:cstheme="majorHAnsi"/>
                <w:lang w:val="nl-NL"/>
              </w:rPr>
            </w:pPr>
            <w:r w:rsidRPr="00781AE9">
              <w:rPr>
                <w:rFonts w:asciiTheme="majorHAnsi" w:hAnsiTheme="majorHAnsi" w:cstheme="majorHAnsi"/>
                <w:lang w:val="nl-NL"/>
              </w:rPr>
              <w:t>Ter kennisgeving</w:t>
            </w:r>
          </w:p>
        </w:tc>
        <w:tc>
          <w:tcPr>
            <w:tcW w:w="1866" w:type="dxa"/>
            <w:tcMar/>
          </w:tcPr>
          <w:p w:rsidRPr="00781AE9" w:rsidR="003F66F2" w:rsidP="77F746B7" w:rsidRDefault="3F608232" w14:paraId="38A0780A" w14:textId="77777777">
            <w:pPr>
              <w:pStyle w:val="Geenafstand"/>
              <w:rPr>
                <w:rFonts w:asciiTheme="majorHAnsi" w:hAnsiTheme="majorHAnsi" w:cstheme="majorHAnsi"/>
                <w:lang w:val="nl-NL"/>
              </w:rPr>
            </w:pPr>
            <w:r w:rsidRPr="00781AE9">
              <w:rPr>
                <w:rFonts w:asciiTheme="majorHAnsi" w:hAnsiTheme="majorHAnsi" w:cstheme="majorHAnsi"/>
                <w:lang w:val="nl-NL"/>
              </w:rPr>
              <w:t>MR</w:t>
            </w:r>
          </w:p>
          <w:p w:rsidRPr="00781AE9" w:rsidR="000444AE" w:rsidP="77F746B7" w:rsidRDefault="000444AE" w14:paraId="6B699379" w14:textId="77777777">
            <w:pPr>
              <w:pStyle w:val="Geenafstand"/>
              <w:rPr>
                <w:rFonts w:asciiTheme="majorHAnsi" w:hAnsiTheme="majorHAnsi" w:cstheme="majorHAnsi"/>
                <w:lang w:val="nl-NL"/>
              </w:rPr>
            </w:pPr>
          </w:p>
          <w:p w:rsidRPr="00781AE9" w:rsidR="6D5FC077" w:rsidP="77F746B7" w:rsidRDefault="6D5FC077" w14:paraId="4CE7ADD5" w14:textId="509B554A">
            <w:pPr>
              <w:pStyle w:val="Geenafstand"/>
              <w:rPr>
                <w:rFonts w:asciiTheme="majorHAnsi" w:hAnsiTheme="majorHAnsi" w:cstheme="majorHAnsi"/>
                <w:lang w:val="nl-NL"/>
              </w:rPr>
            </w:pPr>
          </w:p>
          <w:p w:rsidRPr="00781AE9" w:rsidR="6D5FC077" w:rsidP="514B77E5" w:rsidRDefault="6D5FC077" w14:paraId="4D02FDBD" w14:noSpellErr="1" w14:textId="143E0A6D">
            <w:pPr>
              <w:pStyle w:val="Geenafstand"/>
              <w:rPr>
                <w:rFonts w:ascii="Calibri" w:hAnsi="Calibri" w:cs="Calibri" w:asciiTheme="majorAscii" w:hAnsiTheme="majorAscii" w:cstheme="majorAscii"/>
                <w:lang w:val="nl-NL"/>
              </w:rPr>
            </w:pPr>
          </w:p>
          <w:p w:rsidRPr="00781AE9" w:rsidR="09C6DD89" w:rsidP="514B77E5" w:rsidRDefault="09C6DD89" w14:paraId="5855154D" w14:noSpellErr="1" w14:textId="1DB3FF03">
            <w:pPr>
              <w:pStyle w:val="Geenafstand"/>
              <w:rPr>
                <w:rFonts w:ascii="Calibri" w:hAnsi="Calibri" w:cs="Calibri" w:asciiTheme="majorAscii" w:hAnsiTheme="majorAscii" w:cstheme="majorAscii"/>
                <w:lang w:val="nl-NL"/>
              </w:rPr>
            </w:pPr>
            <w:r w:rsidRPr="514B77E5" w:rsidR="3B993A5C">
              <w:rPr>
                <w:rFonts w:ascii="Calibri" w:hAnsi="Calibri" w:cs="Calibri" w:asciiTheme="majorAscii" w:hAnsiTheme="majorAscii" w:cstheme="majorAscii"/>
                <w:lang w:val="nl-NL"/>
              </w:rPr>
              <w:t>MR</w:t>
            </w:r>
          </w:p>
          <w:p w:rsidRPr="00781AE9" w:rsidR="000444AE" w:rsidP="514B77E5" w:rsidRDefault="000444AE" w14:paraId="64526C68" w14:noSpellErr="1" w14:textId="1CEC6E89">
            <w:pPr>
              <w:pStyle w:val="Geenafstand"/>
              <w:rPr>
                <w:rFonts w:ascii="Calibri" w:hAnsi="Calibri" w:cs="Calibri" w:asciiTheme="majorAscii" w:hAnsiTheme="majorAscii" w:cstheme="majorAscii"/>
                <w:lang w:val="nl-NL"/>
              </w:rPr>
            </w:pPr>
            <w:r w:rsidRPr="514B77E5" w:rsidR="522E3448">
              <w:rPr>
                <w:rFonts w:ascii="Calibri" w:hAnsi="Calibri" w:cs="Calibri" w:asciiTheme="majorAscii" w:hAnsiTheme="majorAscii" w:cstheme="majorAscii"/>
                <w:lang w:val="nl-NL"/>
              </w:rPr>
              <w:t>MR</w:t>
            </w:r>
          </w:p>
        </w:tc>
      </w:tr>
      <w:tr w:rsidRPr="00781AE9" w:rsidR="003F66F2" w:rsidTr="5C0FBBAA" w14:paraId="1AACD9E8" w14:textId="77777777">
        <w:tc>
          <w:tcPr>
            <w:tcW w:w="1425" w:type="dxa"/>
            <w:tcMar/>
          </w:tcPr>
          <w:p w:rsidRPr="00781AE9" w:rsidR="003F66F2" w:rsidP="77F746B7" w:rsidRDefault="000444AE" w14:paraId="1BE549E8" w14:textId="77777777">
            <w:pPr>
              <w:pStyle w:val="Geenafstand"/>
              <w:rPr>
                <w:rFonts w:asciiTheme="majorHAnsi" w:hAnsiTheme="majorHAnsi" w:cstheme="majorHAnsi"/>
                <w:lang w:val="nl-NL"/>
              </w:rPr>
            </w:pPr>
            <w:r w:rsidRPr="00781AE9">
              <w:rPr>
                <w:rFonts w:asciiTheme="majorHAnsi" w:hAnsiTheme="majorHAnsi" w:cstheme="majorHAnsi"/>
                <w:lang w:val="nl-NL"/>
              </w:rPr>
              <w:t>Eind oktober</w:t>
            </w:r>
          </w:p>
        </w:tc>
        <w:tc>
          <w:tcPr>
            <w:tcW w:w="3735" w:type="dxa"/>
            <w:tcMar/>
          </w:tcPr>
          <w:p w:rsidRPr="00781AE9" w:rsidR="000444AE" w:rsidP="77F746B7" w:rsidRDefault="3F608232" w14:paraId="6E670218" w14:textId="0A8D4447">
            <w:pPr>
              <w:pStyle w:val="Geenafstand"/>
              <w:numPr>
                <w:ilvl w:val="0"/>
                <w:numId w:val="26"/>
              </w:numPr>
              <w:rPr>
                <w:rFonts w:asciiTheme="majorHAnsi" w:hAnsiTheme="majorHAnsi" w:cstheme="majorHAnsi"/>
                <w:lang w:val="nl-NL"/>
              </w:rPr>
            </w:pPr>
            <w:r w:rsidRPr="00781AE9">
              <w:rPr>
                <w:rFonts w:asciiTheme="majorHAnsi" w:hAnsiTheme="majorHAnsi" w:cstheme="majorHAnsi"/>
                <w:lang w:val="nl-NL"/>
              </w:rPr>
              <w:t>S</w:t>
            </w:r>
            <w:r w:rsidRPr="00781AE9" w:rsidR="28742A5C">
              <w:rPr>
                <w:rFonts w:asciiTheme="majorHAnsi" w:hAnsiTheme="majorHAnsi" w:cstheme="majorHAnsi"/>
                <w:lang w:val="nl-NL"/>
              </w:rPr>
              <w:t xml:space="preserve">choolgids (met o.a. </w:t>
            </w:r>
            <w:proofErr w:type="spellStart"/>
            <w:r w:rsidRPr="00781AE9" w:rsidR="2B20FCED">
              <w:rPr>
                <w:rFonts w:asciiTheme="majorHAnsi" w:hAnsiTheme="majorHAnsi" w:cstheme="majorHAnsi"/>
                <w:lang w:val="nl-NL"/>
              </w:rPr>
              <w:t>S</w:t>
            </w:r>
            <w:r w:rsidRPr="00781AE9">
              <w:rPr>
                <w:rFonts w:asciiTheme="majorHAnsi" w:hAnsiTheme="majorHAnsi" w:cstheme="majorHAnsi"/>
                <w:lang w:val="nl-NL"/>
              </w:rPr>
              <w:t>chool</w:t>
            </w:r>
            <w:r w:rsidRPr="00781AE9" w:rsidR="2283630A">
              <w:rPr>
                <w:rFonts w:asciiTheme="majorHAnsi" w:hAnsiTheme="majorHAnsi" w:cstheme="majorHAnsi"/>
                <w:lang w:val="nl-NL"/>
              </w:rPr>
              <w:t>O</w:t>
            </w:r>
            <w:r w:rsidRPr="00781AE9">
              <w:rPr>
                <w:rFonts w:asciiTheme="majorHAnsi" w:hAnsiTheme="majorHAnsi" w:cstheme="majorHAnsi"/>
                <w:lang w:val="nl-NL"/>
              </w:rPr>
              <w:t>ndersteunings</w:t>
            </w:r>
            <w:r w:rsidRPr="00781AE9" w:rsidR="650DE33F">
              <w:rPr>
                <w:rFonts w:asciiTheme="majorHAnsi" w:hAnsiTheme="majorHAnsi" w:cstheme="majorHAnsi"/>
                <w:lang w:val="nl-NL"/>
              </w:rPr>
              <w:t>P</w:t>
            </w:r>
            <w:r w:rsidRPr="00781AE9">
              <w:rPr>
                <w:rFonts w:asciiTheme="majorHAnsi" w:hAnsiTheme="majorHAnsi" w:cstheme="majorHAnsi"/>
                <w:lang w:val="nl-NL"/>
              </w:rPr>
              <w:t>rofiel</w:t>
            </w:r>
            <w:proofErr w:type="spellEnd"/>
            <w:r w:rsidRPr="00781AE9" w:rsidR="0BDC3498">
              <w:rPr>
                <w:rFonts w:asciiTheme="majorHAnsi" w:hAnsiTheme="majorHAnsi" w:cstheme="majorHAnsi"/>
                <w:lang w:val="nl-NL"/>
              </w:rPr>
              <w:t>)</w:t>
            </w:r>
          </w:p>
          <w:p w:rsidRPr="00781AE9" w:rsidR="000444AE" w:rsidP="77F746B7" w:rsidRDefault="423725A3" w14:paraId="55D383A2" w14:textId="1CF8DF2B">
            <w:pPr>
              <w:pStyle w:val="Geenafstand"/>
              <w:numPr>
                <w:ilvl w:val="0"/>
                <w:numId w:val="26"/>
              </w:numPr>
              <w:rPr>
                <w:rFonts w:asciiTheme="majorHAnsi" w:hAnsiTheme="majorHAnsi" w:cstheme="majorHAnsi"/>
                <w:lang w:val="nl-NL"/>
              </w:rPr>
            </w:pPr>
            <w:r w:rsidRPr="00781AE9">
              <w:rPr>
                <w:rFonts w:asciiTheme="majorHAnsi" w:hAnsiTheme="majorHAnsi" w:cstheme="majorHAnsi"/>
                <w:lang w:val="nl-NL"/>
              </w:rPr>
              <w:t>Schoolj</w:t>
            </w:r>
            <w:r w:rsidRPr="00781AE9" w:rsidR="7DD8E22D">
              <w:rPr>
                <w:rFonts w:asciiTheme="majorHAnsi" w:hAnsiTheme="majorHAnsi" w:cstheme="majorHAnsi"/>
                <w:lang w:val="nl-NL"/>
              </w:rPr>
              <w:t>aarplan</w:t>
            </w:r>
          </w:p>
          <w:p w:rsidRPr="00781AE9" w:rsidR="000444AE" w:rsidP="514B77E5" w:rsidRDefault="492972C1" w14:noSpellErr="1" w14:paraId="023B4F6E" w14:textId="751E13F6">
            <w:pPr>
              <w:pStyle w:val="Geenafstand"/>
              <w:numPr>
                <w:ilvl w:val="0"/>
                <w:numId w:val="26"/>
              </w:numPr>
              <w:rPr>
                <w:rFonts w:ascii="Calibri" w:hAnsi="Calibri" w:cs="Calibri" w:asciiTheme="majorAscii" w:hAnsiTheme="majorAscii" w:cstheme="majorAscii"/>
                <w:lang w:val="nl-NL"/>
              </w:rPr>
            </w:pPr>
            <w:r w:rsidRPr="514B77E5" w:rsidR="0C13A1C4">
              <w:rPr>
                <w:rFonts w:ascii="Calibri" w:hAnsi="Calibri" w:cs="Calibri" w:asciiTheme="majorAscii" w:hAnsiTheme="majorAscii" w:cstheme="majorAscii"/>
                <w:lang w:val="nl-NL"/>
              </w:rPr>
              <w:t>Taakbeleid</w:t>
            </w:r>
          </w:p>
          <w:p w:rsidRPr="00781AE9" w:rsidR="000444AE" w:rsidP="514B77E5" w:rsidRDefault="492972C1" w14:paraId="5591EE37" w14:textId="0C6273A6">
            <w:pPr>
              <w:pStyle w:val="Geenafstand"/>
              <w:ind w:left="720"/>
              <w:rPr>
                <w:rFonts w:ascii="Calibri" w:hAnsi="Calibri" w:cs="Calibri" w:asciiTheme="majorAscii" w:hAnsiTheme="majorAscii" w:cstheme="majorAscii"/>
                <w:lang w:val="nl-NL"/>
              </w:rPr>
            </w:pPr>
          </w:p>
        </w:tc>
        <w:tc>
          <w:tcPr>
            <w:tcW w:w="1830" w:type="dxa"/>
            <w:tcMar/>
          </w:tcPr>
          <w:p w:rsidRPr="00781AE9" w:rsidR="000444AE" w:rsidP="77F746B7" w:rsidRDefault="43374DC7" w14:paraId="08C2DC86" w14:textId="296B2C51">
            <w:pPr>
              <w:pStyle w:val="Geenafstand"/>
              <w:rPr>
                <w:rFonts w:asciiTheme="majorHAnsi" w:hAnsiTheme="majorHAnsi" w:cstheme="majorHAnsi"/>
                <w:lang w:val="nl-NL"/>
              </w:rPr>
            </w:pPr>
            <w:r w:rsidRPr="00781AE9">
              <w:rPr>
                <w:rFonts w:asciiTheme="majorHAnsi" w:hAnsiTheme="majorHAnsi" w:cstheme="majorHAnsi"/>
                <w:lang w:val="nl-NL"/>
              </w:rPr>
              <w:t>Instemming</w:t>
            </w:r>
          </w:p>
          <w:p w:rsidRPr="00781AE9" w:rsidR="6D5FC077" w:rsidP="77F746B7" w:rsidRDefault="6D5FC077" w14:paraId="38D39B95" w14:textId="3C434D53">
            <w:pPr>
              <w:pStyle w:val="Geenafstand"/>
              <w:rPr>
                <w:rFonts w:asciiTheme="majorHAnsi" w:hAnsiTheme="majorHAnsi" w:cstheme="majorHAnsi"/>
                <w:lang w:val="nl-NL"/>
              </w:rPr>
            </w:pPr>
          </w:p>
          <w:p w:rsidRPr="00781AE9" w:rsidR="352A9A0D" w:rsidP="77F746B7" w:rsidRDefault="43374DC7" w14:paraId="0F906E0F" w14:textId="6F4447FA">
            <w:pPr>
              <w:pStyle w:val="Geenafstand"/>
              <w:rPr>
                <w:rFonts w:asciiTheme="majorHAnsi" w:hAnsiTheme="majorHAnsi" w:cstheme="majorHAnsi"/>
                <w:lang w:val="nl-NL"/>
              </w:rPr>
            </w:pPr>
            <w:r w:rsidRPr="00781AE9">
              <w:rPr>
                <w:rFonts w:asciiTheme="majorHAnsi" w:hAnsiTheme="majorHAnsi" w:cstheme="majorHAnsi"/>
                <w:lang w:val="nl-NL"/>
              </w:rPr>
              <w:t>Instemming</w:t>
            </w:r>
          </w:p>
          <w:p w:rsidRPr="00781AE9" w:rsidR="000444AE" w:rsidP="514B77E5" w:rsidRDefault="000444AE" w14:paraId="20D40707" w14:noSpellErr="1" w14:textId="1EEF0DF4">
            <w:pPr>
              <w:pStyle w:val="Geenafstand"/>
              <w:rPr>
                <w:rFonts w:ascii="Calibri" w:hAnsi="Calibri" w:cs="Calibri" w:asciiTheme="majorAscii" w:hAnsiTheme="majorAscii" w:cstheme="majorAscii"/>
                <w:lang w:val="nl-NL"/>
              </w:rPr>
            </w:pPr>
            <w:r w:rsidRPr="514B77E5" w:rsidR="435EAA50">
              <w:rPr>
                <w:rFonts w:ascii="Calibri" w:hAnsi="Calibri" w:cs="Calibri" w:asciiTheme="majorAscii" w:hAnsiTheme="majorAscii" w:cstheme="majorAscii"/>
                <w:lang w:val="nl-NL"/>
              </w:rPr>
              <w:t>Instemming</w:t>
            </w:r>
          </w:p>
        </w:tc>
        <w:tc>
          <w:tcPr>
            <w:tcW w:w="1866" w:type="dxa"/>
            <w:tcMar/>
          </w:tcPr>
          <w:p w:rsidRPr="00781AE9" w:rsidR="000444AE" w:rsidP="77F746B7" w:rsidRDefault="000444AE" w14:paraId="6484BCCD" w14:textId="77777777">
            <w:pPr>
              <w:pStyle w:val="Geenafstand"/>
              <w:rPr>
                <w:rFonts w:asciiTheme="majorHAnsi" w:hAnsiTheme="majorHAnsi" w:cstheme="majorHAnsi"/>
                <w:lang w:val="nl-NL"/>
              </w:rPr>
            </w:pPr>
            <w:r w:rsidRPr="00781AE9">
              <w:rPr>
                <w:rFonts w:asciiTheme="majorHAnsi" w:hAnsiTheme="majorHAnsi" w:cstheme="majorHAnsi"/>
                <w:lang w:val="nl-NL"/>
              </w:rPr>
              <w:t>MR</w:t>
            </w:r>
          </w:p>
          <w:p w:rsidRPr="00781AE9" w:rsidR="000444AE" w:rsidP="77F746B7" w:rsidRDefault="000444AE" w14:paraId="58E80FFB" w14:textId="573BBC74">
            <w:pPr>
              <w:pStyle w:val="Geenafstand"/>
              <w:rPr>
                <w:rFonts w:asciiTheme="majorHAnsi" w:hAnsiTheme="majorHAnsi" w:cstheme="majorHAnsi"/>
                <w:lang w:val="nl-NL"/>
              </w:rPr>
            </w:pPr>
          </w:p>
          <w:p w:rsidRPr="00781AE9" w:rsidR="000444AE" w:rsidP="77F746B7" w:rsidRDefault="0E24CE09" w14:paraId="61CDCEAD" w14:textId="332A00ED">
            <w:pPr>
              <w:pStyle w:val="Geenafstand"/>
              <w:rPr>
                <w:rFonts w:asciiTheme="majorHAnsi" w:hAnsiTheme="majorHAnsi" w:cstheme="majorHAnsi"/>
                <w:lang w:val="nl-NL"/>
              </w:rPr>
            </w:pPr>
            <w:r w:rsidRPr="00781AE9">
              <w:rPr>
                <w:rFonts w:asciiTheme="majorHAnsi" w:hAnsiTheme="majorHAnsi" w:cstheme="majorHAnsi"/>
                <w:lang w:val="nl-NL"/>
              </w:rPr>
              <w:t>MR</w:t>
            </w:r>
          </w:p>
          <w:p w:rsidRPr="00781AE9" w:rsidR="000444AE" w:rsidP="77F746B7" w:rsidRDefault="0E843A30" w14:paraId="332AB23E" w14:textId="1B0694CD">
            <w:pPr>
              <w:pStyle w:val="Geenafstand"/>
              <w:rPr>
                <w:rFonts w:asciiTheme="majorHAnsi" w:hAnsiTheme="majorHAnsi" w:cstheme="majorHAnsi"/>
                <w:lang w:val="nl-NL"/>
              </w:rPr>
            </w:pPr>
            <w:r w:rsidRPr="00781AE9">
              <w:rPr>
                <w:rFonts w:asciiTheme="majorHAnsi" w:hAnsiTheme="majorHAnsi" w:cstheme="majorHAnsi"/>
                <w:lang w:val="nl-NL"/>
              </w:rPr>
              <w:t>PG</w:t>
            </w:r>
          </w:p>
        </w:tc>
      </w:tr>
      <w:tr w:rsidRPr="00781AE9" w:rsidR="003F66F2" w:rsidTr="5C0FBBAA" w14:paraId="69625779" w14:textId="77777777">
        <w:tc>
          <w:tcPr>
            <w:tcW w:w="1425" w:type="dxa"/>
            <w:tcMar/>
          </w:tcPr>
          <w:p w:rsidRPr="00781AE9" w:rsidR="003F66F2" w:rsidP="5C0FBBAA" w:rsidRDefault="3F608232" w14:paraId="576556AB" w14:textId="595C59D1">
            <w:pPr>
              <w:pStyle w:val="Geenafstand"/>
              <w:suppressLineNumbers w:val="0"/>
              <w:bidi w:val="0"/>
              <w:spacing w:before="0" w:beforeAutospacing="off" w:after="0" w:afterAutospacing="off" w:line="240" w:lineRule="auto"/>
              <w:ind w:left="0" w:right="0"/>
              <w:jc w:val="left"/>
            </w:pPr>
            <w:r w:rsidRPr="5C0FBBAA" w:rsidR="4D416C00">
              <w:rPr>
                <w:rFonts w:ascii="Calibri" w:hAnsi="Calibri" w:cs="Calibri" w:asciiTheme="majorAscii" w:hAnsiTheme="majorAscii" w:cstheme="majorAscii"/>
                <w:lang w:val="nl-NL"/>
              </w:rPr>
              <w:t>Januari</w:t>
            </w:r>
          </w:p>
        </w:tc>
        <w:tc>
          <w:tcPr>
            <w:tcW w:w="3735" w:type="dxa"/>
            <w:tcMar/>
          </w:tcPr>
          <w:p w:rsidRPr="00781AE9" w:rsidR="003F66F2" w:rsidP="514B77E5" w:rsidRDefault="3F3FCEE5" w14:noSpellErr="1" w14:paraId="2FD14E9C" w14:textId="2E2C7FDD">
            <w:pPr>
              <w:pStyle w:val="Geenafstand"/>
              <w:numPr>
                <w:ilvl w:val="0"/>
                <w:numId w:val="26"/>
              </w:numPr>
              <w:rPr>
                <w:rFonts w:ascii="Calibri" w:hAnsi="Calibri" w:cs="Calibri" w:asciiTheme="majorAscii" w:hAnsiTheme="majorAscii" w:cstheme="majorAscii"/>
                <w:lang w:val="nl-NL"/>
              </w:rPr>
            </w:pPr>
            <w:r w:rsidRPr="514B77E5" w:rsidR="3B993A5C">
              <w:rPr>
                <w:rFonts w:ascii="Calibri" w:hAnsi="Calibri" w:cs="Calibri" w:asciiTheme="majorAscii" w:hAnsiTheme="majorAscii" w:cstheme="majorAscii"/>
                <w:lang w:val="nl-NL"/>
              </w:rPr>
              <w:t xml:space="preserve">Begroting </w:t>
            </w:r>
            <w:r w:rsidRPr="514B77E5" w:rsidR="4C55FDCD">
              <w:rPr>
                <w:rFonts w:ascii="Calibri" w:hAnsi="Calibri" w:cs="Calibri" w:asciiTheme="majorAscii" w:hAnsiTheme="majorAscii" w:cstheme="majorAscii"/>
                <w:lang w:val="nl-NL"/>
              </w:rPr>
              <w:t>IKC Alexia</w:t>
            </w:r>
            <w:r w:rsidRPr="514B77E5" w:rsidR="753AF65D">
              <w:rPr>
                <w:rFonts w:ascii="Calibri" w:hAnsi="Calibri" w:cs="Calibri" w:asciiTheme="majorAscii" w:hAnsiTheme="majorAscii" w:cstheme="majorAscii"/>
                <w:lang w:val="nl-NL"/>
              </w:rPr>
              <w:t xml:space="preserve"> (hoofdlijnen)</w:t>
            </w:r>
          </w:p>
          <w:p w:rsidRPr="00781AE9" w:rsidR="003F66F2" w:rsidP="514B77E5" w:rsidRDefault="3F3FCEE5" w14:paraId="2F9B4FFA" w14:textId="6F88FB1F">
            <w:pPr>
              <w:pStyle w:val="Geenafstand"/>
              <w:ind w:left="720"/>
              <w:rPr>
                <w:rFonts w:ascii="Calibri" w:hAnsi="Calibri" w:cs="Calibri" w:asciiTheme="majorAscii" w:hAnsiTheme="majorAscii" w:cstheme="majorAscii"/>
                <w:lang w:val="nl-NL"/>
              </w:rPr>
            </w:pPr>
          </w:p>
        </w:tc>
        <w:tc>
          <w:tcPr>
            <w:tcW w:w="1830" w:type="dxa"/>
            <w:tcMar/>
          </w:tcPr>
          <w:p w:rsidRPr="00781AE9" w:rsidR="003F66F2" w:rsidP="77F746B7" w:rsidRDefault="1EF2E9F5" w14:paraId="509F0A08" w14:textId="5FCB035B">
            <w:pPr>
              <w:pStyle w:val="Geenafstand"/>
              <w:rPr>
                <w:rFonts w:asciiTheme="majorHAnsi" w:hAnsiTheme="majorHAnsi" w:cstheme="majorHAnsi"/>
                <w:lang w:val="nl-NL"/>
              </w:rPr>
            </w:pPr>
            <w:r w:rsidRPr="00781AE9">
              <w:rPr>
                <w:rFonts w:asciiTheme="majorHAnsi" w:hAnsiTheme="majorHAnsi" w:cstheme="majorHAnsi"/>
                <w:lang w:val="nl-NL"/>
              </w:rPr>
              <w:t>Inste</w:t>
            </w:r>
            <w:r w:rsidRPr="00781AE9" w:rsidR="7AFBC154">
              <w:rPr>
                <w:rFonts w:asciiTheme="majorHAnsi" w:hAnsiTheme="majorHAnsi" w:cstheme="majorHAnsi"/>
                <w:lang w:val="nl-NL"/>
              </w:rPr>
              <w:t>mming</w:t>
            </w:r>
          </w:p>
        </w:tc>
        <w:tc>
          <w:tcPr>
            <w:tcW w:w="1866" w:type="dxa"/>
            <w:tcMar/>
          </w:tcPr>
          <w:p w:rsidRPr="00781AE9" w:rsidR="003F66F2" w:rsidP="77F746B7" w:rsidRDefault="1EF2E9F5" w14:paraId="62C05D9C" w14:textId="0836FCA6">
            <w:pPr>
              <w:pStyle w:val="Geenafstand"/>
              <w:rPr>
                <w:rFonts w:asciiTheme="majorHAnsi" w:hAnsiTheme="majorHAnsi" w:cstheme="majorHAnsi"/>
                <w:lang w:val="nl-NL"/>
              </w:rPr>
            </w:pPr>
            <w:r w:rsidRPr="00781AE9">
              <w:rPr>
                <w:rFonts w:asciiTheme="majorHAnsi" w:hAnsiTheme="majorHAnsi" w:cstheme="majorHAnsi"/>
                <w:lang w:val="nl-NL"/>
              </w:rPr>
              <w:t>MR</w:t>
            </w:r>
          </w:p>
        </w:tc>
      </w:tr>
      <w:tr w:rsidRPr="00781AE9" w:rsidR="003F66F2" w:rsidTr="5C0FBBAA" w14:paraId="7DF43DFF" w14:textId="77777777">
        <w:tc>
          <w:tcPr>
            <w:tcW w:w="1425" w:type="dxa"/>
            <w:tcMar/>
          </w:tcPr>
          <w:p w:rsidRPr="00781AE9" w:rsidR="003F66F2" w:rsidP="77F746B7" w:rsidRDefault="000444AE" w14:paraId="5703F4E6" w14:textId="77777777">
            <w:pPr>
              <w:pStyle w:val="Geenafstand"/>
              <w:rPr>
                <w:rFonts w:asciiTheme="majorHAnsi" w:hAnsiTheme="majorHAnsi" w:cstheme="majorHAnsi"/>
                <w:lang w:val="nl-NL"/>
              </w:rPr>
            </w:pPr>
            <w:r w:rsidRPr="00781AE9">
              <w:rPr>
                <w:rFonts w:asciiTheme="majorHAnsi" w:hAnsiTheme="majorHAnsi" w:cstheme="majorHAnsi"/>
                <w:lang w:val="nl-NL"/>
              </w:rPr>
              <w:t>Begin februari</w:t>
            </w:r>
          </w:p>
        </w:tc>
        <w:tc>
          <w:tcPr>
            <w:tcW w:w="3735" w:type="dxa"/>
            <w:tcMar/>
          </w:tcPr>
          <w:p w:rsidRPr="00781AE9" w:rsidR="003F66F2" w:rsidP="514B77E5" w:rsidRDefault="0E42E381" w14:noSpellErr="1" w14:paraId="3D333A5F" w14:textId="044EF63B">
            <w:pPr>
              <w:pStyle w:val="Geenafstand"/>
              <w:numPr>
                <w:ilvl w:val="0"/>
                <w:numId w:val="42"/>
              </w:numPr>
              <w:rPr>
                <w:rFonts w:ascii="Calibri" w:hAnsi="Calibri" w:cs="Calibri" w:asciiTheme="majorAscii" w:hAnsiTheme="majorAscii" w:cstheme="majorAscii"/>
                <w:lang w:val="nl-NL"/>
              </w:rPr>
            </w:pPr>
            <w:r w:rsidRPr="514B77E5" w:rsidR="14EAE8CE">
              <w:rPr>
                <w:rFonts w:ascii="Calibri" w:hAnsi="Calibri" w:cs="Calibri" w:asciiTheme="majorAscii" w:hAnsiTheme="majorAscii" w:cstheme="majorAscii"/>
                <w:lang w:val="nl-NL"/>
              </w:rPr>
              <w:t>Subsidie Kansen voor Kinderen</w:t>
            </w:r>
          </w:p>
          <w:p w:rsidRPr="00781AE9" w:rsidR="003F66F2" w:rsidP="514B77E5" w:rsidRDefault="0E42E381" w14:paraId="6BB9E253" w14:textId="243A4CD1">
            <w:pPr>
              <w:pStyle w:val="Geenafstand"/>
              <w:ind w:left="720"/>
              <w:rPr>
                <w:rFonts w:ascii="Calibri" w:hAnsi="Calibri" w:cs="Calibri" w:asciiTheme="majorAscii" w:hAnsiTheme="majorAscii" w:cstheme="majorAscii"/>
                <w:lang w:val="nl-NL"/>
              </w:rPr>
            </w:pPr>
          </w:p>
        </w:tc>
        <w:tc>
          <w:tcPr>
            <w:tcW w:w="1830" w:type="dxa"/>
            <w:tcMar/>
          </w:tcPr>
          <w:p w:rsidRPr="00781AE9" w:rsidR="003F66F2" w:rsidP="77F746B7" w:rsidRDefault="0351EB52" w14:paraId="23DE523C" w14:textId="0B1B2842">
            <w:pPr>
              <w:pStyle w:val="Geenafstand"/>
              <w:rPr>
                <w:rFonts w:asciiTheme="majorHAnsi" w:hAnsiTheme="majorHAnsi" w:cstheme="majorHAnsi"/>
                <w:lang w:val="nl-NL"/>
              </w:rPr>
            </w:pPr>
            <w:r w:rsidRPr="00781AE9">
              <w:rPr>
                <w:rFonts w:asciiTheme="majorHAnsi" w:hAnsiTheme="majorHAnsi" w:cstheme="majorHAnsi"/>
                <w:lang w:val="nl-NL"/>
              </w:rPr>
              <w:t>Advies</w:t>
            </w:r>
          </w:p>
        </w:tc>
        <w:tc>
          <w:tcPr>
            <w:tcW w:w="1866" w:type="dxa"/>
            <w:tcMar/>
          </w:tcPr>
          <w:p w:rsidRPr="00781AE9" w:rsidR="003F66F2" w:rsidP="77F746B7" w:rsidRDefault="0E42E381" w14:paraId="52E56223" w14:textId="3C9A9EFA">
            <w:pPr>
              <w:pStyle w:val="Geenafstand"/>
              <w:rPr>
                <w:rFonts w:asciiTheme="majorHAnsi" w:hAnsiTheme="majorHAnsi" w:cstheme="majorHAnsi"/>
                <w:lang w:val="nl-NL"/>
              </w:rPr>
            </w:pPr>
            <w:r w:rsidRPr="00781AE9">
              <w:rPr>
                <w:rFonts w:asciiTheme="majorHAnsi" w:hAnsiTheme="majorHAnsi" w:cstheme="majorHAnsi"/>
                <w:lang w:val="nl-NL"/>
              </w:rPr>
              <w:t>MR</w:t>
            </w:r>
          </w:p>
        </w:tc>
      </w:tr>
      <w:tr w:rsidRPr="00781AE9" w:rsidR="003F66F2" w:rsidTr="5C0FBBAA" w14:paraId="39287103" w14:textId="77777777">
        <w:tc>
          <w:tcPr>
            <w:tcW w:w="1425" w:type="dxa"/>
            <w:tcMar/>
          </w:tcPr>
          <w:p w:rsidRPr="00781AE9" w:rsidR="003F66F2" w:rsidP="77F746B7" w:rsidRDefault="000444AE" w14:paraId="741D646E" w14:textId="77777777">
            <w:pPr>
              <w:pStyle w:val="Geenafstand"/>
              <w:rPr>
                <w:rFonts w:asciiTheme="majorHAnsi" w:hAnsiTheme="majorHAnsi" w:cstheme="majorHAnsi"/>
                <w:lang w:val="nl-NL"/>
              </w:rPr>
            </w:pPr>
            <w:r w:rsidRPr="00781AE9">
              <w:rPr>
                <w:rFonts w:asciiTheme="majorHAnsi" w:hAnsiTheme="majorHAnsi" w:cstheme="majorHAnsi"/>
                <w:lang w:val="nl-NL"/>
              </w:rPr>
              <w:t>Eind maart</w:t>
            </w:r>
          </w:p>
        </w:tc>
        <w:tc>
          <w:tcPr>
            <w:tcW w:w="3735" w:type="dxa"/>
            <w:tcMar/>
          </w:tcPr>
          <w:p w:rsidRPr="00781AE9" w:rsidR="003F66F2" w:rsidP="514B77E5" w:rsidRDefault="3F608232" w14:noSpellErr="1" w14:paraId="7CD0E328" w14:textId="24B1A870">
            <w:pPr>
              <w:pStyle w:val="Geenafstand"/>
              <w:numPr>
                <w:ilvl w:val="0"/>
                <w:numId w:val="26"/>
              </w:numPr>
              <w:rPr>
                <w:rFonts w:ascii="Calibri" w:hAnsi="Calibri" w:cs="Calibri" w:asciiTheme="majorAscii" w:hAnsiTheme="majorAscii" w:cstheme="majorAscii"/>
                <w:lang w:val="nl-NL"/>
              </w:rPr>
            </w:pPr>
            <w:r w:rsidRPr="514B77E5" w:rsidR="0A13AD26">
              <w:rPr>
                <w:rFonts w:ascii="Calibri" w:hAnsi="Calibri" w:cs="Calibri" w:asciiTheme="majorAscii" w:hAnsiTheme="majorAscii" w:cstheme="majorAscii"/>
                <w:lang w:val="nl-NL"/>
              </w:rPr>
              <w:t>Formatie groepsverdeling schooljaar 202</w:t>
            </w:r>
            <w:r w:rsidRPr="514B77E5" w:rsidR="3628055B">
              <w:rPr>
                <w:rFonts w:ascii="Calibri" w:hAnsi="Calibri" w:cs="Calibri" w:asciiTheme="majorAscii" w:hAnsiTheme="majorAscii" w:cstheme="majorAscii"/>
                <w:lang w:val="nl-NL"/>
              </w:rPr>
              <w:t>6</w:t>
            </w:r>
            <w:r w:rsidRPr="514B77E5" w:rsidR="0A13AD26">
              <w:rPr>
                <w:rFonts w:ascii="Calibri" w:hAnsi="Calibri" w:cs="Calibri" w:asciiTheme="majorAscii" w:hAnsiTheme="majorAscii" w:cstheme="majorAscii"/>
                <w:lang w:val="nl-NL"/>
              </w:rPr>
              <w:t>-202</w:t>
            </w:r>
            <w:r w:rsidRPr="514B77E5" w:rsidR="29E2CE11">
              <w:rPr>
                <w:rFonts w:ascii="Calibri" w:hAnsi="Calibri" w:cs="Calibri" w:asciiTheme="majorAscii" w:hAnsiTheme="majorAscii" w:cstheme="majorAscii"/>
                <w:lang w:val="nl-NL"/>
              </w:rPr>
              <w:t>7</w:t>
            </w:r>
            <w:r w:rsidRPr="514B77E5" w:rsidR="0A13AD26">
              <w:rPr>
                <w:rFonts w:ascii="Calibri" w:hAnsi="Calibri" w:cs="Calibri" w:asciiTheme="majorAscii" w:hAnsiTheme="majorAscii" w:cstheme="majorAscii"/>
                <w:lang w:val="nl-NL"/>
              </w:rPr>
              <w:t xml:space="preserve"> excl. </w:t>
            </w:r>
            <w:r w:rsidRPr="514B77E5" w:rsidR="0485190C">
              <w:rPr>
                <w:rFonts w:ascii="Calibri" w:hAnsi="Calibri" w:cs="Calibri" w:asciiTheme="majorAscii" w:hAnsiTheme="majorAscii" w:cstheme="majorAscii"/>
                <w:lang w:val="nl-NL"/>
              </w:rPr>
              <w:t>B</w:t>
            </w:r>
            <w:r w:rsidRPr="514B77E5" w:rsidR="0A13AD26">
              <w:rPr>
                <w:rFonts w:ascii="Calibri" w:hAnsi="Calibri" w:cs="Calibri" w:asciiTheme="majorAscii" w:hAnsiTheme="majorAscii" w:cstheme="majorAscii"/>
                <w:lang w:val="nl-NL"/>
              </w:rPr>
              <w:t>ezetting</w:t>
            </w:r>
          </w:p>
          <w:p w:rsidRPr="00781AE9" w:rsidR="003F66F2" w:rsidP="514B77E5" w:rsidRDefault="3F608232" w14:paraId="54518D2F" w14:textId="50B9DCB2">
            <w:pPr>
              <w:pStyle w:val="Geenafstand"/>
              <w:ind w:left="720"/>
              <w:rPr>
                <w:rFonts w:ascii="Calibri" w:hAnsi="Calibri" w:cs="Calibri" w:asciiTheme="majorAscii" w:hAnsiTheme="majorAscii" w:cstheme="majorAscii"/>
                <w:lang w:val="nl-NL"/>
              </w:rPr>
            </w:pPr>
          </w:p>
        </w:tc>
        <w:tc>
          <w:tcPr>
            <w:tcW w:w="1830" w:type="dxa"/>
            <w:tcMar/>
          </w:tcPr>
          <w:p w:rsidRPr="00781AE9" w:rsidR="003F66F2" w:rsidP="77F746B7" w:rsidRDefault="65EF5FA0" w14:paraId="33D9F33C" w14:textId="7A29BA72">
            <w:pPr>
              <w:pStyle w:val="Geenafstand"/>
              <w:rPr>
                <w:rFonts w:asciiTheme="majorHAnsi" w:hAnsiTheme="majorHAnsi" w:cstheme="majorHAnsi"/>
                <w:lang w:val="nl-NL"/>
              </w:rPr>
            </w:pPr>
            <w:r w:rsidRPr="00781AE9">
              <w:rPr>
                <w:rFonts w:asciiTheme="majorHAnsi" w:hAnsiTheme="majorHAnsi" w:cstheme="majorHAnsi"/>
                <w:lang w:val="nl-NL"/>
              </w:rPr>
              <w:t>Instemmi</w:t>
            </w:r>
            <w:r w:rsidRPr="00781AE9" w:rsidR="4239F8A0">
              <w:rPr>
                <w:rFonts w:asciiTheme="majorHAnsi" w:hAnsiTheme="majorHAnsi" w:cstheme="majorHAnsi"/>
                <w:lang w:val="nl-NL"/>
              </w:rPr>
              <w:t>ng</w:t>
            </w:r>
          </w:p>
        </w:tc>
        <w:tc>
          <w:tcPr>
            <w:tcW w:w="1866" w:type="dxa"/>
            <w:tcMar/>
          </w:tcPr>
          <w:p w:rsidRPr="00781AE9" w:rsidR="003F66F2" w:rsidP="77F746B7" w:rsidRDefault="65EF5FA0" w14:paraId="0EFA5AE6" w14:textId="79592B88">
            <w:pPr>
              <w:pStyle w:val="Geenafstand"/>
              <w:rPr>
                <w:rFonts w:asciiTheme="majorHAnsi" w:hAnsiTheme="majorHAnsi" w:cstheme="majorHAnsi"/>
                <w:lang w:val="nl-NL"/>
              </w:rPr>
            </w:pPr>
            <w:r w:rsidRPr="00781AE9">
              <w:rPr>
                <w:rFonts w:asciiTheme="majorHAnsi" w:hAnsiTheme="majorHAnsi" w:cstheme="majorHAnsi"/>
                <w:lang w:val="nl-NL"/>
              </w:rPr>
              <w:t>MR</w:t>
            </w:r>
          </w:p>
        </w:tc>
      </w:tr>
      <w:tr w:rsidRPr="00781AE9" w:rsidR="003F66F2" w:rsidTr="5C0FBBAA" w14:paraId="3C0EECDD" w14:textId="77777777">
        <w:tc>
          <w:tcPr>
            <w:tcW w:w="1425" w:type="dxa"/>
            <w:tcMar/>
          </w:tcPr>
          <w:p w:rsidRPr="00781AE9" w:rsidR="003F66F2" w:rsidP="77F746B7" w:rsidRDefault="7E965329" w14:paraId="61607088" w14:textId="77777777">
            <w:pPr>
              <w:pStyle w:val="Geenafstand"/>
              <w:rPr>
                <w:rFonts w:asciiTheme="majorHAnsi" w:hAnsiTheme="majorHAnsi" w:cstheme="majorHAnsi"/>
                <w:lang w:val="nl-NL"/>
              </w:rPr>
            </w:pPr>
            <w:r w:rsidRPr="00781AE9">
              <w:rPr>
                <w:rFonts w:asciiTheme="majorHAnsi" w:hAnsiTheme="majorHAnsi" w:cstheme="majorHAnsi"/>
                <w:lang w:val="nl-NL"/>
              </w:rPr>
              <w:t>Half mei</w:t>
            </w:r>
          </w:p>
        </w:tc>
        <w:tc>
          <w:tcPr>
            <w:tcW w:w="3735" w:type="dxa"/>
            <w:tcMar/>
          </w:tcPr>
          <w:p w:rsidRPr="00781AE9" w:rsidR="003F66F2" w:rsidP="77F746B7" w:rsidRDefault="3F608232" w14:paraId="1A834B05" w14:textId="3D09E1E5">
            <w:pPr>
              <w:pStyle w:val="Geenafstand"/>
              <w:numPr>
                <w:ilvl w:val="0"/>
                <w:numId w:val="26"/>
              </w:numPr>
              <w:rPr>
                <w:rFonts w:asciiTheme="majorHAnsi" w:hAnsiTheme="majorHAnsi" w:cstheme="majorHAnsi"/>
                <w:lang w:val="nl-NL"/>
              </w:rPr>
            </w:pPr>
            <w:r w:rsidRPr="00781AE9">
              <w:rPr>
                <w:rFonts w:asciiTheme="majorHAnsi" w:hAnsiTheme="majorHAnsi" w:cstheme="majorHAnsi"/>
                <w:lang w:val="nl-NL"/>
              </w:rPr>
              <w:t xml:space="preserve">Formatie </w:t>
            </w:r>
            <w:r w:rsidRPr="00781AE9" w:rsidR="237AB377">
              <w:rPr>
                <w:rFonts w:asciiTheme="majorHAnsi" w:hAnsiTheme="majorHAnsi" w:cstheme="majorHAnsi"/>
                <w:lang w:val="nl-NL"/>
              </w:rPr>
              <w:t xml:space="preserve">(concept) </w:t>
            </w:r>
            <w:r w:rsidRPr="00781AE9">
              <w:rPr>
                <w:rFonts w:asciiTheme="majorHAnsi" w:hAnsiTheme="majorHAnsi" w:cstheme="majorHAnsi"/>
                <w:lang w:val="nl-NL"/>
              </w:rPr>
              <w:t>incl. be</w:t>
            </w:r>
            <w:r w:rsidRPr="00781AE9" w:rsidR="26F13128">
              <w:rPr>
                <w:rFonts w:asciiTheme="majorHAnsi" w:hAnsiTheme="majorHAnsi" w:cstheme="majorHAnsi"/>
                <w:lang w:val="nl-NL"/>
              </w:rPr>
              <w:t>z</w:t>
            </w:r>
            <w:r w:rsidRPr="00781AE9">
              <w:rPr>
                <w:rFonts w:asciiTheme="majorHAnsi" w:hAnsiTheme="majorHAnsi" w:cstheme="majorHAnsi"/>
                <w:lang w:val="nl-NL"/>
              </w:rPr>
              <w:t>etting schooljaar 202</w:t>
            </w:r>
            <w:r w:rsidRPr="00781AE9" w:rsidR="5808CB8E">
              <w:rPr>
                <w:rFonts w:asciiTheme="majorHAnsi" w:hAnsiTheme="majorHAnsi" w:cstheme="majorHAnsi"/>
                <w:lang w:val="nl-NL"/>
              </w:rPr>
              <w:t>6</w:t>
            </w:r>
            <w:r w:rsidRPr="00781AE9">
              <w:rPr>
                <w:rFonts w:asciiTheme="majorHAnsi" w:hAnsiTheme="majorHAnsi" w:cstheme="majorHAnsi"/>
                <w:lang w:val="nl-NL"/>
              </w:rPr>
              <w:t>-202</w:t>
            </w:r>
            <w:r w:rsidRPr="00781AE9" w:rsidR="19415B86">
              <w:rPr>
                <w:rFonts w:asciiTheme="majorHAnsi" w:hAnsiTheme="majorHAnsi" w:cstheme="majorHAnsi"/>
                <w:lang w:val="nl-NL"/>
              </w:rPr>
              <w:t>7</w:t>
            </w:r>
          </w:p>
          <w:p w:rsidRPr="00781AE9" w:rsidR="000444AE" w:rsidP="77F746B7" w:rsidRDefault="3F608232" w14:paraId="0C07C1AA" w14:textId="712CE7AC">
            <w:pPr>
              <w:pStyle w:val="Geenafstand"/>
              <w:numPr>
                <w:ilvl w:val="0"/>
                <w:numId w:val="26"/>
              </w:numPr>
              <w:rPr>
                <w:rFonts w:asciiTheme="majorHAnsi" w:hAnsiTheme="majorHAnsi" w:cstheme="majorHAnsi"/>
                <w:lang w:val="nl-NL"/>
              </w:rPr>
            </w:pPr>
            <w:r w:rsidRPr="00781AE9">
              <w:rPr>
                <w:rFonts w:asciiTheme="majorHAnsi" w:hAnsiTheme="majorHAnsi" w:cstheme="majorHAnsi"/>
                <w:lang w:val="nl-NL"/>
              </w:rPr>
              <w:t>MR-verkiezingen</w:t>
            </w:r>
            <w:r w:rsidRPr="00781AE9" w:rsidR="31214A90">
              <w:rPr>
                <w:rFonts w:asciiTheme="majorHAnsi" w:hAnsiTheme="majorHAnsi" w:cstheme="majorHAnsi"/>
                <w:lang w:val="nl-NL"/>
              </w:rPr>
              <w:t xml:space="preserve"> (indien van toepassing)</w:t>
            </w:r>
          </w:p>
          <w:p w:rsidRPr="00781AE9" w:rsidR="000444AE" w:rsidP="514B77E5" w:rsidRDefault="000444AE" w14:noSpellErr="1" w14:paraId="5FD28369" w14:textId="4F3EBD35">
            <w:pPr>
              <w:pStyle w:val="Geenafstand"/>
              <w:numPr>
                <w:ilvl w:val="0"/>
                <w:numId w:val="26"/>
              </w:numPr>
              <w:rPr>
                <w:rFonts w:ascii="Calibri" w:hAnsi="Calibri" w:cs="Calibri" w:asciiTheme="majorAscii" w:hAnsiTheme="majorAscii" w:cstheme="majorAscii"/>
                <w:color w:val="000000" w:themeColor="text1" w:themeTint="FF" w:themeShade="FF"/>
                <w:lang w:val="nl-NL"/>
              </w:rPr>
            </w:pPr>
            <w:r w:rsidRPr="514B77E5" w:rsidR="79753FDD">
              <w:rPr>
                <w:rFonts w:ascii="Calibri" w:hAnsi="Calibri" w:cs="Calibri" w:asciiTheme="majorAscii" w:hAnsiTheme="majorAscii" w:cstheme="majorAscii"/>
                <w:lang w:val="nl-NL"/>
              </w:rPr>
              <w:t>Vakantierooster</w:t>
            </w:r>
          </w:p>
          <w:p w:rsidRPr="00781AE9" w:rsidR="000444AE" w:rsidP="514B77E5" w:rsidRDefault="000444AE" w14:paraId="698567F2" w14:textId="0A44E658">
            <w:pPr>
              <w:pStyle w:val="Geenafstand"/>
              <w:ind w:left="720"/>
              <w:rPr>
                <w:rFonts w:ascii="Calibri" w:hAnsi="Calibri" w:cs="Calibri" w:asciiTheme="majorAscii" w:hAnsiTheme="majorAscii" w:cstheme="majorAscii"/>
                <w:color w:val="000000" w:themeColor="text1" w:themeTint="FF" w:themeShade="FF"/>
                <w:lang w:val="nl-NL"/>
              </w:rPr>
            </w:pPr>
          </w:p>
        </w:tc>
        <w:tc>
          <w:tcPr>
            <w:tcW w:w="1830" w:type="dxa"/>
            <w:tcMar/>
          </w:tcPr>
          <w:p w:rsidRPr="00781AE9" w:rsidR="6D5FC077" w:rsidP="77F746B7" w:rsidRDefault="3C1883EA" w14:paraId="6EB36835" w14:textId="2F26E066">
            <w:pPr>
              <w:pStyle w:val="Geenafstand"/>
              <w:rPr>
                <w:rFonts w:asciiTheme="majorHAnsi" w:hAnsiTheme="majorHAnsi" w:cstheme="majorHAnsi"/>
                <w:lang w:val="nl-NL"/>
              </w:rPr>
            </w:pPr>
            <w:r w:rsidRPr="00781AE9">
              <w:rPr>
                <w:rFonts w:asciiTheme="majorHAnsi" w:hAnsiTheme="majorHAnsi" w:cstheme="majorHAnsi"/>
                <w:lang w:val="nl-NL"/>
              </w:rPr>
              <w:t>Ter kennisgeving</w:t>
            </w:r>
          </w:p>
          <w:p w:rsidRPr="00781AE9" w:rsidR="6D5FC077" w:rsidP="77F746B7" w:rsidRDefault="6D5FC077" w14:paraId="0E4E42B0" w14:textId="3D17E512">
            <w:pPr>
              <w:pStyle w:val="Geenafstand"/>
              <w:rPr>
                <w:rFonts w:asciiTheme="majorHAnsi" w:hAnsiTheme="majorHAnsi" w:cstheme="majorHAnsi"/>
                <w:lang w:val="nl-NL"/>
              </w:rPr>
            </w:pPr>
          </w:p>
          <w:p w:rsidRPr="00781AE9" w:rsidR="000444AE" w:rsidP="77F746B7" w:rsidRDefault="6D66D255" w14:paraId="0E64C0EA" w14:textId="0EFEAB54">
            <w:pPr>
              <w:pStyle w:val="Geenafstand"/>
              <w:rPr>
                <w:rFonts w:asciiTheme="majorHAnsi" w:hAnsiTheme="majorHAnsi" w:cstheme="majorHAnsi"/>
                <w:lang w:val="nl-NL"/>
              </w:rPr>
            </w:pPr>
            <w:r w:rsidRPr="00781AE9">
              <w:rPr>
                <w:rFonts w:asciiTheme="majorHAnsi" w:hAnsiTheme="majorHAnsi" w:cstheme="majorHAnsi"/>
                <w:lang w:val="nl-NL"/>
              </w:rPr>
              <w:t>Vaststellen</w:t>
            </w:r>
          </w:p>
          <w:p w:rsidRPr="00781AE9" w:rsidR="000444AE" w:rsidP="77F746B7" w:rsidRDefault="000444AE" w14:paraId="7D1EDB35" w14:textId="5BC8EC36">
            <w:pPr>
              <w:pStyle w:val="Geenafstand"/>
              <w:rPr>
                <w:rFonts w:asciiTheme="majorHAnsi" w:hAnsiTheme="majorHAnsi" w:cstheme="majorHAnsi"/>
                <w:lang w:val="nl-NL"/>
              </w:rPr>
            </w:pPr>
          </w:p>
          <w:p w:rsidRPr="00781AE9" w:rsidR="000444AE" w:rsidP="77F746B7" w:rsidRDefault="72A91AA6" w14:paraId="67B80746" w14:textId="64F375D6">
            <w:pPr>
              <w:pStyle w:val="Geenafstand"/>
              <w:rPr>
                <w:rFonts w:asciiTheme="majorHAnsi" w:hAnsiTheme="majorHAnsi" w:cstheme="majorHAnsi"/>
                <w:lang w:val="nl-NL"/>
              </w:rPr>
            </w:pPr>
            <w:r w:rsidRPr="00781AE9">
              <w:rPr>
                <w:rFonts w:asciiTheme="majorHAnsi" w:hAnsiTheme="majorHAnsi" w:cstheme="majorHAnsi"/>
                <w:lang w:val="nl-NL"/>
              </w:rPr>
              <w:t>Instem</w:t>
            </w:r>
            <w:r w:rsidRPr="00781AE9" w:rsidR="72A0A505">
              <w:rPr>
                <w:rFonts w:asciiTheme="majorHAnsi" w:hAnsiTheme="majorHAnsi" w:cstheme="majorHAnsi"/>
                <w:lang w:val="nl-NL"/>
              </w:rPr>
              <w:t>ming</w:t>
            </w:r>
          </w:p>
        </w:tc>
        <w:tc>
          <w:tcPr>
            <w:tcW w:w="1866" w:type="dxa"/>
            <w:tcMar/>
          </w:tcPr>
          <w:p w:rsidRPr="00781AE9" w:rsidR="003F66F2" w:rsidP="77F746B7" w:rsidRDefault="72A91AA6" w14:paraId="557B3868" w14:textId="43A4E950">
            <w:pPr>
              <w:pStyle w:val="Geenafstand"/>
              <w:rPr>
                <w:rFonts w:asciiTheme="majorHAnsi" w:hAnsiTheme="majorHAnsi" w:cstheme="majorHAnsi"/>
                <w:lang w:val="nl-NL"/>
              </w:rPr>
            </w:pPr>
            <w:r w:rsidRPr="00781AE9">
              <w:rPr>
                <w:rFonts w:asciiTheme="majorHAnsi" w:hAnsiTheme="majorHAnsi" w:cstheme="majorHAnsi"/>
                <w:lang w:val="nl-NL"/>
              </w:rPr>
              <w:t>MR</w:t>
            </w:r>
          </w:p>
          <w:p w:rsidRPr="00781AE9" w:rsidR="000444AE" w:rsidP="77F746B7" w:rsidRDefault="000444AE" w14:paraId="5043CB0F" w14:textId="77777777">
            <w:pPr>
              <w:pStyle w:val="Geenafstand"/>
              <w:rPr>
                <w:rFonts w:asciiTheme="majorHAnsi" w:hAnsiTheme="majorHAnsi" w:cstheme="majorHAnsi"/>
                <w:lang w:val="nl-NL"/>
              </w:rPr>
            </w:pPr>
          </w:p>
          <w:p w:rsidRPr="00781AE9" w:rsidR="000444AE" w:rsidP="77F746B7" w:rsidRDefault="3F608232" w14:paraId="4ACDCCE6" w14:textId="77777777">
            <w:pPr>
              <w:pStyle w:val="Geenafstand"/>
              <w:rPr>
                <w:rFonts w:asciiTheme="majorHAnsi" w:hAnsiTheme="majorHAnsi" w:cstheme="majorHAnsi"/>
                <w:lang w:val="nl-NL"/>
              </w:rPr>
            </w:pPr>
            <w:r w:rsidRPr="00781AE9">
              <w:rPr>
                <w:rFonts w:asciiTheme="majorHAnsi" w:hAnsiTheme="majorHAnsi" w:cstheme="majorHAnsi"/>
                <w:lang w:val="nl-NL"/>
              </w:rPr>
              <w:t>MR</w:t>
            </w:r>
          </w:p>
          <w:p w:rsidRPr="00781AE9" w:rsidR="6D5FC077" w:rsidP="77F746B7" w:rsidRDefault="6D5FC077" w14:paraId="00A7C0E3" w14:textId="03558D65">
            <w:pPr>
              <w:pStyle w:val="Geenafstand"/>
              <w:rPr>
                <w:rFonts w:asciiTheme="majorHAnsi" w:hAnsiTheme="majorHAnsi" w:cstheme="majorHAnsi"/>
                <w:lang w:val="nl-NL"/>
              </w:rPr>
            </w:pPr>
          </w:p>
          <w:p w:rsidRPr="00781AE9" w:rsidR="000444AE" w:rsidP="77F746B7" w:rsidRDefault="000444AE" w14:paraId="63776B01" w14:textId="77777777">
            <w:pPr>
              <w:pStyle w:val="Geenafstand"/>
              <w:rPr>
                <w:rFonts w:asciiTheme="majorHAnsi" w:hAnsiTheme="majorHAnsi" w:cstheme="majorHAnsi"/>
                <w:lang w:val="nl-NL"/>
              </w:rPr>
            </w:pPr>
            <w:r w:rsidRPr="00781AE9">
              <w:rPr>
                <w:rFonts w:asciiTheme="majorHAnsi" w:hAnsiTheme="majorHAnsi" w:cstheme="majorHAnsi"/>
                <w:lang w:val="nl-NL"/>
              </w:rPr>
              <w:t>MR</w:t>
            </w:r>
          </w:p>
        </w:tc>
      </w:tr>
      <w:tr w:rsidRPr="00781AE9" w:rsidR="000444AE" w:rsidTr="5C0FBBAA" w14:paraId="24075879" w14:textId="77777777">
        <w:tc>
          <w:tcPr>
            <w:tcW w:w="1425" w:type="dxa"/>
            <w:tcMar/>
          </w:tcPr>
          <w:p w:rsidRPr="00781AE9" w:rsidR="000444AE" w:rsidP="77F746B7" w:rsidRDefault="7E965329" w14:paraId="576E6A02" w14:textId="77777777">
            <w:pPr>
              <w:pStyle w:val="Geenafstand"/>
              <w:rPr>
                <w:rFonts w:asciiTheme="majorHAnsi" w:hAnsiTheme="majorHAnsi" w:cstheme="majorHAnsi"/>
                <w:lang w:val="nl-NL"/>
              </w:rPr>
            </w:pPr>
            <w:r w:rsidRPr="00781AE9">
              <w:rPr>
                <w:rFonts w:asciiTheme="majorHAnsi" w:hAnsiTheme="majorHAnsi" w:cstheme="majorHAnsi"/>
                <w:lang w:val="nl-NL"/>
              </w:rPr>
              <w:t>Eind juni</w:t>
            </w:r>
          </w:p>
        </w:tc>
        <w:tc>
          <w:tcPr>
            <w:tcW w:w="3735" w:type="dxa"/>
            <w:tcMar/>
          </w:tcPr>
          <w:p w:rsidRPr="00781AE9" w:rsidR="00800B9D" w:rsidP="77F746B7" w:rsidRDefault="3F608232" w14:paraId="07459315" w14:textId="719DD4F0">
            <w:pPr>
              <w:pStyle w:val="Geenafstand"/>
              <w:numPr>
                <w:ilvl w:val="0"/>
                <w:numId w:val="26"/>
              </w:numPr>
              <w:rPr>
                <w:rFonts w:asciiTheme="majorHAnsi" w:hAnsiTheme="majorHAnsi" w:cstheme="majorHAnsi"/>
                <w:lang w:val="nl-NL"/>
              </w:rPr>
            </w:pPr>
            <w:r w:rsidRPr="00781AE9">
              <w:rPr>
                <w:rFonts w:asciiTheme="majorHAnsi" w:hAnsiTheme="majorHAnsi" w:cstheme="majorHAnsi"/>
                <w:lang w:val="nl-NL"/>
              </w:rPr>
              <w:t>Schooljaarplan incl. jaarrekening</w:t>
            </w:r>
          </w:p>
          <w:p w:rsidRPr="00781AE9" w:rsidR="185C3311" w:rsidP="514B77E5" w:rsidRDefault="185C3311" w14:paraId="1CEA32A5" w14:noSpellErr="1" w14:textId="4FD4674C">
            <w:pPr>
              <w:pStyle w:val="Geenafstand"/>
              <w:numPr>
                <w:ilvl w:val="0"/>
                <w:numId w:val="26"/>
              </w:numPr>
              <w:ind/>
              <w:rPr>
                <w:rFonts w:ascii="Calibri" w:hAnsi="Calibri" w:cs="Calibri" w:asciiTheme="majorAscii" w:hAnsiTheme="majorAscii" w:cstheme="majorAscii"/>
                <w:lang w:val="nl-NL"/>
              </w:rPr>
            </w:pPr>
            <w:r w:rsidRPr="514B77E5" w:rsidR="00800B9D">
              <w:rPr>
                <w:rFonts w:ascii="Calibri" w:hAnsi="Calibri" w:cs="Calibri" w:asciiTheme="majorAscii" w:hAnsiTheme="majorAscii" w:cstheme="majorAscii"/>
                <w:lang w:val="nl-NL"/>
              </w:rPr>
              <w:t>Formatie schooljaar 202</w:t>
            </w:r>
            <w:r w:rsidRPr="514B77E5" w:rsidR="057C51B2">
              <w:rPr>
                <w:rFonts w:ascii="Calibri" w:hAnsi="Calibri" w:cs="Calibri" w:asciiTheme="majorAscii" w:hAnsiTheme="majorAscii" w:cstheme="majorAscii"/>
                <w:lang w:val="nl-NL"/>
              </w:rPr>
              <w:t>6</w:t>
            </w:r>
            <w:r w:rsidRPr="514B77E5" w:rsidR="00800B9D">
              <w:rPr>
                <w:rFonts w:ascii="Calibri" w:hAnsi="Calibri" w:cs="Calibri" w:asciiTheme="majorAscii" w:hAnsiTheme="majorAscii" w:cstheme="majorAscii"/>
                <w:lang w:val="nl-NL"/>
              </w:rPr>
              <w:t>-202</w:t>
            </w:r>
            <w:r w:rsidRPr="514B77E5" w:rsidR="46E42DE6">
              <w:rPr>
                <w:rFonts w:ascii="Calibri" w:hAnsi="Calibri" w:cs="Calibri" w:asciiTheme="majorAscii" w:hAnsiTheme="majorAscii" w:cstheme="majorAscii"/>
                <w:lang w:val="nl-NL"/>
              </w:rPr>
              <w:t>7</w:t>
            </w:r>
            <w:r w:rsidRPr="514B77E5" w:rsidR="71E65388">
              <w:rPr>
                <w:rFonts w:ascii="Calibri" w:hAnsi="Calibri" w:cs="Calibri" w:asciiTheme="majorAscii" w:hAnsiTheme="majorAscii" w:cstheme="majorAscii"/>
                <w:lang w:val="nl-NL"/>
              </w:rPr>
              <w:t xml:space="preserve"> </w:t>
            </w:r>
            <w:r w:rsidRPr="514B77E5" w:rsidR="53275B7D">
              <w:rPr>
                <w:rFonts w:ascii="Calibri" w:hAnsi="Calibri" w:cs="Calibri" w:asciiTheme="majorAscii" w:hAnsiTheme="majorAscii" w:cstheme="majorAscii"/>
                <w:lang w:val="nl-NL"/>
              </w:rPr>
              <w:t>vaststellen</w:t>
            </w:r>
          </w:p>
          <w:p w:rsidRPr="00781AE9" w:rsidR="00800B9D" w:rsidP="77F746B7" w:rsidRDefault="00800B9D" w14:paraId="1D546A76" w14:textId="7F4D16E4">
            <w:pPr>
              <w:pStyle w:val="Geenafstand"/>
              <w:numPr>
                <w:ilvl w:val="0"/>
                <w:numId w:val="26"/>
              </w:numPr>
              <w:rPr>
                <w:rFonts w:asciiTheme="majorHAnsi" w:hAnsiTheme="majorHAnsi" w:cstheme="majorHAnsi"/>
                <w:lang w:val="nl-NL"/>
              </w:rPr>
            </w:pPr>
            <w:r w:rsidRPr="00781AE9">
              <w:rPr>
                <w:rFonts w:asciiTheme="majorHAnsi" w:hAnsiTheme="majorHAnsi" w:cstheme="majorHAnsi"/>
                <w:lang w:val="nl-NL"/>
              </w:rPr>
              <w:t>Jaarverslag:</w:t>
            </w:r>
          </w:p>
          <w:p w:rsidRPr="00781AE9" w:rsidR="00800B9D" w:rsidP="77F746B7" w:rsidRDefault="00800B9D" w14:paraId="6D7E2CFF" w14:textId="77777777">
            <w:pPr>
              <w:pStyle w:val="Geenafstand"/>
              <w:numPr>
                <w:ilvl w:val="0"/>
                <w:numId w:val="30"/>
              </w:numPr>
              <w:rPr>
                <w:rFonts w:asciiTheme="majorHAnsi" w:hAnsiTheme="majorHAnsi" w:cstheme="majorHAnsi"/>
                <w:lang w:val="nl-NL"/>
              </w:rPr>
            </w:pPr>
            <w:r w:rsidRPr="00781AE9">
              <w:rPr>
                <w:rFonts w:asciiTheme="majorHAnsi" w:hAnsiTheme="majorHAnsi" w:cstheme="majorHAnsi"/>
                <w:lang w:val="nl-NL"/>
              </w:rPr>
              <w:t>Evaluatie jaarplan</w:t>
            </w:r>
          </w:p>
          <w:p w:rsidRPr="00781AE9" w:rsidR="00800B9D" w:rsidP="77F746B7" w:rsidRDefault="00800B9D" w14:paraId="4FE2C806" w14:textId="77777777">
            <w:pPr>
              <w:pStyle w:val="Geenafstand"/>
              <w:numPr>
                <w:ilvl w:val="0"/>
                <w:numId w:val="30"/>
              </w:numPr>
              <w:rPr>
                <w:rFonts w:asciiTheme="majorHAnsi" w:hAnsiTheme="majorHAnsi" w:cstheme="majorHAnsi"/>
                <w:lang w:val="nl-NL"/>
              </w:rPr>
            </w:pPr>
            <w:r w:rsidRPr="00781AE9">
              <w:rPr>
                <w:rFonts w:asciiTheme="majorHAnsi" w:hAnsiTheme="majorHAnsi" w:cstheme="majorHAnsi"/>
                <w:lang w:val="nl-NL"/>
              </w:rPr>
              <w:t>Leeropbrengsten schooljaar</w:t>
            </w:r>
          </w:p>
          <w:p w:rsidRPr="00781AE9" w:rsidR="00800B9D" w:rsidP="77F746B7" w:rsidRDefault="00800B9D" w14:paraId="31256682" w14:textId="77777777">
            <w:pPr>
              <w:pStyle w:val="Geenafstand"/>
              <w:numPr>
                <w:ilvl w:val="0"/>
                <w:numId w:val="30"/>
              </w:numPr>
              <w:rPr>
                <w:rFonts w:asciiTheme="majorHAnsi" w:hAnsiTheme="majorHAnsi" w:cstheme="majorHAnsi"/>
                <w:lang w:val="nl-NL"/>
              </w:rPr>
            </w:pPr>
            <w:r w:rsidRPr="00781AE9">
              <w:rPr>
                <w:rFonts w:asciiTheme="majorHAnsi" w:hAnsiTheme="majorHAnsi" w:cstheme="majorHAnsi"/>
                <w:lang w:val="nl-NL"/>
              </w:rPr>
              <w:t>Verzuimanalyse</w:t>
            </w:r>
          </w:p>
          <w:p w:rsidRPr="00781AE9" w:rsidR="00800B9D" w:rsidP="77F746B7" w:rsidRDefault="2B95B7B3" w14:paraId="4BF6C62A" w14:textId="31B1EB39">
            <w:pPr>
              <w:pStyle w:val="Geenafstand"/>
              <w:numPr>
                <w:ilvl w:val="0"/>
                <w:numId w:val="30"/>
              </w:numPr>
              <w:rPr>
                <w:rFonts w:asciiTheme="majorHAnsi" w:hAnsiTheme="majorHAnsi" w:cstheme="majorHAnsi"/>
                <w:lang w:val="nl-NL"/>
              </w:rPr>
            </w:pPr>
            <w:r w:rsidRPr="00781AE9">
              <w:rPr>
                <w:rFonts w:asciiTheme="majorHAnsi" w:hAnsiTheme="majorHAnsi" w:cstheme="majorHAnsi"/>
                <w:lang w:val="nl-NL"/>
              </w:rPr>
              <w:t>Ondersteunings</w:t>
            </w:r>
            <w:r w:rsidRPr="00781AE9" w:rsidR="00800B9D">
              <w:rPr>
                <w:rFonts w:asciiTheme="majorHAnsi" w:hAnsiTheme="majorHAnsi" w:cstheme="majorHAnsi"/>
                <w:lang w:val="nl-NL"/>
              </w:rPr>
              <w:t>plan</w:t>
            </w:r>
          </w:p>
          <w:p w:rsidRPr="00781AE9" w:rsidR="00800B9D" w:rsidP="77F746B7" w:rsidRDefault="16397F01" w14:paraId="6896C282" w14:textId="5D60F855">
            <w:pPr>
              <w:pStyle w:val="Geenafstand"/>
              <w:numPr>
                <w:ilvl w:val="0"/>
                <w:numId w:val="26"/>
              </w:numPr>
              <w:rPr>
                <w:rFonts w:asciiTheme="majorHAnsi" w:hAnsiTheme="majorHAnsi" w:cstheme="majorHAnsi"/>
                <w:lang w:val="nl-NL"/>
              </w:rPr>
            </w:pPr>
            <w:r w:rsidRPr="00781AE9">
              <w:rPr>
                <w:rFonts w:asciiTheme="majorHAnsi" w:hAnsiTheme="majorHAnsi" w:cstheme="majorHAnsi"/>
                <w:lang w:val="nl-NL"/>
              </w:rPr>
              <w:t>Planning studiedagen schooljaar 2</w:t>
            </w:r>
            <w:r w:rsidRPr="00781AE9" w:rsidR="4E0C9291">
              <w:rPr>
                <w:rFonts w:asciiTheme="majorHAnsi" w:hAnsiTheme="majorHAnsi" w:cstheme="majorHAnsi"/>
                <w:lang w:val="nl-NL"/>
              </w:rPr>
              <w:t>026-2027</w:t>
            </w:r>
          </w:p>
          <w:p w:rsidRPr="00781AE9" w:rsidR="00800B9D" w:rsidP="77F746B7" w:rsidRDefault="3A59E954" w14:paraId="08CCD9E2" w14:textId="609A3E72">
            <w:pPr>
              <w:pStyle w:val="Geenafstand"/>
              <w:numPr>
                <w:ilvl w:val="0"/>
                <w:numId w:val="26"/>
              </w:numPr>
              <w:rPr>
                <w:rFonts w:asciiTheme="majorHAnsi" w:hAnsiTheme="majorHAnsi" w:cstheme="majorHAnsi"/>
                <w:lang w:val="nl-NL"/>
              </w:rPr>
            </w:pPr>
            <w:r w:rsidRPr="00781AE9">
              <w:rPr>
                <w:rFonts w:asciiTheme="majorHAnsi" w:hAnsiTheme="majorHAnsi" w:cstheme="majorHAnsi"/>
                <w:lang w:val="nl-NL"/>
              </w:rPr>
              <w:t>Scholingsplan</w:t>
            </w:r>
            <w:r w:rsidRPr="00781AE9" w:rsidR="7C5468C2">
              <w:rPr>
                <w:rFonts w:asciiTheme="majorHAnsi" w:hAnsiTheme="majorHAnsi" w:cstheme="majorHAnsi"/>
                <w:lang w:val="nl-NL"/>
              </w:rPr>
              <w:t xml:space="preserve"> personeel</w:t>
            </w:r>
          </w:p>
          <w:p w:rsidRPr="00781AE9" w:rsidR="00800B9D" w:rsidP="77F746B7" w:rsidRDefault="3A59E954" w14:paraId="6B604D25" w14:textId="61AB726C">
            <w:pPr>
              <w:pStyle w:val="Geenafstand"/>
              <w:numPr>
                <w:ilvl w:val="0"/>
                <w:numId w:val="26"/>
              </w:numPr>
              <w:rPr>
                <w:rFonts w:asciiTheme="majorHAnsi" w:hAnsiTheme="majorHAnsi" w:cstheme="majorHAnsi"/>
                <w:lang w:val="nl-NL"/>
              </w:rPr>
            </w:pPr>
            <w:r w:rsidRPr="00781AE9">
              <w:rPr>
                <w:rFonts w:asciiTheme="majorHAnsi" w:hAnsiTheme="majorHAnsi" w:cstheme="majorHAnsi"/>
                <w:lang w:val="nl-NL"/>
              </w:rPr>
              <w:t>Schoolgids</w:t>
            </w:r>
          </w:p>
          <w:p w:rsidRPr="00781AE9" w:rsidR="00800B9D" w:rsidP="77F746B7" w:rsidRDefault="7C4942E8" w14:paraId="23BB064F" w14:textId="46847D96">
            <w:pPr>
              <w:pStyle w:val="Geenafstand"/>
              <w:numPr>
                <w:ilvl w:val="0"/>
                <w:numId w:val="8"/>
              </w:numPr>
              <w:rPr>
                <w:rFonts w:asciiTheme="majorHAnsi" w:hAnsiTheme="majorHAnsi" w:cstheme="majorHAnsi"/>
                <w:lang w:val="nl-NL"/>
              </w:rPr>
            </w:pPr>
            <w:r w:rsidRPr="00781AE9">
              <w:rPr>
                <w:rFonts w:asciiTheme="majorHAnsi" w:hAnsiTheme="majorHAnsi" w:cstheme="majorHAnsi"/>
                <w:lang w:val="nl-NL"/>
              </w:rPr>
              <w:t>Vergaderdata MR nieuwe schooljaar</w:t>
            </w:r>
          </w:p>
          <w:p w:rsidRPr="00781AE9" w:rsidR="00800B9D" w:rsidP="77F746B7" w:rsidRDefault="00FE66D6" w14:paraId="2F240A02" w14:textId="06E59CF5">
            <w:pPr>
              <w:pStyle w:val="Geenafstand"/>
              <w:numPr>
                <w:ilvl w:val="0"/>
                <w:numId w:val="8"/>
              </w:numPr>
              <w:rPr>
                <w:rFonts w:asciiTheme="majorHAnsi" w:hAnsiTheme="majorHAnsi" w:cstheme="majorHAnsi"/>
                <w:lang w:val="nl-NL"/>
              </w:rPr>
            </w:pPr>
            <w:r w:rsidRPr="00781AE9">
              <w:rPr>
                <w:rFonts w:asciiTheme="majorHAnsi" w:hAnsiTheme="majorHAnsi" w:cstheme="majorHAnsi"/>
                <w:lang w:val="nl-NL"/>
              </w:rPr>
              <w:t>Jaarverslag M</w:t>
            </w:r>
            <w:r w:rsidRPr="00781AE9" w:rsidR="25E9DB05">
              <w:rPr>
                <w:rFonts w:asciiTheme="majorHAnsi" w:hAnsiTheme="majorHAnsi" w:cstheme="majorHAnsi"/>
                <w:lang w:val="nl-NL"/>
              </w:rPr>
              <w:t>R</w:t>
            </w:r>
          </w:p>
        </w:tc>
        <w:tc>
          <w:tcPr>
            <w:tcW w:w="1830" w:type="dxa"/>
            <w:tcMar/>
          </w:tcPr>
          <w:p w:rsidRPr="00781AE9" w:rsidR="000444AE" w:rsidP="77F746B7" w:rsidRDefault="4CF16207" w14:paraId="02127C1F" w14:textId="54C1B52E">
            <w:pPr>
              <w:pStyle w:val="Geenafstand"/>
              <w:rPr>
                <w:rFonts w:asciiTheme="majorHAnsi" w:hAnsiTheme="majorHAnsi" w:cstheme="majorHAnsi"/>
                <w:lang w:val="nl-NL"/>
              </w:rPr>
            </w:pPr>
            <w:r w:rsidRPr="00781AE9">
              <w:rPr>
                <w:rFonts w:asciiTheme="majorHAnsi" w:hAnsiTheme="majorHAnsi" w:cstheme="majorHAnsi"/>
                <w:lang w:val="nl-NL"/>
              </w:rPr>
              <w:t>Informeren</w:t>
            </w:r>
          </w:p>
          <w:p w:rsidRPr="00781AE9" w:rsidR="00800B9D" w:rsidP="77F746B7" w:rsidRDefault="00800B9D" w14:paraId="591A402E" w14:textId="2A380661">
            <w:pPr>
              <w:pStyle w:val="Geenafstand"/>
              <w:rPr>
                <w:rFonts w:asciiTheme="majorHAnsi" w:hAnsiTheme="majorHAnsi" w:cstheme="majorHAnsi"/>
                <w:lang w:val="nl-NL"/>
              </w:rPr>
            </w:pPr>
          </w:p>
          <w:p w:rsidRPr="00781AE9" w:rsidR="00800B9D" w:rsidP="77F746B7" w:rsidRDefault="6B552CC2" w14:paraId="7A510FA9" w14:textId="15037269">
            <w:pPr>
              <w:pStyle w:val="Geenafstand"/>
              <w:rPr>
                <w:rFonts w:asciiTheme="majorHAnsi" w:hAnsiTheme="majorHAnsi" w:cstheme="majorHAnsi"/>
                <w:lang w:val="nl-NL"/>
              </w:rPr>
            </w:pPr>
            <w:r w:rsidRPr="00781AE9">
              <w:rPr>
                <w:rFonts w:asciiTheme="majorHAnsi" w:hAnsiTheme="majorHAnsi" w:cstheme="majorHAnsi"/>
                <w:lang w:val="nl-NL"/>
              </w:rPr>
              <w:t>Instem</w:t>
            </w:r>
            <w:r w:rsidRPr="00781AE9" w:rsidR="788F941B">
              <w:rPr>
                <w:rFonts w:asciiTheme="majorHAnsi" w:hAnsiTheme="majorHAnsi" w:cstheme="majorHAnsi"/>
                <w:lang w:val="nl-NL"/>
              </w:rPr>
              <w:t>ming</w:t>
            </w:r>
          </w:p>
          <w:p w:rsidRPr="00781AE9" w:rsidR="00800B9D" w:rsidP="77F746B7" w:rsidRDefault="00800B9D" w14:paraId="44DB3B9B" w14:textId="3035B974">
            <w:pPr>
              <w:pStyle w:val="Geenafstand"/>
              <w:rPr>
                <w:rFonts w:asciiTheme="majorHAnsi" w:hAnsiTheme="majorHAnsi" w:cstheme="majorHAnsi"/>
                <w:lang w:val="nl-NL"/>
              </w:rPr>
            </w:pPr>
          </w:p>
          <w:p w:rsidRPr="00781AE9" w:rsidR="432094DE" w:rsidP="77F746B7" w:rsidRDefault="432094DE" w14:paraId="05D275A7" w14:textId="3250C353">
            <w:pPr>
              <w:pStyle w:val="Geenafstand"/>
              <w:rPr>
                <w:rFonts w:asciiTheme="majorHAnsi" w:hAnsiTheme="majorHAnsi" w:cstheme="majorHAnsi"/>
                <w:lang w:val="nl-NL"/>
              </w:rPr>
            </w:pPr>
            <w:r w:rsidRPr="00781AE9">
              <w:rPr>
                <w:rFonts w:asciiTheme="majorHAnsi" w:hAnsiTheme="majorHAnsi" w:cstheme="majorHAnsi"/>
                <w:lang w:val="nl-NL"/>
              </w:rPr>
              <w:t>Ter kennisgeving</w:t>
            </w:r>
          </w:p>
          <w:p w:rsidRPr="00781AE9" w:rsidR="432094DE" w:rsidP="77F746B7" w:rsidRDefault="432094DE" w14:paraId="0252F1F8" w14:textId="2F26E066">
            <w:pPr>
              <w:pStyle w:val="Geenafstand"/>
              <w:rPr>
                <w:rFonts w:asciiTheme="majorHAnsi" w:hAnsiTheme="majorHAnsi" w:cstheme="majorHAnsi"/>
                <w:lang w:val="nl-NL"/>
              </w:rPr>
            </w:pPr>
            <w:r w:rsidRPr="00781AE9">
              <w:rPr>
                <w:rFonts w:asciiTheme="majorHAnsi" w:hAnsiTheme="majorHAnsi" w:cstheme="majorHAnsi"/>
                <w:lang w:val="nl-NL"/>
              </w:rPr>
              <w:t>Ter kennisgeving</w:t>
            </w:r>
          </w:p>
          <w:p w:rsidRPr="00781AE9" w:rsidR="432094DE" w:rsidP="77F746B7" w:rsidRDefault="432094DE" w14:paraId="541B797A" w14:textId="2F26E066">
            <w:pPr>
              <w:pStyle w:val="Geenafstand"/>
              <w:rPr>
                <w:rFonts w:asciiTheme="majorHAnsi" w:hAnsiTheme="majorHAnsi" w:cstheme="majorHAnsi"/>
                <w:lang w:val="nl-NL"/>
              </w:rPr>
            </w:pPr>
            <w:r w:rsidRPr="00781AE9">
              <w:rPr>
                <w:rFonts w:asciiTheme="majorHAnsi" w:hAnsiTheme="majorHAnsi" w:cstheme="majorHAnsi"/>
                <w:lang w:val="nl-NL"/>
              </w:rPr>
              <w:t>Ter kennisgeving</w:t>
            </w:r>
          </w:p>
          <w:p w:rsidRPr="00781AE9" w:rsidR="432094DE" w:rsidP="77F746B7" w:rsidRDefault="432094DE" w14:paraId="1C86A837" w14:textId="2F26E066">
            <w:pPr>
              <w:pStyle w:val="Geenafstand"/>
              <w:rPr>
                <w:rFonts w:asciiTheme="majorHAnsi" w:hAnsiTheme="majorHAnsi" w:cstheme="majorHAnsi"/>
                <w:lang w:val="nl-NL"/>
              </w:rPr>
            </w:pPr>
            <w:r w:rsidRPr="00781AE9">
              <w:rPr>
                <w:rFonts w:asciiTheme="majorHAnsi" w:hAnsiTheme="majorHAnsi" w:cstheme="majorHAnsi"/>
                <w:lang w:val="nl-NL"/>
              </w:rPr>
              <w:t>Ter kennisgeving</w:t>
            </w:r>
          </w:p>
          <w:p w:rsidRPr="00781AE9" w:rsidR="00800B9D" w:rsidP="77F746B7" w:rsidRDefault="10B60733" w14:paraId="6A68BCF9" w14:textId="51E55C87">
            <w:pPr>
              <w:pStyle w:val="Geenafstand"/>
              <w:rPr>
                <w:rFonts w:asciiTheme="majorHAnsi" w:hAnsiTheme="majorHAnsi" w:cstheme="majorHAnsi"/>
                <w:lang w:val="nl-NL"/>
              </w:rPr>
            </w:pPr>
            <w:r w:rsidRPr="00781AE9">
              <w:rPr>
                <w:rFonts w:asciiTheme="majorHAnsi" w:hAnsiTheme="majorHAnsi" w:cstheme="majorHAnsi"/>
                <w:lang w:val="nl-NL"/>
              </w:rPr>
              <w:t>Instemming</w:t>
            </w:r>
          </w:p>
          <w:p w:rsidRPr="00781AE9" w:rsidR="77F746B7" w:rsidP="514B77E5" w:rsidRDefault="77F746B7" w14:paraId="376564AA" w14:noSpellErr="1" w14:textId="0D2589F9">
            <w:pPr>
              <w:pStyle w:val="Geenafstand"/>
              <w:rPr>
                <w:rFonts w:ascii="Calibri" w:hAnsi="Calibri" w:cs="Calibri" w:asciiTheme="majorAscii" w:hAnsiTheme="majorAscii" w:cstheme="majorAscii"/>
                <w:lang w:val="nl-NL"/>
              </w:rPr>
            </w:pPr>
            <w:r w:rsidRPr="514B77E5" w:rsidR="7F16DFE6">
              <w:rPr>
                <w:rFonts w:ascii="Calibri" w:hAnsi="Calibri" w:cs="Calibri" w:asciiTheme="majorAscii" w:hAnsiTheme="majorAscii" w:cstheme="majorAscii"/>
                <w:lang w:val="nl-NL"/>
              </w:rPr>
              <w:t>Instemming</w:t>
            </w:r>
          </w:p>
          <w:p w:rsidRPr="00781AE9" w:rsidR="237DD43A" w:rsidP="77F746B7" w:rsidRDefault="237DD43A" w14:paraId="36524288" w14:textId="1B867EA4">
            <w:pPr>
              <w:pStyle w:val="Geenafstand"/>
              <w:rPr>
                <w:rFonts w:asciiTheme="majorHAnsi" w:hAnsiTheme="majorHAnsi" w:cstheme="majorHAnsi"/>
                <w:lang w:val="nl-NL"/>
              </w:rPr>
            </w:pPr>
            <w:r w:rsidRPr="514B77E5" w:rsidR="1A3A6265">
              <w:rPr>
                <w:rFonts w:ascii="Calibri" w:hAnsi="Calibri" w:cs="Calibri" w:asciiTheme="majorAscii" w:hAnsiTheme="majorAscii" w:cstheme="majorAscii"/>
                <w:lang w:val="nl-NL"/>
              </w:rPr>
              <w:t>Instemming</w:t>
            </w:r>
          </w:p>
          <w:p w:rsidR="514B77E5" w:rsidP="514B77E5" w:rsidRDefault="514B77E5" w14:paraId="5B4F3A15" w14:textId="2E6855FA">
            <w:pPr>
              <w:pStyle w:val="Geenafstand"/>
              <w:rPr>
                <w:rFonts w:ascii="Calibri" w:hAnsi="Calibri" w:cs="Calibri" w:asciiTheme="majorAscii" w:hAnsiTheme="majorAscii" w:cstheme="majorAscii"/>
                <w:lang w:val="nl-NL"/>
              </w:rPr>
            </w:pPr>
          </w:p>
          <w:p w:rsidRPr="00781AE9" w:rsidR="77F746B7" w:rsidP="514B77E5" w:rsidRDefault="77F746B7" w14:paraId="1A71BFC4" w14:noSpellErr="1" w14:textId="6550D898">
            <w:pPr>
              <w:pStyle w:val="Geenafstand"/>
              <w:rPr>
                <w:rFonts w:ascii="Calibri" w:hAnsi="Calibri" w:cs="Calibri" w:asciiTheme="majorAscii" w:hAnsiTheme="majorAscii" w:cstheme="majorAscii"/>
                <w:lang w:val="nl-NL"/>
              </w:rPr>
            </w:pPr>
            <w:r w:rsidRPr="514B77E5" w:rsidR="64D9ED3F">
              <w:rPr>
                <w:rFonts w:ascii="Calibri" w:hAnsi="Calibri" w:cs="Calibri" w:asciiTheme="majorAscii" w:hAnsiTheme="majorAscii" w:cstheme="majorAscii"/>
                <w:lang w:val="nl-NL"/>
              </w:rPr>
              <w:t>Instemming</w:t>
            </w:r>
          </w:p>
          <w:p w:rsidRPr="00781AE9" w:rsidR="00800B9D" w:rsidP="77F746B7" w:rsidRDefault="48180728" w14:paraId="0B1FAE0B" w14:textId="262B3652">
            <w:pPr>
              <w:pStyle w:val="Geenafstand"/>
              <w:rPr>
                <w:rFonts w:asciiTheme="majorHAnsi" w:hAnsiTheme="majorHAnsi" w:cstheme="majorHAnsi"/>
                <w:lang w:val="nl-NL"/>
              </w:rPr>
            </w:pPr>
            <w:r w:rsidRPr="00781AE9">
              <w:rPr>
                <w:rFonts w:asciiTheme="majorHAnsi" w:hAnsiTheme="majorHAnsi" w:cstheme="majorHAnsi"/>
                <w:lang w:val="nl-NL"/>
              </w:rPr>
              <w:t>Vaststellen</w:t>
            </w:r>
          </w:p>
          <w:p w:rsidRPr="00781AE9" w:rsidR="00800B9D" w:rsidP="77F746B7" w:rsidRDefault="00800B9D" w14:paraId="7442C7DF" w14:textId="24EC8E17">
            <w:pPr>
              <w:pStyle w:val="Geenafstand"/>
              <w:rPr>
                <w:rFonts w:asciiTheme="majorHAnsi" w:hAnsiTheme="majorHAnsi" w:cstheme="majorHAnsi"/>
                <w:lang w:val="nl-NL"/>
              </w:rPr>
            </w:pPr>
          </w:p>
        </w:tc>
        <w:tc>
          <w:tcPr>
            <w:tcW w:w="1866" w:type="dxa"/>
            <w:tcMar/>
          </w:tcPr>
          <w:p w:rsidRPr="00781AE9" w:rsidR="000444AE" w:rsidP="77F746B7" w:rsidRDefault="000444AE" w14:paraId="1B3445EE" w14:textId="77777777">
            <w:pPr>
              <w:pStyle w:val="Geenafstand"/>
              <w:rPr>
                <w:rFonts w:asciiTheme="majorHAnsi" w:hAnsiTheme="majorHAnsi" w:cstheme="majorHAnsi"/>
                <w:lang w:val="nl-NL"/>
              </w:rPr>
            </w:pPr>
            <w:r w:rsidRPr="00781AE9">
              <w:rPr>
                <w:rFonts w:asciiTheme="majorHAnsi" w:hAnsiTheme="majorHAnsi" w:cstheme="majorHAnsi"/>
                <w:lang w:val="nl-NL"/>
              </w:rPr>
              <w:t>MR</w:t>
            </w:r>
          </w:p>
          <w:p w:rsidRPr="00781AE9" w:rsidR="000444AE" w:rsidP="77F746B7" w:rsidRDefault="000444AE" w14:paraId="45BBD54F" w14:textId="5893472B">
            <w:pPr>
              <w:pStyle w:val="Geenafstand"/>
              <w:rPr>
                <w:rFonts w:asciiTheme="majorHAnsi" w:hAnsiTheme="majorHAnsi" w:cstheme="majorHAnsi"/>
                <w:lang w:val="nl-NL"/>
              </w:rPr>
            </w:pPr>
          </w:p>
          <w:p w:rsidRPr="00781AE9" w:rsidR="00800B9D" w:rsidP="77F746B7" w:rsidRDefault="00800B9D" w14:paraId="536E828B" w14:textId="63D60D8D">
            <w:pPr>
              <w:pStyle w:val="Geenafstand"/>
              <w:rPr>
                <w:rFonts w:asciiTheme="majorHAnsi" w:hAnsiTheme="majorHAnsi" w:cstheme="majorHAnsi"/>
                <w:lang w:val="nl-NL"/>
              </w:rPr>
            </w:pPr>
            <w:r w:rsidRPr="00781AE9">
              <w:rPr>
                <w:rFonts w:asciiTheme="majorHAnsi" w:hAnsiTheme="majorHAnsi" w:cstheme="majorHAnsi"/>
                <w:lang w:val="nl-NL"/>
              </w:rPr>
              <w:t>MR</w:t>
            </w:r>
          </w:p>
          <w:p w:rsidRPr="00781AE9" w:rsidR="00800B9D" w:rsidP="77F746B7" w:rsidRDefault="00800B9D" w14:paraId="2CA4155F" w14:textId="2E7409A1">
            <w:pPr>
              <w:pStyle w:val="Geenafstand"/>
              <w:rPr>
                <w:rFonts w:asciiTheme="majorHAnsi" w:hAnsiTheme="majorHAnsi" w:cstheme="majorHAnsi"/>
                <w:lang w:val="nl-NL"/>
              </w:rPr>
            </w:pPr>
          </w:p>
          <w:p w:rsidRPr="00781AE9" w:rsidR="00800B9D" w:rsidP="77F746B7" w:rsidRDefault="69DA44D0" w14:paraId="7C610178" w14:textId="71991BB9">
            <w:pPr>
              <w:pStyle w:val="Geenafstand"/>
              <w:rPr>
                <w:rFonts w:asciiTheme="majorHAnsi" w:hAnsiTheme="majorHAnsi" w:cstheme="majorHAnsi"/>
                <w:lang w:val="nl-NL"/>
              </w:rPr>
            </w:pPr>
            <w:r w:rsidRPr="00781AE9">
              <w:rPr>
                <w:rFonts w:asciiTheme="majorHAnsi" w:hAnsiTheme="majorHAnsi" w:cstheme="majorHAnsi"/>
                <w:lang w:val="nl-NL"/>
              </w:rPr>
              <w:t>MR</w:t>
            </w:r>
          </w:p>
          <w:p w:rsidRPr="00781AE9" w:rsidR="00800B9D" w:rsidP="77F746B7" w:rsidRDefault="00800B9D" w14:paraId="668AFD82" w14:textId="13511EE9">
            <w:pPr>
              <w:pStyle w:val="Geenafstand"/>
              <w:rPr>
                <w:rFonts w:asciiTheme="majorHAnsi" w:hAnsiTheme="majorHAnsi" w:cstheme="majorHAnsi"/>
                <w:lang w:val="nl-NL"/>
              </w:rPr>
            </w:pPr>
          </w:p>
          <w:p w:rsidRPr="00781AE9" w:rsidR="00800B9D" w:rsidP="77F746B7" w:rsidRDefault="00800B9D" w14:paraId="067CC73F" w14:textId="0467FFCF">
            <w:pPr>
              <w:pStyle w:val="Geenafstand"/>
              <w:rPr>
                <w:rFonts w:asciiTheme="majorHAnsi" w:hAnsiTheme="majorHAnsi" w:cstheme="majorHAnsi"/>
                <w:lang w:val="nl-NL"/>
              </w:rPr>
            </w:pPr>
          </w:p>
          <w:p w:rsidRPr="00781AE9" w:rsidR="00800B9D" w:rsidP="77F746B7" w:rsidRDefault="00800B9D" w14:paraId="3D847C4E" w14:textId="41B19B01">
            <w:pPr>
              <w:pStyle w:val="Geenafstand"/>
              <w:rPr>
                <w:rFonts w:asciiTheme="majorHAnsi" w:hAnsiTheme="majorHAnsi" w:cstheme="majorHAnsi"/>
                <w:lang w:val="nl-NL"/>
              </w:rPr>
            </w:pPr>
          </w:p>
          <w:p w:rsidRPr="00781AE9" w:rsidR="00800B9D" w:rsidP="77F746B7" w:rsidRDefault="00800B9D" w14:paraId="40EBDD34" w14:textId="47BA8C4D">
            <w:pPr>
              <w:pStyle w:val="Geenafstand"/>
              <w:rPr>
                <w:rFonts w:asciiTheme="majorHAnsi" w:hAnsiTheme="majorHAnsi" w:cstheme="majorHAnsi"/>
                <w:lang w:val="nl-NL"/>
              </w:rPr>
            </w:pPr>
          </w:p>
          <w:p w:rsidRPr="00781AE9" w:rsidR="00800B9D" w:rsidP="514B77E5" w:rsidRDefault="00800B9D" w14:paraId="1CD0CE4C" w14:noSpellErr="1" w14:textId="04F737F1">
            <w:pPr>
              <w:pStyle w:val="Geenafstand"/>
              <w:rPr>
                <w:rFonts w:ascii="Calibri" w:hAnsi="Calibri" w:cs="Calibri" w:asciiTheme="majorAscii" w:hAnsiTheme="majorAscii" w:cstheme="majorAscii"/>
                <w:lang w:val="nl-NL"/>
              </w:rPr>
            </w:pPr>
            <w:r w:rsidRPr="514B77E5" w:rsidR="20C8C66E">
              <w:rPr>
                <w:rFonts w:ascii="Calibri" w:hAnsi="Calibri" w:cs="Calibri" w:asciiTheme="majorAscii" w:hAnsiTheme="majorAscii" w:cstheme="majorAscii"/>
                <w:lang w:val="nl-NL"/>
              </w:rPr>
              <w:t>MR</w:t>
            </w:r>
          </w:p>
          <w:p w:rsidRPr="00781AE9" w:rsidR="00800B9D" w:rsidP="77F746B7" w:rsidRDefault="6C4B64DC" w14:paraId="4C283F6F" w14:textId="55B4A8AE">
            <w:pPr>
              <w:pStyle w:val="Geenafstand"/>
              <w:rPr>
                <w:rFonts w:asciiTheme="majorHAnsi" w:hAnsiTheme="majorHAnsi" w:cstheme="majorHAnsi"/>
                <w:lang w:val="nl-NL"/>
              </w:rPr>
            </w:pPr>
            <w:r w:rsidRPr="514B77E5" w:rsidR="22A297A7">
              <w:rPr>
                <w:rFonts w:ascii="Calibri" w:hAnsi="Calibri" w:cs="Calibri" w:asciiTheme="majorAscii" w:hAnsiTheme="majorAscii" w:cstheme="majorAscii"/>
                <w:lang w:val="nl-NL"/>
              </w:rPr>
              <w:t>MR</w:t>
            </w:r>
          </w:p>
          <w:p w:rsidR="514B77E5" w:rsidP="514B77E5" w:rsidRDefault="514B77E5" w14:paraId="30F7E314" w14:textId="6A8B5F85">
            <w:pPr>
              <w:pStyle w:val="Geenafstand"/>
              <w:rPr>
                <w:rFonts w:ascii="Calibri" w:hAnsi="Calibri" w:cs="Calibri" w:asciiTheme="majorAscii" w:hAnsiTheme="majorAscii" w:cstheme="majorAscii"/>
                <w:lang w:val="nl-NL"/>
              </w:rPr>
            </w:pPr>
          </w:p>
          <w:p w:rsidRPr="00781AE9" w:rsidR="00800B9D" w:rsidP="514B77E5" w:rsidRDefault="00800B9D" w14:paraId="2F9FC8A5" w14:noSpellErr="1" w14:textId="1A90D6FC">
            <w:pPr>
              <w:pStyle w:val="Geenafstand"/>
              <w:rPr>
                <w:rFonts w:ascii="Calibri" w:hAnsi="Calibri" w:cs="Calibri" w:asciiTheme="majorAscii" w:hAnsiTheme="majorAscii" w:cstheme="majorAscii"/>
                <w:lang w:val="nl-NL"/>
              </w:rPr>
            </w:pPr>
            <w:r w:rsidRPr="514B77E5" w:rsidR="20C8C66E">
              <w:rPr>
                <w:rFonts w:ascii="Calibri" w:hAnsi="Calibri" w:cs="Calibri" w:asciiTheme="majorAscii" w:hAnsiTheme="majorAscii" w:cstheme="majorAscii"/>
                <w:lang w:val="nl-NL"/>
              </w:rPr>
              <w:t>MR</w:t>
            </w:r>
          </w:p>
          <w:p w:rsidRPr="00781AE9" w:rsidR="00800B9D" w:rsidP="77F746B7" w:rsidRDefault="04CAFBBF" w14:paraId="2D381ED8" w14:textId="09242C75">
            <w:pPr>
              <w:pStyle w:val="Geenafstand"/>
              <w:rPr>
                <w:rFonts w:asciiTheme="majorHAnsi" w:hAnsiTheme="majorHAnsi" w:cstheme="majorHAnsi"/>
                <w:lang w:val="nl-NL"/>
              </w:rPr>
            </w:pPr>
            <w:r w:rsidRPr="00781AE9">
              <w:rPr>
                <w:rFonts w:asciiTheme="majorHAnsi" w:hAnsiTheme="majorHAnsi" w:cstheme="majorHAnsi"/>
                <w:lang w:val="nl-NL"/>
              </w:rPr>
              <w:t>MR</w:t>
            </w:r>
          </w:p>
        </w:tc>
      </w:tr>
    </w:tbl>
    <w:p w:rsidR="008D6781" w:rsidP="00800B9D" w:rsidRDefault="008D6781" w14:paraId="05E5EAB6" w14:textId="77777777">
      <w:pPr>
        <w:pStyle w:val="Geenafstand"/>
        <w:rPr>
          <w:rStyle w:val="Kop2Char"/>
          <w:rFonts w:cstheme="majorHAnsi"/>
          <w:sz w:val="24"/>
          <w:szCs w:val="24"/>
          <w:lang w:val="nl-NL"/>
        </w:rPr>
      </w:pPr>
    </w:p>
    <w:p w:rsidRPr="00781AE9" w:rsidR="00800B9D" w:rsidP="514B77E5" w:rsidRDefault="00536A09" w14:noSpellErr="1" w14:paraId="521A9002" w14:textId="494163A2">
      <w:pPr>
        <w:pStyle w:val="Geenafstand"/>
        <w:rPr>
          <w:rStyle w:val="Kop1Char"/>
          <w:lang w:val="nl-NL"/>
        </w:rPr>
      </w:pPr>
    </w:p>
    <w:p w:rsidRPr="00781AE9" w:rsidR="00800B9D" w:rsidP="514B77E5" w:rsidRDefault="00536A09" w14:paraId="494325A4" w14:textId="0F51134D">
      <w:pPr/>
      <w:r>
        <w:br w:type="page"/>
      </w:r>
    </w:p>
    <w:p w:rsidRPr="00781AE9" w:rsidR="00800B9D" w:rsidP="514B77E5" w:rsidRDefault="00536A09" w14:paraId="587D5C9F" w14:textId="4BA258E9">
      <w:pPr>
        <w:pStyle w:val="Geenafstand"/>
        <w:rPr>
          <w:rFonts w:ascii="Calibri" w:hAnsi="Calibri" w:cs="Calibri" w:asciiTheme="majorAscii" w:hAnsiTheme="majorAscii" w:cstheme="majorAscii"/>
          <w:lang w:val="nl-NL"/>
        </w:rPr>
      </w:pPr>
      <w:bookmarkStart w:name="_Toc211325417" w:id="12"/>
      <w:r w:rsidRPr="514B77E5" w:rsidR="00536A09">
        <w:rPr>
          <w:rStyle w:val="Kop1Char"/>
          <w:lang w:val="nl-NL"/>
        </w:rPr>
        <w:t>4. MR</w:t>
      </w:r>
      <w:r w:rsidRPr="514B77E5" w:rsidR="72E8595A">
        <w:rPr>
          <w:rStyle w:val="Kop1Char"/>
          <w:lang w:val="nl-NL"/>
        </w:rPr>
        <w:t>-</w:t>
      </w:r>
      <w:r w:rsidRPr="514B77E5" w:rsidR="00536A09">
        <w:rPr>
          <w:rStyle w:val="Kop1Char"/>
          <w:lang w:val="nl-NL"/>
        </w:rPr>
        <w:t>vergaderingen en communicatie</w:t>
      </w:r>
      <w:bookmarkEnd w:id="12"/>
      <w:r w:rsidRPr="514B77E5" w:rsidR="00536A09">
        <w:rPr>
          <w:rFonts w:ascii="Calibri" w:hAnsi="Calibri" w:cs="Calibri" w:asciiTheme="majorAscii" w:hAnsiTheme="majorAscii" w:cstheme="majorAscii"/>
          <w:sz w:val="24"/>
          <w:szCs w:val="24"/>
          <w:lang w:val="nl-NL"/>
        </w:rPr>
        <w:t xml:space="preserve"> </w:t>
      </w:r>
      <w:r>
        <w:br/>
      </w:r>
      <w:r w:rsidRPr="514B77E5" w:rsidR="00536A09">
        <w:rPr>
          <w:rFonts w:ascii="Calibri" w:hAnsi="Calibri" w:cs="Calibri" w:asciiTheme="majorAscii" w:hAnsiTheme="majorAscii" w:cstheme="majorAscii"/>
          <w:lang w:val="nl-NL"/>
        </w:rPr>
        <w:t>Ongeveer zeven keer per jaar wordt een MR</w:t>
      </w:r>
      <w:r w:rsidRPr="514B77E5" w:rsidR="7B1E1309">
        <w:rPr>
          <w:rFonts w:ascii="Calibri" w:hAnsi="Calibri" w:cs="Calibri" w:asciiTheme="majorAscii" w:hAnsiTheme="majorAscii" w:cstheme="majorAscii"/>
          <w:lang w:val="nl-NL"/>
        </w:rPr>
        <w:t>-</w:t>
      </w:r>
      <w:r w:rsidRPr="514B77E5" w:rsidR="00536A09">
        <w:rPr>
          <w:rFonts w:ascii="Calibri" w:hAnsi="Calibri" w:cs="Calibri" w:asciiTheme="majorAscii" w:hAnsiTheme="majorAscii" w:cstheme="majorAscii"/>
          <w:lang w:val="nl-NL"/>
        </w:rPr>
        <w:t xml:space="preserve">vergadering gehouden. Incidenteel kan naar </w:t>
      </w:r>
      <w:r>
        <w:br/>
      </w:r>
      <w:r w:rsidRPr="514B77E5" w:rsidR="00536A09">
        <w:rPr>
          <w:rFonts w:ascii="Calibri" w:hAnsi="Calibri" w:cs="Calibri" w:asciiTheme="majorAscii" w:hAnsiTheme="majorAscii" w:cstheme="majorAscii"/>
          <w:lang w:val="nl-NL"/>
        </w:rPr>
        <w:t>behoefte een ingelaste vergadering plaatsvinden</w:t>
      </w:r>
      <w:r w:rsidRPr="514B77E5" w:rsidR="00800B9D">
        <w:rPr>
          <w:rFonts w:ascii="Calibri" w:hAnsi="Calibri" w:cs="Calibri" w:asciiTheme="majorAscii" w:hAnsiTheme="majorAscii" w:cstheme="majorAscii"/>
          <w:lang w:val="nl-NL"/>
        </w:rPr>
        <w:t xml:space="preserve">. De standaard tijdsduur is 19:00 uur tot </w:t>
      </w:r>
      <w:r>
        <w:br/>
      </w:r>
      <w:r w:rsidRPr="514B77E5" w:rsidR="00800B9D">
        <w:rPr>
          <w:rFonts w:ascii="Calibri" w:hAnsi="Calibri" w:cs="Calibri" w:asciiTheme="majorAscii" w:hAnsiTheme="majorAscii" w:cstheme="majorAscii"/>
          <w:lang w:val="nl-NL"/>
        </w:rPr>
        <w:t>21:0</w:t>
      </w:r>
      <w:r w:rsidRPr="514B77E5" w:rsidR="00536A09">
        <w:rPr>
          <w:rFonts w:ascii="Calibri" w:hAnsi="Calibri" w:cs="Calibri" w:asciiTheme="majorAscii" w:hAnsiTheme="majorAscii" w:cstheme="majorAscii"/>
          <w:lang w:val="nl-NL"/>
        </w:rPr>
        <w:t xml:space="preserve">0 uur voor de MR-vergadering en de vergadering vindt plaats op school. </w:t>
      </w:r>
    </w:p>
    <w:p w:rsidRPr="00781AE9" w:rsidR="00800B9D" w:rsidP="00800B9D" w:rsidRDefault="00536A09" w14:paraId="18607478" w14:textId="4F5C7460">
      <w:pPr>
        <w:pStyle w:val="Geenafstand"/>
        <w:rPr>
          <w:rFonts w:asciiTheme="majorHAnsi" w:hAnsiTheme="majorHAnsi" w:cstheme="majorHAnsi"/>
          <w:lang w:val="nl-NL"/>
        </w:rPr>
      </w:pPr>
      <w:r w:rsidRPr="00781AE9">
        <w:rPr>
          <w:rFonts w:asciiTheme="majorHAnsi" w:hAnsiTheme="majorHAnsi" w:cstheme="majorHAnsi"/>
          <w:lang w:val="nl-NL"/>
        </w:rPr>
        <w:t xml:space="preserve"> </w:t>
      </w:r>
      <w:r w:rsidRPr="00781AE9">
        <w:rPr>
          <w:rFonts w:asciiTheme="majorHAnsi" w:hAnsiTheme="majorHAnsi" w:cstheme="majorHAnsi"/>
          <w:lang w:val="nl-NL"/>
        </w:rPr>
        <w:br/>
      </w:r>
      <w:bookmarkStart w:name="_Toc211325418" w:id="13"/>
      <w:r w:rsidRPr="00781AE9">
        <w:rPr>
          <w:rStyle w:val="Kop2Char"/>
          <w:rFonts w:cstheme="majorHAnsi"/>
          <w:sz w:val="24"/>
          <w:szCs w:val="24"/>
          <w:lang w:val="nl-NL"/>
        </w:rPr>
        <w:t>4.1. MR-vergaderingen: aanwezigen en werkwijze</w:t>
      </w:r>
      <w:bookmarkEnd w:id="13"/>
      <w:r w:rsidRPr="00781AE9">
        <w:rPr>
          <w:rStyle w:val="Kop2Char"/>
          <w:rFonts w:cstheme="majorHAnsi"/>
          <w:sz w:val="24"/>
          <w:szCs w:val="24"/>
          <w:lang w:val="nl-NL"/>
        </w:rPr>
        <w:t xml:space="preserve"> </w:t>
      </w:r>
      <w:r w:rsidRPr="00781AE9">
        <w:rPr>
          <w:rFonts w:asciiTheme="majorHAnsi" w:hAnsiTheme="majorHAnsi" w:cstheme="majorHAnsi"/>
          <w:lang w:val="nl-NL"/>
        </w:rPr>
        <w:br/>
      </w:r>
      <w:r w:rsidRPr="00781AE9">
        <w:rPr>
          <w:rFonts w:asciiTheme="majorHAnsi" w:hAnsiTheme="majorHAnsi" w:cstheme="majorHAnsi"/>
          <w:lang w:val="nl-NL"/>
        </w:rPr>
        <w:t xml:space="preserve">Aanwezigen bij het MR-overleg </w:t>
      </w:r>
    </w:p>
    <w:p w:rsidRPr="00781AE9" w:rsidR="00800B9D" w:rsidP="436FB071" w:rsidRDefault="00536A09" w14:paraId="4695776E" w14:noSpellErr="1" w14:textId="5FC1E653">
      <w:pPr>
        <w:pStyle w:val="Geenafstand"/>
        <w:numPr>
          <w:ilvl w:val="0"/>
          <w:numId w:val="33"/>
        </w:numPr>
        <w:rPr>
          <w:rFonts w:ascii="Calibri" w:hAnsi="Calibri" w:cs="Calibri" w:asciiTheme="majorAscii" w:hAnsiTheme="majorAscii" w:cstheme="majorAscii"/>
          <w:lang w:val="nl-NL"/>
        </w:rPr>
      </w:pPr>
      <w:r w:rsidRPr="436FB071" w:rsidR="00536A09">
        <w:rPr>
          <w:rFonts w:ascii="Calibri" w:hAnsi="Calibri" w:cs="Calibri" w:asciiTheme="majorAscii" w:hAnsiTheme="majorAscii" w:cstheme="majorAscii"/>
          <w:lang w:val="nl-NL"/>
        </w:rPr>
        <w:t>Alle MR</w:t>
      </w:r>
      <w:r w:rsidRPr="436FB071" w:rsidR="57F3F97B">
        <w:rPr>
          <w:rFonts w:ascii="Calibri" w:hAnsi="Calibri" w:cs="Calibri" w:asciiTheme="majorAscii" w:hAnsiTheme="majorAscii" w:cstheme="majorAscii"/>
          <w:lang w:val="nl-NL"/>
        </w:rPr>
        <w:t>-</w:t>
      </w:r>
      <w:r w:rsidRPr="436FB071" w:rsidR="00536A09">
        <w:rPr>
          <w:rFonts w:ascii="Calibri" w:hAnsi="Calibri" w:cs="Calibri" w:asciiTheme="majorAscii" w:hAnsiTheme="majorAscii" w:cstheme="majorAscii"/>
          <w:lang w:val="nl-NL"/>
        </w:rPr>
        <w:t>leden zijn in beginsel bij elke vergadering aanwezig. Bewust is voor een omvang</w:t>
      </w:r>
      <w:r w:rsidRPr="436FB071" w:rsidR="6ABBC944">
        <w:rPr>
          <w:rFonts w:ascii="Calibri" w:hAnsi="Calibri" w:cs="Calibri" w:asciiTheme="majorAscii" w:hAnsiTheme="majorAscii" w:cstheme="majorAscii"/>
          <w:lang w:val="nl-NL"/>
        </w:rPr>
        <w:t xml:space="preserve"> </w:t>
      </w:r>
      <w:r w:rsidRPr="436FB071" w:rsidR="00536A09">
        <w:rPr>
          <w:rFonts w:ascii="Calibri" w:hAnsi="Calibri" w:cs="Calibri" w:asciiTheme="majorAscii" w:hAnsiTheme="majorAscii" w:cstheme="majorAscii"/>
          <w:lang w:val="nl-NL"/>
        </w:rPr>
        <w:t xml:space="preserve">van 3 personen voor ouder- en voor personeelsgeleding gekozen, zodat bij beperkte </w:t>
      </w:r>
      <w:r>
        <w:br/>
      </w:r>
      <w:r w:rsidRPr="436FB071" w:rsidR="00536A09">
        <w:rPr>
          <w:rFonts w:ascii="Calibri" w:hAnsi="Calibri" w:cs="Calibri" w:asciiTheme="majorAscii" w:hAnsiTheme="majorAscii" w:cstheme="majorAscii"/>
          <w:lang w:val="nl-NL"/>
        </w:rPr>
        <w:t xml:space="preserve">afwezigheid van leden voldoende bezetting aanwezig is voor beide geledingen en </w:t>
      </w:r>
      <w:r>
        <w:br/>
      </w:r>
      <w:r w:rsidRPr="436FB071" w:rsidR="00536A09">
        <w:rPr>
          <w:rFonts w:ascii="Calibri" w:hAnsi="Calibri" w:cs="Calibri" w:asciiTheme="majorAscii" w:hAnsiTheme="majorAscii" w:cstheme="majorAscii"/>
          <w:lang w:val="nl-NL"/>
        </w:rPr>
        <w:t xml:space="preserve">locaties.  </w:t>
      </w:r>
    </w:p>
    <w:p w:rsidRPr="00781AE9" w:rsidR="00800B9D" w:rsidP="00800B9D" w:rsidRDefault="00536A09" w14:paraId="059316B2" w14:textId="77777777">
      <w:pPr>
        <w:pStyle w:val="Geenafstand"/>
        <w:numPr>
          <w:ilvl w:val="0"/>
          <w:numId w:val="33"/>
        </w:numPr>
        <w:rPr>
          <w:rFonts w:asciiTheme="majorHAnsi" w:hAnsiTheme="majorHAnsi" w:cstheme="majorHAnsi"/>
          <w:lang w:val="nl-NL"/>
        </w:rPr>
      </w:pPr>
      <w:r w:rsidRPr="00781AE9">
        <w:rPr>
          <w:rFonts w:asciiTheme="majorHAnsi" w:hAnsiTheme="majorHAnsi" w:cstheme="majorHAnsi"/>
          <w:lang w:val="nl-NL"/>
        </w:rPr>
        <w:t xml:space="preserve">In beginsel is de voorzitter de contactpersoon tussen directie en MR. Wanneer er grote </w:t>
      </w:r>
      <w:r w:rsidRPr="00781AE9">
        <w:rPr>
          <w:rFonts w:asciiTheme="majorHAnsi" w:hAnsiTheme="majorHAnsi" w:cstheme="majorHAnsi"/>
          <w:lang w:val="nl-NL"/>
        </w:rPr>
        <w:br/>
      </w:r>
      <w:r w:rsidRPr="00781AE9">
        <w:rPr>
          <w:rFonts w:asciiTheme="majorHAnsi" w:hAnsiTheme="majorHAnsi" w:cstheme="majorHAnsi"/>
          <w:lang w:val="nl-NL"/>
        </w:rPr>
        <w:t>(dir</w:t>
      </w:r>
      <w:r w:rsidRPr="00781AE9" w:rsidR="00800B9D">
        <w:rPr>
          <w:rFonts w:asciiTheme="majorHAnsi" w:hAnsiTheme="majorHAnsi" w:cstheme="majorHAnsi"/>
          <w:lang w:val="nl-NL"/>
        </w:rPr>
        <w:t>ectie)zaken zijn, kan er aan het</w:t>
      </w:r>
      <w:r w:rsidRPr="00781AE9">
        <w:rPr>
          <w:rFonts w:asciiTheme="majorHAnsi" w:hAnsiTheme="majorHAnsi" w:cstheme="majorHAnsi"/>
          <w:lang w:val="nl-NL"/>
        </w:rPr>
        <w:t xml:space="preserve"> directielid gevraagd worden om als adviseur </w:t>
      </w:r>
      <w:r w:rsidRPr="00781AE9">
        <w:rPr>
          <w:rFonts w:asciiTheme="majorHAnsi" w:hAnsiTheme="majorHAnsi" w:cstheme="majorHAnsi"/>
          <w:lang w:val="nl-NL"/>
        </w:rPr>
        <w:br/>
      </w:r>
      <w:r w:rsidRPr="00781AE9">
        <w:rPr>
          <w:rFonts w:asciiTheme="majorHAnsi" w:hAnsiTheme="majorHAnsi" w:cstheme="majorHAnsi"/>
          <w:lang w:val="nl-NL"/>
        </w:rPr>
        <w:t>aanwezig te z</w:t>
      </w:r>
      <w:r w:rsidRPr="00781AE9" w:rsidR="00800B9D">
        <w:rPr>
          <w:rFonts w:asciiTheme="majorHAnsi" w:hAnsiTheme="majorHAnsi" w:cstheme="majorHAnsi"/>
          <w:lang w:val="nl-NL"/>
        </w:rPr>
        <w:t xml:space="preserve">ijn tijdens de vergadering. </w:t>
      </w:r>
    </w:p>
    <w:p w:rsidRPr="00781AE9" w:rsidR="00800B9D" w:rsidP="00800B9D" w:rsidRDefault="00536A09" w14:paraId="060B5B25" w14:textId="77777777">
      <w:pPr>
        <w:pStyle w:val="Geenafstand"/>
        <w:numPr>
          <w:ilvl w:val="0"/>
          <w:numId w:val="33"/>
        </w:numPr>
        <w:rPr>
          <w:rFonts w:asciiTheme="majorHAnsi" w:hAnsiTheme="majorHAnsi" w:cstheme="majorHAnsi"/>
          <w:lang w:val="nl-NL"/>
        </w:rPr>
      </w:pPr>
      <w:r w:rsidRPr="00781AE9">
        <w:rPr>
          <w:rFonts w:asciiTheme="majorHAnsi" w:hAnsiTheme="majorHAnsi" w:cstheme="majorHAnsi"/>
          <w:lang w:val="nl-NL"/>
        </w:rPr>
        <w:t xml:space="preserve">Vergaderingen zijn in beginsel openbaar voor ouders van leerlingen en/of personeel als </w:t>
      </w:r>
      <w:r w:rsidRPr="00781AE9">
        <w:rPr>
          <w:rFonts w:asciiTheme="majorHAnsi" w:hAnsiTheme="majorHAnsi" w:cstheme="majorHAnsi"/>
          <w:lang w:val="nl-NL"/>
        </w:rPr>
        <w:br/>
      </w:r>
      <w:r w:rsidRPr="00781AE9">
        <w:rPr>
          <w:rFonts w:asciiTheme="majorHAnsi" w:hAnsiTheme="majorHAnsi" w:cstheme="majorHAnsi"/>
          <w:lang w:val="nl-NL"/>
        </w:rPr>
        <w:t xml:space="preserve">toehoorder. Anderen dan MR-leden wordt verzocht om zijn/haar aanwezigheid wel </w:t>
      </w:r>
      <w:r w:rsidRPr="00781AE9">
        <w:rPr>
          <w:rFonts w:asciiTheme="majorHAnsi" w:hAnsiTheme="majorHAnsi" w:cstheme="majorHAnsi"/>
          <w:lang w:val="nl-NL"/>
        </w:rPr>
        <w:br/>
      </w:r>
      <w:r w:rsidRPr="00781AE9">
        <w:rPr>
          <w:rFonts w:asciiTheme="majorHAnsi" w:hAnsiTheme="majorHAnsi" w:cstheme="majorHAnsi"/>
          <w:lang w:val="nl-NL"/>
        </w:rPr>
        <w:t xml:space="preserve">vooraf aan te kondigen. </w:t>
      </w:r>
    </w:p>
    <w:p w:rsidRPr="00781AE9" w:rsidR="00800B9D" w:rsidP="00800B9D" w:rsidRDefault="00800B9D" w14:paraId="6DFB9E20" w14:textId="77777777">
      <w:pPr>
        <w:pStyle w:val="Geenafstand"/>
        <w:ind w:left="360"/>
        <w:rPr>
          <w:rFonts w:asciiTheme="majorHAnsi" w:hAnsiTheme="majorHAnsi" w:cstheme="majorHAnsi"/>
          <w:lang w:val="nl-NL"/>
        </w:rPr>
      </w:pPr>
    </w:p>
    <w:p w:rsidRPr="00781AE9" w:rsidR="00800B9D" w:rsidP="00800B9D" w:rsidRDefault="00536A09" w14:paraId="64EF98D5" w14:textId="77777777">
      <w:pPr>
        <w:pStyle w:val="Geenafstand"/>
        <w:rPr>
          <w:rFonts w:asciiTheme="majorHAnsi" w:hAnsiTheme="majorHAnsi" w:cstheme="majorHAnsi"/>
          <w:lang w:val="nl-NL"/>
        </w:rPr>
      </w:pPr>
      <w:r w:rsidRPr="00781AE9">
        <w:rPr>
          <w:rFonts w:asciiTheme="majorHAnsi" w:hAnsiTheme="majorHAnsi" w:cstheme="majorHAnsi"/>
          <w:lang w:val="nl-NL"/>
        </w:rPr>
        <w:t xml:space="preserve">MR vergaderwerkwijze  </w:t>
      </w:r>
    </w:p>
    <w:p w:rsidRPr="00781AE9" w:rsidR="00800B9D" w:rsidP="00800B9D" w:rsidRDefault="00536A09" w14:paraId="24511C93" w14:textId="77777777">
      <w:pPr>
        <w:pStyle w:val="Geenafstand"/>
        <w:numPr>
          <w:ilvl w:val="0"/>
          <w:numId w:val="35"/>
        </w:numPr>
        <w:rPr>
          <w:rFonts w:asciiTheme="majorHAnsi" w:hAnsiTheme="majorHAnsi" w:cstheme="majorHAnsi"/>
          <w:lang w:val="nl-NL"/>
        </w:rPr>
      </w:pPr>
      <w:r w:rsidRPr="00781AE9">
        <w:rPr>
          <w:rFonts w:asciiTheme="majorHAnsi" w:hAnsiTheme="majorHAnsi" w:cstheme="majorHAnsi"/>
          <w:lang w:val="nl-NL"/>
        </w:rPr>
        <w:t xml:space="preserve">Agendapunten worden minimaal een week voorafgaand aan overleg uitgevraagd. </w:t>
      </w:r>
      <w:r w:rsidRPr="00781AE9">
        <w:rPr>
          <w:rFonts w:asciiTheme="majorHAnsi" w:hAnsiTheme="majorHAnsi" w:cstheme="majorHAnsi"/>
          <w:lang w:val="nl-NL"/>
        </w:rPr>
        <w:br/>
      </w:r>
      <w:r w:rsidRPr="00781AE9">
        <w:rPr>
          <w:rFonts w:asciiTheme="majorHAnsi" w:hAnsiTheme="majorHAnsi" w:cstheme="majorHAnsi"/>
          <w:lang w:val="nl-NL"/>
        </w:rPr>
        <w:t>Agenda en stukken worden minimaal een week voorafgaand aan overleg verstuurd.</w:t>
      </w:r>
    </w:p>
    <w:p w:rsidRPr="00781AE9" w:rsidR="00800B9D" w:rsidP="00800B9D" w:rsidRDefault="00536A09" w14:paraId="30E69673" w14:textId="1DD87C64">
      <w:pPr>
        <w:pStyle w:val="Geenafstand"/>
        <w:numPr>
          <w:ilvl w:val="0"/>
          <w:numId w:val="35"/>
        </w:numPr>
        <w:rPr>
          <w:rFonts w:asciiTheme="majorHAnsi" w:hAnsiTheme="majorHAnsi" w:cstheme="majorHAnsi"/>
          <w:lang w:val="nl-NL"/>
        </w:rPr>
      </w:pPr>
      <w:r w:rsidRPr="00781AE9">
        <w:rPr>
          <w:rFonts w:asciiTheme="majorHAnsi" w:hAnsiTheme="majorHAnsi" w:cstheme="majorHAnsi"/>
          <w:lang w:val="nl-NL"/>
        </w:rPr>
        <w:t xml:space="preserve">Stukken m.b.t. instemming- of adviesrecht worden minimaal twee weken voor het </w:t>
      </w:r>
      <w:r w:rsidRPr="00781AE9" w:rsidR="00800B9D">
        <w:rPr>
          <w:rFonts w:asciiTheme="majorHAnsi" w:hAnsiTheme="majorHAnsi" w:cstheme="majorHAnsi"/>
          <w:lang w:val="nl-NL"/>
        </w:rPr>
        <w:br/>
      </w:r>
      <w:r w:rsidRPr="00781AE9">
        <w:rPr>
          <w:rFonts w:asciiTheme="majorHAnsi" w:hAnsiTheme="majorHAnsi" w:cstheme="majorHAnsi"/>
          <w:lang w:val="nl-NL"/>
        </w:rPr>
        <w:t>overleg gedeeld met de MR.</w:t>
      </w:r>
    </w:p>
    <w:p w:rsidRPr="00781AE9" w:rsidR="00636CC8" w:rsidP="6D5FC077" w:rsidRDefault="00536A09" w14:paraId="5FDA6D81" w14:textId="151F819B">
      <w:pPr>
        <w:pStyle w:val="Geenafstand"/>
        <w:numPr>
          <w:ilvl w:val="0"/>
          <w:numId w:val="35"/>
        </w:numPr>
        <w:rPr>
          <w:rFonts w:eastAsia="Calibri Light" w:asciiTheme="majorHAnsi" w:hAnsiTheme="majorHAnsi" w:cstheme="majorHAnsi"/>
          <w:lang w:val="nl-NL"/>
        </w:rPr>
      </w:pPr>
      <w:r w:rsidRPr="00781AE9">
        <w:rPr>
          <w:rFonts w:asciiTheme="majorHAnsi" w:hAnsiTheme="majorHAnsi" w:cstheme="majorHAnsi"/>
          <w:lang w:val="nl-NL"/>
        </w:rPr>
        <w:t xml:space="preserve">Van elke vergadering worden notulen opgesteld voor de MR zelf. </w:t>
      </w:r>
      <w:r w:rsidRPr="00781AE9" w:rsidR="2C155B98">
        <w:rPr>
          <w:rFonts w:eastAsia="Calibri" w:asciiTheme="majorHAnsi" w:hAnsiTheme="majorHAnsi" w:cstheme="majorHAnsi"/>
          <w:color w:val="000000" w:themeColor="text1"/>
          <w:lang w:val="nl-NL"/>
        </w:rPr>
        <w:t>De notulen worden binnen 7 dagen na de vergadering voor alle leden toegankelijk in de door de MR gebruikelijke digitale communicatiemiddelen geplaatst.</w:t>
      </w:r>
    </w:p>
    <w:p w:rsidRPr="00781AE9" w:rsidR="00636CC8" w:rsidP="6D5FC077" w:rsidRDefault="1CAA8D5F" w14:paraId="6267721C" w14:textId="69C53E6B">
      <w:pPr>
        <w:pStyle w:val="Geenafstand"/>
        <w:numPr>
          <w:ilvl w:val="0"/>
          <w:numId w:val="35"/>
        </w:numPr>
        <w:rPr>
          <w:rFonts w:asciiTheme="majorHAnsi" w:hAnsiTheme="majorHAnsi" w:cstheme="majorHAnsi"/>
          <w:lang w:val="nl-NL"/>
        </w:rPr>
      </w:pPr>
      <w:r w:rsidRPr="00781AE9">
        <w:rPr>
          <w:rFonts w:asciiTheme="majorHAnsi" w:hAnsiTheme="majorHAnsi" w:cstheme="majorHAnsi"/>
          <w:lang w:val="nl-NL"/>
        </w:rPr>
        <w:t>Ieder jaar in juni wordt er een jaarverslag gemaakt van de vergaderingen van de MR. Deze wordt gedeeld via Social Schools en de website van school.</w:t>
      </w:r>
    </w:p>
    <w:p w:rsidR="008D6781" w:rsidP="008D6781" w:rsidRDefault="008D6781" w14:paraId="3B6FFDCE" w14:textId="77777777">
      <w:pPr>
        <w:pStyle w:val="Geenafstand"/>
        <w:rPr>
          <w:rFonts w:asciiTheme="majorHAnsi" w:hAnsiTheme="majorHAnsi" w:cstheme="majorHAnsi"/>
          <w:lang w:val="nl-NL"/>
        </w:rPr>
      </w:pPr>
    </w:p>
    <w:p w:rsidR="00573F54" w:rsidP="008D6781" w:rsidRDefault="00573F54" w14:paraId="4EFC32B6" w14:noSpellErr="1" w14:textId="3448E4A8">
      <w:pPr>
        <w:pStyle w:val="Geenafstand"/>
      </w:pPr>
      <w:r w:rsidRPr="514B77E5" w:rsidR="00536A09">
        <w:rPr>
          <w:rFonts w:ascii="Calibri" w:hAnsi="Calibri" w:cs="Calibri" w:asciiTheme="majorAscii" w:hAnsiTheme="majorAscii" w:cstheme="majorAscii"/>
          <w:lang w:val="nl-NL"/>
        </w:rPr>
        <w:t xml:space="preserve">Opgemerkt wordt dat het personeel en de ouders van de school agendapunten kunnen </w:t>
      </w:r>
      <w:r>
        <w:br/>
      </w:r>
      <w:r w:rsidRPr="514B77E5" w:rsidR="00536A09">
        <w:rPr>
          <w:rFonts w:ascii="Calibri" w:hAnsi="Calibri" w:cs="Calibri" w:asciiTheme="majorAscii" w:hAnsiTheme="majorAscii" w:cstheme="majorAscii"/>
          <w:lang w:val="nl-NL"/>
        </w:rPr>
        <w:t xml:space="preserve">indienen. Zij kunnen hiervoor de secretaris schriftelijk verzoeken een onderwerp of voorstel </w:t>
      </w:r>
      <w:r>
        <w:br/>
      </w:r>
      <w:r w:rsidRPr="514B77E5" w:rsidR="00536A09">
        <w:rPr>
          <w:rFonts w:ascii="Calibri" w:hAnsi="Calibri" w:cs="Calibri" w:asciiTheme="majorAscii" w:hAnsiTheme="majorAscii" w:cstheme="majorAscii"/>
          <w:lang w:val="nl-NL"/>
        </w:rPr>
        <w:t xml:space="preserve">ter bespreking op de agenda van een vergadering van de medezeggenschapsraad te </w:t>
      </w:r>
      <w:r>
        <w:br/>
      </w:r>
      <w:r w:rsidRPr="514B77E5" w:rsidR="00536A09">
        <w:rPr>
          <w:rFonts w:ascii="Calibri" w:hAnsi="Calibri" w:cs="Calibri" w:asciiTheme="majorAscii" w:hAnsiTheme="majorAscii" w:cstheme="majorAscii"/>
          <w:lang w:val="nl-NL"/>
        </w:rPr>
        <w:t xml:space="preserve">plaatsen.  </w:t>
      </w:r>
    </w:p>
    <w:p w:rsidR="00573F54" w:rsidP="636E7A4A" w:rsidRDefault="00573F54" w14:paraId="0A6D1076" w14:noSpellErr="1" w14:textId="630F124C">
      <w:pPr>
        <w:pStyle w:val="Geenafstand"/>
        <w:rPr>
          <w:rFonts w:ascii="Calibri" w:hAnsi="Calibri" w:cs="Calibri" w:asciiTheme="majorAscii" w:hAnsiTheme="majorAscii" w:cstheme="majorAscii"/>
          <w:lang w:val="nl-NL"/>
        </w:rPr>
      </w:pPr>
    </w:p>
    <w:p w:rsidRPr="00781AE9" w:rsidR="009D5116" w:rsidP="514B77E5" w:rsidRDefault="00536A09" w14:paraId="07052D7F" w14:textId="77777777" w14:noSpellErr="1">
      <w:pPr>
        <w:pStyle w:val="Geenafstand"/>
        <w:rPr>
          <w:rFonts w:ascii="Calibri" w:hAnsi="Calibri" w:cs="Calibri" w:asciiTheme="majorAscii" w:hAnsiTheme="majorAscii" w:cstheme="majorAscii"/>
          <w:color w:val="444444"/>
          <w:sz w:val="18"/>
          <w:szCs w:val="18"/>
          <w:shd w:val="clear" w:color="auto" w:fill="FFFFFF"/>
          <w:lang w:val="nl-NL"/>
        </w:rPr>
      </w:pPr>
      <w:bookmarkStart w:name="_Toc211325419" w:id="14"/>
      <w:r w:rsidRPr="514B77E5" w:rsidR="00536A09">
        <w:rPr>
          <w:rStyle w:val="Kop2Char"/>
          <w:rFonts w:cs="Calibri" w:cstheme="majorAscii"/>
          <w:sz w:val="24"/>
          <w:szCs w:val="24"/>
          <w:lang w:val="nl-NL"/>
        </w:rPr>
        <w:t>4.2. Communicatie tussen MR en belanghebbenden</w:t>
      </w:r>
      <w:bookmarkEnd w:id="14"/>
      <w:r w:rsidRPr="514B77E5" w:rsidR="00536A09">
        <w:rPr>
          <w:rFonts w:ascii="Calibri" w:hAnsi="Calibri" w:cs="Calibri" w:asciiTheme="majorAscii" w:hAnsiTheme="majorAscii" w:cstheme="majorAscii"/>
          <w:lang w:val="nl-NL"/>
        </w:rPr>
        <w:t xml:space="preserve">  </w:t>
      </w:r>
      <w:r w:rsidRPr="00781AE9">
        <w:rPr>
          <w:rFonts w:asciiTheme="majorHAnsi" w:hAnsiTheme="majorHAnsi" w:cstheme="majorHAnsi"/>
          <w:lang w:val="nl-NL"/>
        </w:rPr>
        <w:br/>
      </w:r>
      <w:r w:rsidRPr="514B77E5" w:rsidR="00536A09">
        <w:rPr>
          <w:rFonts w:ascii="Calibri" w:hAnsi="Calibri" w:cs="Calibri" w:asciiTheme="majorAscii" w:hAnsiTheme="majorAscii" w:cstheme="majorAscii"/>
          <w:lang w:val="nl-NL"/>
        </w:rPr>
        <w:t xml:space="preserve">De MR is altijd te bereiken via: </w:t>
      </w:r>
      <w:hyperlink w:history="1" r:id="Rc1855ae89372485d">
        <w:r w:rsidRPr="514B77E5" w:rsidR="009D5116">
          <w:rPr>
            <w:rStyle w:val="Hyperlink"/>
            <w:rFonts w:ascii="Calibri" w:hAnsi="Calibri" w:cs="Calibri" w:asciiTheme="majorAscii" w:hAnsiTheme="majorAscii" w:cstheme="majorAscii"/>
            <w:shd w:val="clear" w:color="auto" w:fill="FFFFFF"/>
            <w:lang w:val="nl-NL"/>
          </w:rPr>
          <w:t>mr-ikc-alexia@pcboleeuwarden.nl</w:t>
        </w:r>
      </w:hyperlink>
    </w:p>
    <w:p w:rsidRPr="00781AE9" w:rsidR="009D5116" w:rsidP="009D5116" w:rsidRDefault="00536A09" w14:paraId="5AF92D90" w14:textId="478AAD20">
      <w:pPr>
        <w:pStyle w:val="Geenafstand"/>
        <w:rPr>
          <w:rFonts w:asciiTheme="majorHAnsi" w:hAnsiTheme="majorHAnsi" w:cstheme="majorHAnsi"/>
          <w:lang w:val="nl-NL"/>
        </w:rPr>
      </w:pPr>
      <w:r w:rsidRPr="00781AE9">
        <w:rPr>
          <w:rFonts w:asciiTheme="majorHAnsi" w:hAnsiTheme="majorHAnsi" w:cstheme="majorHAnsi"/>
          <w:lang w:val="nl-NL"/>
        </w:rPr>
        <w:br/>
      </w:r>
      <w:r w:rsidRPr="00781AE9">
        <w:rPr>
          <w:rFonts w:asciiTheme="majorHAnsi" w:hAnsiTheme="majorHAnsi" w:cstheme="majorHAnsi"/>
          <w:lang w:val="nl-NL"/>
        </w:rPr>
        <w:t xml:space="preserve">Met wie heeft de MR contact, waarover en op welke wijze?  </w:t>
      </w:r>
    </w:p>
    <w:tbl>
      <w:tblPr>
        <w:tblStyle w:val="Tabelraster"/>
        <w:tblW w:w="8781" w:type="dxa"/>
        <w:tblLook w:val="04A0" w:firstRow="1" w:lastRow="0" w:firstColumn="1" w:lastColumn="0" w:noHBand="0" w:noVBand="1"/>
      </w:tblPr>
      <w:tblGrid>
        <w:gridCol w:w="2655"/>
        <w:gridCol w:w="2499"/>
        <w:gridCol w:w="3627"/>
      </w:tblGrid>
      <w:tr w:rsidRPr="00781AE9" w:rsidR="009D5116" w:rsidTr="77F746B7" w14:paraId="0F20AF6E" w14:textId="77777777">
        <w:tc>
          <w:tcPr>
            <w:tcW w:w="1958" w:type="dxa"/>
            <w:shd w:val="clear" w:color="auto" w:fill="FBD4B4" w:themeFill="accent6" w:themeFillTint="66"/>
          </w:tcPr>
          <w:p w:rsidRPr="00781AE9" w:rsidR="009D5116" w:rsidP="1AF72D40" w:rsidRDefault="009D5116" w14:paraId="7F46BD19" w14:textId="0B645E9B">
            <w:pPr>
              <w:pStyle w:val="Geenafstand"/>
              <w:rPr>
                <w:rFonts w:asciiTheme="majorHAnsi" w:hAnsiTheme="majorHAnsi" w:cstheme="majorHAnsi"/>
                <w:b/>
                <w:bCs/>
                <w:lang w:val="nl-NL"/>
              </w:rPr>
            </w:pPr>
            <w:r w:rsidRPr="00781AE9">
              <w:rPr>
                <w:rFonts w:asciiTheme="majorHAnsi" w:hAnsiTheme="majorHAnsi" w:cstheme="majorHAnsi"/>
                <w:b/>
                <w:bCs/>
                <w:lang w:val="nl-NL"/>
              </w:rPr>
              <w:t>Met wie contact?</w:t>
            </w:r>
          </w:p>
        </w:tc>
        <w:tc>
          <w:tcPr>
            <w:tcW w:w="2785" w:type="dxa"/>
            <w:shd w:val="clear" w:color="auto" w:fill="FBD4B4" w:themeFill="accent6" w:themeFillTint="66"/>
          </w:tcPr>
          <w:p w:rsidRPr="00781AE9" w:rsidR="009D5116" w:rsidP="1AF72D40" w:rsidRDefault="009D5116" w14:paraId="661FE8EB"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Over wat?</w:t>
            </w:r>
          </w:p>
        </w:tc>
        <w:tc>
          <w:tcPr>
            <w:tcW w:w="4038" w:type="dxa"/>
            <w:shd w:val="clear" w:color="auto" w:fill="FBD4B4" w:themeFill="accent6" w:themeFillTint="66"/>
          </w:tcPr>
          <w:p w:rsidRPr="00781AE9" w:rsidR="009D5116" w:rsidP="1AF72D40" w:rsidRDefault="009D5116" w14:paraId="3347F731"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Hoe?</w:t>
            </w:r>
          </w:p>
        </w:tc>
      </w:tr>
      <w:tr w:rsidRPr="00781AE9" w:rsidR="009D5116" w:rsidTr="77F746B7" w14:paraId="0BC1BB7A" w14:textId="77777777">
        <w:tc>
          <w:tcPr>
            <w:tcW w:w="1958" w:type="dxa"/>
          </w:tcPr>
          <w:p w:rsidRPr="00781AE9" w:rsidR="009D5116" w:rsidP="009D5116" w:rsidRDefault="009D5116" w14:paraId="65D47AC5" w14:textId="77777777">
            <w:pPr>
              <w:pStyle w:val="Geenafstand"/>
              <w:rPr>
                <w:rFonts w:asciiTheme="majorHAnsi" w:hAnsiTheme="majorHAnsi" w:cstheme="majorHAnsi"/>
                <w:lang w:val="nl-NL"/>
              </w:rPr>
            </w:pPr>
            <w:r w:rsidRPr="00781AE9">
              <w:rPr>
                <w:rFonts w:asciiTheme="majorHAnsi" w:hAnsiTheme="majorHAnsi" w:cstheme="majorHAnsi"/>
                <w:lang w:val="nl-NL"/>
              </w:rPr>
              <w:t>Ouders/verzorgers</w:t>
            </w:r>
          </w:p>
        </w:tc>
        <w:tc>
          <w:tcPr>
            <w:tcW w:w="2785" w:type="dxa"/>
          </w:tcPr>
          <w:p w:rsidRPr="00781AE9" w:rsidR="009D5116" w:rsidP="009D5116" w:rsidRDefault="009D5116" w14:paraId="33EB9DF8" w14:textId="77777777">
            <w:pPr>
              <w:pStyle w:val="Geenafstand"/>
              <w:rPr>
                <w:rFonts w:asciiTheme="majorHAnsi" w:hAnsiTheme="majorHAnsi" w:cstheme="majorHAnsi"/>
                <w:lang w:val="nl-NL"/>
              </w:rPr>
            </w:pPr>
            <w:r w:rsidRPr="00781AE9">
              <w:rPr>
                <w:rFonts w:asciiTheme="majorHAnsi" w:hAnsiTheme="majorHAnsi" w:cstheme="majorHAnsi"/>
                <w:lang w:val="nl-NL"/>
              </w:rPr>
              <w:t>Alle relevante MR-ontwikkelingen, maar met name die met impact op kinderen en ouders</w:t>
            </w:r>
          </w:p>
        </w:tc>
        <w:tc>
          <w:tcPr>
            <w:tcW w:w="4038" w:type="dxa"/>
          </w:tcPr>
          <w:p w:rsidRPr="00781AE9" w:rsidR="009D5116" w:rsidP="6D5FC077" w:rsidRDefault="21588299" w14:paraId="28B40CC5" w14:textId="4F0C2E3D">
            <w:pPr>
              <w:pStyle w:val="Geenafstand"/>
              <w:numPr>
                <w:ilvl w:val="0"/>
                <w:numId w:val="6"/>
              </w:numPr>
              <w:rPr>
                <w:rFonts w:asciiTheme="majorHAnsi" w:hAnsiTheme="majorHAnsi" w:cstheme="majorHAnsi"/>
                <w:lang w:val="nl-NL"/>
              </w:rPr>
            </w:pPr>
            <w:r w:rsidRPr="00781AE9">
              <w:rPr>
                <w:rFonts w:asciiTheme="majorHAnsi" w:hAnsiTheme="majorHAnsi" w:cstheme="majorHAnsi"/>
                <w:lang w:val="nl-NL"/>
              </w:rPr>
              <w:t>Ouders/verzorgers ontvangen in de nieuwbrieven van school updates van de MR over acties, agendapunten en stand van zaken.</w:t>
            </w:r>
          </w:p>
          <w:p w:rsidRPr="00781AE9" w:rsidR="009D5116" w:rsidP="6D5FC077" w:rsidRDefault="21588299" w14:paraId="659D4271" w14:textId="791126DE">
            <w:pPr>
              <w:pStyle w:val="Geenafstand"/>
              <w:numPr>
                <w:ilvl w:val="0"/>
                <w:numId w:val="6"/>
              </w:numPr>
              <w:rPr>
                <w:rFonts w:asciiTheme="majorHAnsi" w:hAnsiTheme="majorHAnsi" w:cstheme="majorHAnsi"/>
                <w:lang w:val="nl-NL"/>
              </w:rPr>
            </w:pPr>
            <w:r w:rsidRPr="00781AE9">
              <w:rPr>
                <w:rFonts w:asciiTheme="majorHAnsi" w:hAnsiTheme="majorHAnsi" w:cstheme="majorHAnsi"/>
                <w:lang w:val="nl-NL"/>
              </w:rPr>
              <w:t>Jaarverslag MR</w:t>
            </w:r>
          </w:p>
        </w:tc>
      </w:tr>
      <w:tr w:rsidRPr="00781AE9" w:rsidR="009D5116" w:rsidTr="77F746B7" w14:paraId="3AA1EDDF" w14:textId="77777777">
        <w:tc>
          <w:tcPr>
            <w:tcW w:w="1958" w:type="dxa"/>
          </w:tcPr>
          <w:p w:rsidRPr="00781AE9" w:rsidR="009D5116" w:rsidP="4B553D3D" w:rsidRDefault="009D5116" w14:paraId="74390F76" w14:textId="59E424F9">
            <w:pPr>
              <w:pStyle w:val="Geenafstand"/>
              <w:rPr>
                <w:rFonts w:asciiTheme="majorHAnsi" w:hAnsiTheme="majorHAnsi" w:cstheme="majorHAnsi"/>
                <w:lang w:val="nl-NL"/>
              </w:rPr>
            </w:pPr>
            <w:r w:rsidRPr="00781AE9">
              <w:rPr>
                <w:rFonts w:asciiTheme="majorHAnsi" w:hAnsiTheme="majorHAnsi" w:cstheme="majorHAnsi"/>
                <w:lang w:val="nl-NL"/>
              </w:rPr>
              <w:t>Personeel (leerkrachten)</w:t>
            </w:r>
          </w:p>
        </w:tc>
        <w:tc>
          <w:tcPr>
            <w:tcW w:w="2785" w:type="dxa"/>
          </w:tcPr>
          <w:p w:rsidRPr="00781AE9" w:rsidR="009D5116" w:rsidP="009D5116" w:rsidRDefault="009D5116" w14:paraId="1D17F046" w14:textId="77777777">
            <w:pPr>
              <w:pStyle w:val="Geenafstand"/>
              <w:rPr>
                <w:rFonts w:asciiTheme="majorHAnsi" w:hAnsiTheme="majorHAnsi" w:cstheme="majorHAnsi"/>
                <w:lang w:val="nl-NL"/>
              </w:rPr>
            </w:pPr>
            <w:r w:rsidRPr="00781AE9">
              <w:rPr>
                <w:rFonts w:asciiTheme="majorHAnsi" w:hAnsiTheme="majorHAnsi" w:cstheme="majorHAnsi"/>
                <w:lang w:val="nl-NL"/>
              </w:rPr>
              <w:t>Alle relevante MR-ontwikkelingen, maar met namen die met impact op personeel</w:t>
            </w:r>
          </w:p>
        </w:tc>
        <w:tc>
          <w:tcPr>
            <w:tcW w:w="4038" w:type="dxa"/>
          </w:tcPr>
          <w:p w:rsidRPr="00781AE9" w:rsidR="009D5116" w:rsidP="6D5FC077" w:rsidRDefault="009D5116" w14:paraId="1D244E55" w14:textId="36B800F9">
            <w:pPr>
              <w:pStyle w:val="Geenafstand"/>
              <w:numPr>
                <w:ilvl w:val="0"/>
                <w:numId w:val="5"/>
              </w:numPr>
              <w:rPr>
                <w:rFonts w:asciiTheme="majorHAnsi" w:hAnsiTheme="majorHAnsi" w:cstheme="majorHAnsi"/>
                <w:lang w:val="nl-NL"/>
              </w:rPr>
            </w:pPr>
            <w:r w:rsidRPr="00781AE9">
              <w:rPr>
                <w:rFonts w:asciiTheme="majorHAnsi" w:hAnsiTheme="majorHAnsi" w:cstheme="majorHAnsi"/>
                <w:lang w:val="nl-NL"/>
              </w:rPr>
              <w:t>Via de teamvergadering</w:t>
            </w:r>
            <w:r w:rsidRPr="00781AE9" w:rsidR="4F875A07">
              <w:rPr>
                <w:rFonts w:asciiTheme="majorHAnsi" w:hAnsiTheme="majorHAnsi" w:cstheme="majorHAnsi"/>
                <w:lang w:val="nl-NL"/>
              </w:rPr>
              <w:t>en</w:t>
            </w:r>
          </w:p>
          <w:p w:rsidRPr="00781AE9" w:rsidR="009D5116" w:rsidP="6D5FC077" w:rsidRDefault="4F875A07" w14:paraId="40EAEFE4" w14:textId="5717A9B4">
            <w:pPr>
              <w:pStyle w:val="Geenafstand"/>
              <w:numPr>
                <w:ilvl w:val="0"/>
                <w:numId w:val="5"/>
              </w:numPr>
              <w:rPr>
                <w:rFonts w:asciiTheme="majorHAnsi" w:hAnsiTheme="majorHAnsi" w:cstheme="majorHAnsi"/>
                <w:lang w:val="nl-NL"/>
              </w:rPr>
            </w:pPr>
            <w:r w:rsidRPr="00781AE9">
              <w:rPr>
                <w:rFonts w:asciiTheme="majorHAnsi" w:hAnsiTheme="majorHAnsi" w:cstheme="majorHAnsi"/>
                <w:lang w:val="nl-NL"/>
              </w:rPr>
              <w:t>In de weekmemo in aanloop naar of na afloop van MR-vergadering</w:t>
            </w:r>
          </w:p>
        </w:tc>
      </w:tr>
      <w:tr w:rsidRPr="00781AE9" w:rsidR="009D5116" w:rsidTr="77F746B7" w14:paraId="1786C599" w14:textId="77777777">
        <w:tc>
          <w:tcPr>
            <w:tcW w:w="1958" w:type="dxa"/>
          </w:tcPr>
          <w:p w:rsidRPr="00781AE9" w:rsidR="009D5116" w:rsidP="009D5116" w:rsidRDefault="009D5116" w14:paraId="353E55D5" w14:textId="77777777">
            <w:pPr>
              <w:pStyle w:val="Geenafstand"/>
              <w:rPr>
                <w:rFonts w:asciiTheme="majorHAnsi" w:hAnsiTheme="majorHAnsi" w:cstheme="majorHAnsi"/>
                <w:lang w:val="nl-NL"/>
              </w:rPr>
            </w:pPr>
            <w:r w:rsidRPr="00781AE9">
              <w:rPr>
                <w:rFonts w:asciiTheme="majorHAnsi" w:hAnsiTheme="majorHAnsi" w:cstheme="majorHAnsi"/>
                <w:lang w:val="nl-NL"/>
              </w:rPr>
              <w:t>Directie</w:t>
            </w:r>
          </w:p>
        </w:tc>
        <w:tc>
          <w:tcPr>
            <w:tcW w:w="2785" w:type="dxa"/>
          </w:tcPr>
          <w:p w:rsidRPr="00781AE9" w:rsidR="009D5116" w:rsidP="009D5116" w:rsidRDefault="009D5116" w14:paraId="0B3A5305" w14:textId="77777777">
            <w:pPr>
              <w:pStyle w:val="Geenafstand"/>
              <w:rPr>
                <w:rFonts w:asciiTheme="majorHAnsi" w:hAnsiTheme="majorHAnsi" w:cstheme="majorHAnsi"/>
                <w:lang w:val="nl-NL"/>
              </w:rPr>
            </w:pPr>
            <w:r w:rsidRPr="00781AE9">
              <w:rPr>
                <w:rFonts w:asciiTheme="majorHAnsi" w:hAnsiTheme="majorHAnsi" w:cstheme="majorHAnsi"/>
                <w:lang w:val="nl-NL"/>
              </w:rPr>
              <w:t>Alle relevante MR-zaken</w:t>
            </w:r>
          </w:p>
        </w:tc>
        <w:tc>
          <w:tcPr>
            <w:tcW w:w="4038" w:type="dxa"/>
          </w:tcPr>
          <w:p w:rsidRPr="00781AE9" w:rsidR="009D5116" w:rsidP="6D5FC077" w:rsidRDefault="7377E905" w14:paraId="1869070F" w14:textId="73164A52">
            <w:pPr>
              <w:pStyle w:val="Geenafstand"/>
              <w:numPr>
                <w:ilvl w:val="0"/>
                <w:numId w:val="4"/>
              </w:numPr>
              <w:rPr>
                <w:rFonts w:asciiTheme="majorHAnsi" w:hAnsiTheme="majorHAnsi" w:cstheme="majorHAnsi"/>
                <w:lang w:val="nl-NL"/>
              </w:rPr>
            </w:pPr>
            <w:r w:rsidRPr="00781AE9">
              <w:rPr>
                <w:rFonts w:asciiTheme="majorHAnsi" w:hAnsiTheme="majorHAnsi" w:cstheme="majorHAnsi"/>
                <w:lang w:val="nl-NL"/>
              </w:rPr>
              <w:t>V</w:t>
            </w:r>
            <w:r w:rsidRPr="00781AE9" w:rsidR="009D5116">
              <w:rPr>
                <w:rFonts w:asciiTheme="majorHAnsi" w:hAnsiTheme="majorHAnsi" w:cstheme="majorHAnsi"/>
                <w:lang w:val="nl-NL"/>
              </w:rPr>
              <w:t>ooroverleg MR-voorzitter tussentijdse zaken en 2 weken vooraf aan elke MR vergadering</w:t>
            </w:r>
          </w:p>
          <w:p w:rsidRPr="00781AE9" w:rsidR="009D5116" w:rsidP="6D5FC077" w:rsidRDefault="537399B4" w14:paraId="793649CC" w14:textId="470D0980">
            <w:pPr>
              <w:pStyle w:val="Geenafstand"/>
              <w:numPr>
                <w:ilvl w:val="0"/>
                <w:numId w:val="4"/>
              </w:numPr>
              <w:rPr>
                <w:rFonts w:asciiTheme="majorHAnsi" w:hAnsiTheme="majorHAnsi" w:cstheme="majorHAnsi"/>
                <w:lang w:val="nl-NL"/>
              </w:rPr>
            </w:pPr>
            <w:r w:rsidRPr="00781AE9">
              <w:rPr>
                <w:rFonts w:asciiTheme="majorHAnsi" w:hAnsiTheme="majorHAnsi" w:cstheme="majorHAnsi"/>
                <w:lang w:val="nl-NL"/>
              </w:rPr>
              <w:t>MR-vergadering</w:t>
            </w:r>
          </w:p>
        </w:tc>
      </w:tr>
      <w:tr w:rsidRPr="00781AE9" w:rsidR="009D5116" w:rsidTr="77F746B7" w14:paraId="48792DFB" w14:textId="77777777">
        <w:tc>
          <w:tcPr>
            <w:tcW w:w="1958" w:type="dxa"/>
          </w:tcPr>
          <w:p w:rsidRPr="00781AE9" w:rsidR="009D5116" w:rsidP="009D5116" w:rsidRDefault="009D5116" w14:paraId="19C0FD60" w14:textId="31423913">
            <w:pPr>
              <w:pStyle w:val="Geenafstand"/>
              <w:rPr>
                <w:rFonts w:asciiTheme="majorHAnsi" w:hAnsiTheme="majorHAnsi" w:cstheme="majorHAnsi"/>
                <w:lang w:val="nl-NL"/>
              </w:rPr>
            </w:pPr>
            <w:r w:rsidRPr="00781AE9">
              <w:rPr>
                <w:rFonts w:asciiTheme="majorHAnsi" w:hAnsiTheme="majorHAnsi" w:cstheme="majorHAnsi"/>
                <w:lang w:val="nl-NL"/>
              </w:rPr>
              <w:t>Leerlingen</w:t>
            </w:r>
            <w:r w:rsidRPr="00781AE9" w:rsidR="4C0F4058">
              <w:rPr>
                <w:rFonts w:asciiTheme="majorHAnsi" w:hAnsiTheme="majorHAnsi" w:cstheme="majorHAnsi"/>
                <w:lang w:val="nl-NL"/>
              </w:rPr>
              <w:t>raad</w:t>
            </w:r>
          </w:p>
        </w:tc>
        <w:tc>
          <w:tcPr>
            <w:tcW w:w="2785" w:type="dxa"/>
          </w:tcPr>
          <w:p w:rsidRPr="00781AE9" w:rsidR="009D5116" w:rsidP="009D5116" w:rsidRDefault="4C0F4058" w14:paraId="70DF9E56" w14:textId="45A55164">
            <w:pPr>
              <w:pStyle w:val="Geenafstand"/>
              <w:rPr>
                <w:rFonts w:asciiTheme="majorHAnsi" w:hAnsiTheme="majorHAnsi" w:cstheme="majorHAnsi"/>
                <w:lang w:val="nl-NL"/>
              </w:rPr>
            </w:pPr>
            <w:r w:rsidRPr="00781AE9">
              <w:rPr>
                <w:rFonts w:asciiTheme="majorHAnsi" w:hAnsiTheme="majorHAnsi" w:cstheme="majorHAnsi"/>
                <w:lang w:val="nl-NL"/>
              </w:rPr>
              <w:t>Relevante ontwikkeling voor de leerlingen</w:t>
            </w:r>
          </w:p>
        </w:tc>
        <w:tc>
          <w:tcPr>
            <w:tcW w:w="4038" w:type="dxa"/>
          </w:tcPr>
          <w:p w:rsidRPr="00781AE9" w:rsidR="009D5116" w:rsidP="6D5FC077" w:rsidRDefault="4C0F4058" w14:paraId="4FCA41E0" w14:textId="0CA3D570">
            <w:pPr>
              <w:pStyle w:val="Geenafstand"/>
              <w:numPr>
                <w:ilvl w:val="0"/>
                <w:numId w:val="3"/>
              </w:numPr>
              <w:rPr>
                <w:rFonts w:asciiTheme="majorHAnsi" w:hAnsiTheme="majorHAnsi" w:cstheme="majorHAnsi"/>
                <w:lang w:val="nl-NL"/>
              </w:rPr>
            </w:pPr>
            <w:r w:rsidRPr="00781AE9">
              <w:rPr>
                <w:rFonts w:asciiTheme="majorHAnsi" w:hAnsiTheme="majorHAnsi" w:cstheme="majorHAnsi"/>
                <w:lang w:val="nl-NL"/>
              </w:rPr>
              <w:t>Notulen vergaderingen leerlingenraad naar MR</w:t>
            </w:r>
          </w:p>
          <w:p w:rsidRPr="00781AE9" w:rsidR="009D5116" w:rsidP="6D5FC077" w:rsidRDefault="4C0F4058" w14:paraId="25066B13" w14:textId="40AE869F">
            <w:pPr>
              <w:pStyle w:val="Geenafstand"/>
              <w:numPr>
                <w:ilvl w:val="0"/>
                <w:numId w:val="3"/>
              </w:numPr>
              <w:rPr>
                <w:rFonts w:asciiTheme="majorHAnsi" w:hAnsiTheme="majorHAnsi" w:cstheme="majorHAnsi"/>
                <w:lang w:val="nl-NL"/>
              </w:rPr>
            </w:pPr>
            <w:r w:rsidRPr="00781AE9">
              <w:rPr>
                <w:rFonts w:asciiTheme="majorHAnsi" w:hAnsiTheme="majorHAnsi" w:cstheme="majorHAnsi"/>
                <w:lang w:val="nl-NL"/>
              </w:rPr>
              <w:t>Jaarlijks één vergadering OG en leerlingenraad</w:t>
            </w:r>
          </w:p>
        </w:tc>
      </w:tr>
      <w:tr w:rsidRPr="00781AE9" w:rsidR="009D5116" w:rsidTr="77F746B7" w14:paraId="477B5A25" w14:textId="77777777">
        <w:tc>
          <w:tcPr>
            <w:tcW w:w="1958" w:type="dxa"/>
          </w:tcPr>
          <w:p w:rsidRPr="00781AE9" w:rsidR="009D5116" w:rsidP="009D5116" w:rsidRDefault="002749CB" w14:paraId="52B26D90" w14:textId="77777777">
            <w:pPr>
              <w:pStyle w:val="Geenafstand"/>
              <w:rPr>
                <w:rFonts w:asciiTheme="majorHAnsi" w:hAnsiTheme="majorHAnsi" w:cstheme="majorHAnsi"/>
                <w:lang w:val="nl-NL"/>
              </w:rPr>
            </w:pPr>
            <w:r w:rsidRPr="00781AE9">
              <w:rPr>
                <w:rFonts w:asciiTheme="majorHAnsi" w:hAnsiTheme="majorHAnsi" w:cstheme="majorHAnsi"/>
                <w:lang w:val="nl-NL"/>
              </w:rPr>
              <w:t>GMR</w:t>
            </w:r>
          </w:p>
        </w:tc>
        <w:tc>
          <w:tcPr>
            <w:tcW w:w="2785" w:type="dxa"/>
          </w:tcPr>
          <w:p w:rsidRPr="00781AE9" w:rsidR="009D5116" w:rsidP="002749CB" w:rsidRDefault="002749CB" w14:paraId="5EB91EF4" w14:textId="77777777">
            <w:pPr>
              <w:pStyle w:val="Geenafstand"/>
              <w:rPr>
                <w:rFonts w:asciiTheme="majorHAnsi" w:hAnsiTheme="majorHAnsi" w:cstheme="majorHAnsi"/>
                <w:lang w:val="nl-NL"/>
              </w:rPr>
            </w:pPr>
            <w:r w:rsidRPr="00781AE9">
              <w:rPr>
                <w:rFonts w:asciiTheme="majorHAnsi" w:hAnsiTheme="majorHAnsi" w:cstheme="majorHAnsi"/>
                <w:lang w:val="nl-NL"/>
              </w:rPr>
              <w:t>Vertegenwoordiging van belangen van IKC Alexia en kennisname van ontwikkelingen op verenigingsniveau</w:t>
            </w:r>
          </w:p>
        </w:tc>
        <w:tc>
          <w:tcPr>
            <w:tcW w:w="4038" w:type="dxa"/>
          </w:tcPr>
          <w:p w:rsidRPr="00781AE9" w:rsidR="427D44CD" w:rsidP="6D5FC077" w:rsidRDefault="427D44CD" w14:paraId="7D00206A" w14:textId="734419CD">
            <w:pPr>
              <w:pStyle w:val="Geenafstand"/>
              <w:rPr>
                <w:rFonts w:asciiTheme="majorHAnsi" w:hAnsiTheme="majorHAnsi" w:cstheme="majorHAnsi"/>
                <w:lang w:val="nl-NL"/>
              </w:rPr>
            </w:pPr>
            <w:r w:rsidRPr="00781AE9">
              <w:rPr>
                <w:rFonts w:asciiTheme="majorHAnsi" w:hAnsiTheme="majorHAnsi" w:cstheme="majorHAnsi"/>
                <w:lang w:val="nl-NL"/>
              </w:rPr>
              <w:t>MR houdt zicht op notulen GMR.</w:t>
            </w:r>
          </w:p>
          <w:p w:rsidRPr="00781AE9" w:rsidR="009D5116" w:rsidP="009D5116" w:rsidRDefault="002749CB" w14:paraId="5CCA1A44" w14:textId="7A92FA8A">
            <w:pPr>
              <w:pStyle w:val="Geenafstand"/>
              <w:rPr>
                <w:rFonts w:asciiTheme="majorHAnsi" w:hAnsiTheme="majorHAnsi" w:cstheme="majorHAnsi"/>
                <w:lang w:val="nl-NL"/>
              </w:rPr>
            </w:pPr>
            <w:r w:rsidRPr="00781AE9">
              <w:rPr>
                <w:rFonts w:asciiTheme="majorHAnsi" w:hAnsiTheme="majorHAnsi" w:cstheme="majorHAnsi"/>
                <w:lang w:val="nl-NL"/>
              </w:rPr>
              <w:t>Gezamenlijke GMR/MR bijeenkomst</w:t>
            </w:r>
            <w:r w:rsidRPr="00781AE9" w:rsidR="27AD075B">
              <w:rPr>
                <w:rFonts w:asciiTheme="majorHAnsi" w:hAnsiTheme="majorHAnsi" w:cstheme="majorHAnsi"/>
                <w:lang w:val="nl-NL"/>
              </w:rPr>
              <w:t>.</w:t>
            </w:r>
          </w:p>
        </w:tc>
      </w:tr>
      <w:tr w:rsidRPr="00781AE9" w:rsidR="009D5116" w:rsidTr="77F746B7" w14:paraId="189A8C10" w14:textId="77777777">
        <w:tc>
          <w:tcPr>
            <w:tcW w:w="1958" w:type="dxa"/>
          </w:tcPr>
          <w:p w:rsidRPr="00781AE9" w:rsidR="009D5116" w:rsidP="009D5116" w:rsidRDefault="002749CB" w14:paraId="0FA74146" w14:textId="77777777">
            <w:pPr>
              <w:pStyle w:val="Geenafstand"/>
              <w:rPr>
                <w:rFonts w:asciiTheme="majorHAnsi" w:hAnsiTheme="majorHAnsi" w:cstheme="majorHAnsi"/>
                <w:lang w:val="nl-NL"/>
              </w:rPr>
            </w:pPr>
            <w:r w:rsidRPr="00781AE9">
              <w:rPr>
                <w:rFonts w:asciiTheme="majorHAnsi" w:hAnsiTheme="majorHAnsi" w:cstheme="majorHAnsi"/>
                <w:lang w:val="nl-NL"/>
              </w:rPr>
              <w:t>Stichtingsbestuur</w:t>
            </w:r>
          </w:p>
        </w:tc>
        <w:tc>
          <w:tcPr>
            <w:tcW w:w="2785" w:type="dxa"/>
          </w:tcPr>
          <w:p w:rsidRPr="00781AE9" w:rsidR="009D5116" w:rsidP="009D5116" w:rsidRDefault="009D5116" w14:paraId="44E871BC" w14:textId="77777777">
            <w:pPr>
              <w:pStyle w:val="Geenafstand"/>
              <w:rPr>
                <w:rFonts w:asciiTheme="majorHAnsi" w:hAnsiTheme="majorHAnsi" w:cstheme="majorHAnsi"/>
                <w:lang w:val="nl-NL"/>
              </w:rPr>
            </w:pPr>
          </w:p>
        </w:tc>
        <w:tc>
          <w:tcPr>
            <w:tcW w:w="4038" w:type="dxa"/>
          </w:tcPr>
          <w:p w:rsidRPr="00781AE9" w:rsidR="009D5116" w:rsidP="6D5FC077" w:rsidRDefault="002749CB" w14:paraId="6A19A075" w14:textId="22899115">
            <w:pPr>
              <w:pStyle w:val="Geenafstand"/>
              <w:rPr>
                <w:rFonts w:asciiTheme="majorHAnsi" w:hAnsiTheme="majorHAnsi" w:cstheme="majorHAnsi"/>
                <w:lang w:val="nl-NL"/>
              </w:rPr>
            </w:pPr>
            <w:r w:rsidRPr="00781AE9">
              <w:rPr>
                <w:rFonts w:asciiTheme="majorHAnsi" w:hAnsiTheme="majorHAnsi" w:cstheme="majorHAnsi"/>
                <w:lang w:val="nl-NL"/>
              </w:rPr>
              <w:t>Geen direct contact, verloopt via GMR (2x per jaar)</w:t>
            </w:r>
          </w:p>
          <w:p w:rsidRPr="00781AE9" w:rsidR="009D5116" w:rsidP="1AF72D40" w:rsidRDefault="1D33BDD2" w14:paraId="31DFEB93" w14:textId="2064129E">
            <w:pPr>
              <w:pStyle w:val="Geenafstand"/>
              <w:rPr>
                <w:rFonts w:asciiTheme="majorHAnsi" w:hAnsiTheme="majorHAnsi" w:cstheme="majorHAnsi"/>
                <w:lang w:val="nl-NL"/>
              </w:rPr>
            </w:pPr>
            <w:r w:rsidRPr="00781AE9">
              <w:rPr>
                <w:rFonts w:asciiTheme="majorHAnsi" w:hAnsiTheme="majorHAnsi" w:cstheme="majorHAnsi"/>
                <w:lang w:val="nl-NL"/>
              </w:rPr>
              <w:t>Incidenteel mogelijk</w:t>
            </w:r>
            <w:r w:rsidRPr="00781AE9" w:rsidR="6593E52C">
              <w:rPr>
                <w:rFonts w:asciiTheme="majorHAnsi" w:hAnsiTheme="majorHAnsi" w:cstheme="majorHAnsi"/>
                <w:lang w:val="nl-NL"/>
              </w:rPr>
              <w:t xml:space="preserve"> indien wenselijk</w:t>
            </w:r>
          </w:p>
        </w:tc>
      </w:tr>
      <w:tr w:rsidRPr="00781AE9" w:rsidR="009D5116" w:rsidTr="77F746B7" w14:paraId="5D33E7F6" w14:textId="77777777">
        <w:tc>
          <w:tcPr>
            <w:tcW w:w="1958" w:type="dxa"/>
          </w:tcPr>
          <w:p w:rsidRPr="00781AE9" w:rsidR="009D5116" w:rsidP="1AF72D40" w:rsidRDefault="03863D18" w14:paraId="10A91E62" w14:textId="25F79FDB">
            <w:pPr>
              <w:pStyle w:val="Geenafstand"/>
              <w:rPr>
                <w:rFonts w:asciiTheme="majorHAnsi" w:hAnsiTheme="majorHAnsi" w:cstheme="majorHAnsi"/>
                <w:lang w:val="nl-NL"/>
              </w:rPr>
            </w:pPr>
            <w:r w:rsidRPr="00781AE9">
              <w:rPr>
                <w:rFonts w:asciiTheme="majorHAnsi" w:hAnsiTheme="majorHAnsi" w:cstheme="majorHAnsi"/>
                <w:lang w:val="nl-NL"/>
              </w:rPr>
              <w:t>De MR</w:t>
            </w:r>
            <w:r w:rsidRPr="00781AE9" w:rsidR="002749CB">
              <w:rPr>
                <w:rFonts w:asciiTheme="majorHAnsi" w:hAnsiTheme="majorHAnsi" w:cstheme="majorHAnsi"/>
                <w:lang w:val="nl-NL"/>
              </w:rPr>
              <w:t xml:space="preserve"> van andere scholen</w:t>
            </w:r>
          </w:p>
        </w:tc>
        <w:tc>
          <w:tcPr>
            <w:tcW w:w="2785" w:type="dxa"/>
          </w:tcPr>
          <w:p w:rsidRPr="00781AE9" w:rsidR="009D5116" w:rsidP="1AF72D40" w:rsidRDefault="002749CB" w14:paraId="400AFAD4" w14:textId="77777777">
            <w:pPr>
              <w:pStyle w:val="Geenafstand"/>
              <w:rPr>
                <w:rFonts w:asciiTheme="majorHAnsi" w:hAnsiTheme="majorHAnsi" w:cstheme="majorHAnsi"/>
                <w:lang w:val="nl-NL"/>
              </w:rPr>
            </w:pPr>
            <w:r w:rsidRPr="00781AE9">
              <w:rPr>
                <w:rFonts w:asciiTheme="majorHAnsi" w:hAnsiTheme="majorHAnsi" w:cstheme="majorHAnsi"/>
                <w:lang w:val="nl-NL"/>
              </w:rPr>
              <w:t xml:space="preserve">Leren van andere </w:t>
            </w:r>
            <w:proofErr w:type="spellStart"/>
            <w:r w:rsidRPr="00781AE9">
              <w:rPr>
                <w:rFonts w:asciiTheme="majorHAnsi" w:hAnsiTheme="majorHAnsi" w:cstheme="majorHAnsi"/>
                <w:lang w:val="nl-NL"/>
              </w:rPr>
              <w:t>MR’en</w:t>
            </w:r>
            <w:proofErr w:type="spellEnd"/>
            <w:r w:rsidRPr="00781AE9">
              <w:rPr>
                <w:rFonts w:asciiTheme="majorHAnsi" w:hAnsiTheme="majorHAnsi" w:cstheme="majorHAnsi"/>
                <w:lang w:val="nl-NL"/>
              </w:rPr>
              <w:t xml:space="preserve"> binnen de vereniging</w:t>
            </w:r>
          </w:p>
        </w:tc>
        <w:tc>
          <w:tcPr>
            <w:tcW w:w="4038" w:type="dxa"/>
          </w:tcPr>
          <w:p w:rsidRPr="00781AE9" w:rsidR="009D5116" w:rsidP="1AF72D40" w:rsidRDefault="002749CB" w14:paraId="3019D2D5" w14:textId="77777777">
            <w:pPr>
              <w:pStyle w:val="Geenafstand"/>
              <w:rPr>
                <w:rFonts w:asciiTheme="majorHAnsi" w:hAnsiTheme="majorHAnsi" w:cstheme="majorHAnsi"/>
                <w:lang w:val="nl-NL"/>
              </w:rPr>
            </w:pPr>
            <w:r w:rsidRPr="00781AE9">
              <w:rPr>
                <w:rFonts w:asciiTheme="majorHAnsi" w:hAnsiTheme="majorHAnsi" w:cstheme="majorHAnsi"/>
                <w:lang w:val="nl-NL"/>
              </w:rPr>
              <w:t>Via eigen (</w:t>
            </w:r>
            <w:proofErr w:type="spellStart"/>
            <w:r w:rsidRPr="00781AE9">
              <w:rPr>
                <w:rFonts w:asciiTheme="majorHAnsi" w:hAnsiTheme="majorHAnsi" w:cstheme="majorHAnsi"/>
                <w:lang w:val="nl-NL"/>
              </w:rPr>
              <w:t>personeels</w:t>
            </w:r>
            <w:proofErr w:type="spellEnd"/>
            <w:r w:rsidRPr="00781AE9">
              <w:rPr>
                <w:rFonts w:asciiTheme="majorHAnsi" w:hAnsiTheme="majorHAnsi" w:cstheme="majorHAnsi"/>
                <w:lang w:val="nl-NL"/>
              </w:rPr>
              <w:t>)netwerken en via GMR</w:t>
            </w:r>
          </w:p>
        </w:tc>
      </w:tr>
      <w:tr w:rsidRPr="00781AE9" w:rsidR="002749CB" w:rsidTr="77F746B7" w14:paraId="19FE1069" w14:textId="77777777">
        <w:tc>
          <w:tcPr>
            <w:tcW w:w="1958" w:type="dxa"/>
          </w:tcPr>
          <w:p w:rsidRPr="00781AE9" w:rsidR="002749CB" w:rsidP="009D5116" w:rsidRDefault="002749CB" w14:paraId="30D98CF2" w14:textId="77777777">
            <w:pPr>
              <w:pStyle w:val="Geenafstand"/>
              <w:rPr>
                <w:rFonts w:asciiTheme="majorHAnsi" w:hAnsiTheme="majorHAnsi" w:cstheme="majorHAnsi"/>
                <w:lang w:val="nl-NL"/>
              </w:rPr>
            </w:pPr>
            <w:r w:rsidRPr="00781AE9">
              <w:rPr>
                <w:rFonts w:asciiTheme="majorHAnsi" w:hAnsiTheme="majorHAnsi" w:cstheme="majorHAnsi"/>
                <w:lang w:val="nl-NL"/>
              </w:rPr>
              <w:t>Vakbonden/hulppunten</w:t>
            </w:r>
            <w:proofErr w:type="gramStart"/>
            <w:r w:rsidRPr="00781AE9">
              <w:rPr>
                <w:rFonts w:asciiTheme="majorHAnsi" w:hAnsiTheme="majorHAnsi" w:cstheme="majorHAnsi"/>
                <w:lang w:val="nl-NL"/>
              </w:rPr>
              <w:t>/….</w:t>
            </w:r>
            <w:proofErr w:type="gramEnd"/>
          </w:p>
        </w:tc>
        <w:tc>
          <w:tcPr>
            <w:tcW w:w="2785" w:type="dxa"/>
          </w:tcPr>
          <w:p w:rsidRPr="00781AE9" w:rsidR="002749CB" w:rsidP="009D5116" w:rsidRDefault="002749CB" w14:paraId="31583423" w14:textId="77777777">
            <w:pPr>
              <w:pStyle w:val="Geenafstand"/>
              <w:rPr>
                <w:rFonts w:asciiTheme="majorHAnsi" w:hAnsiTheme="majorHAnsi" w:cstheme="majorHAnsi"/>
                <w:lang w:val="nl-NL"/>
              </w:rPr>
            </w:pPr>
            <w:r w:rsidRPr="00781AE9">
              <w:rPr>
                <w:rFonts w:asciiTheme="majorHAnsi" w:hAnsiTheme="majorHAnsi" w:cstheme="majorHAnsi"/>
                <w:lang w:val="nl-NL"/>
              </w:rPr>
              <w:t>Cursussen, advies inwinnen</w:t>
            </w:r>
          </w:p>
        </w:tc>
        <w:tc>
          <w:tcPr>
            <w:tcW w:w="4038" w:type="dxa"/>
          </w:tcPr>
          <w:p w:rsidRPr="00781AE9" w:rsidR="002749CB" w:rsidP="6D5FC077" w:rsidRDefault="0253A92B" w14:paraId="41E34DB9" w14:textId="73752D45">
            <w:pPr>
              <w:pStyle w:val="Geenafstand"/>
              <w:rPr>
                <w:rFonts w:asciiTheme="majorHAnsi" w:hAnsiTheme="majorHAnsi" w:cstheme="majorHAnsi"/>
                <w:lang w:val="nl-NL"/>
              </w:rPr>
            </w:pPr>
            <w:r w:rsidRPr="00781AE9">
              <w:rPr>
                <w:rFonts w:asciiTheme="majorHAnsi" w:hAnsiTheme="majorHAnsi" w:cstheme="majorHAnsi"/>
                <w:lang w:val="nl-NL"/>
              </w:rPr>
              <w:t>Incidenteel mogelijk indien wenselijk</w:t>
            </w:r>
          </w:p>
        </w:tc>
      </w:tr>
    </w:tbl>
    <w:p w:rsidRPr="00781AE9" w:rsidR="002749CB" w:rsidP="002749CB" w:rsidRDefault="00536A09" w14:paraId="4D137F27" w14:textId="77777777">
      <w:pPr>
        <w:pStyle w:val="Geenafstand"/>
        <w:rPr>
          <w:rFonts w:asciiTheme="majorHAnsi" w:hAnsiTheme="majorHAnsi" w:cstheme="majorHAnsi"/>
          <w:lang w:val="nl-NL"/>
        </w:rPr>
      </w:pPr>
      <w:r w:rsidRPr="00781AE9">
        <w:rPr>
          <w:rFonts w:asciiTheme="majorHAnsi" w:hAnsiTheme="majorHAnsi" w:cstheme="majorHAnsi"/>
          <w:lang w:val="nl-NL"/>
        </w:rPr>
        <w:br/>
      </w:r>
      <w:r w:rsidRPr="00781AE9">
        <w:rPr>
          <w:rFonts w:asciiTheme="majorHAnsi" w:hAnsiTheme="majorHAnsi" w:cstheme="majorHAnsi"/>
          <w:lang w:val="nl-NL"/>
        </w:rPr>
        <w:t xml:space="preserve">Het MR-jaarplan wordt elk jaar eind september gepubliceerd op de website van </w:t>
      </w:r>
      <w:r w:rsidRPr="00781AE9" w:rsidR="002749CB">
        <w:rPr>
          <w:rFonts w:asciiTheme="majorHAnsi" w:hAnsiTheme="majorHAnsi" w:cstheme="majorHAnsi"/>
          <w:lang w:val="nl-NL"/>
        </w:rPr>
        <w:t xml:space="preserve">IKC Alexia. </w:t>
      </w:r>
    </w:p>
    <w:p w:rsidRPr="00781AE9" w:rsidR="00636CC8" w:rsidP="1AF72D40" w:rsidRDefault="002749CB" w14:paraId="1854F855" w14:textId="53A0682E">
      <w:pPr>
        <w:pStyle w:val="Geenafstand"/>
        <w:rPr>
          <w:rFonts w:asciiTheme="majorHAnsi" w:hAnsiTheme="majorHAnsi" w:cstheme="majorHAnsi"/>
          <w:lang w:val="nl-NL"/>
        </w:rPr>
      </w:pPr>
      <w:r w:rsidRPr="00781AE9">
        <w:rPr>
          <w:rFonts w:asciiTheme="majorHAnsi" w:hAnsiTheme="majorHAnsi" w:cstheme="majorHAnsi"/>
          <w:lang w:val="nl-NL"/>
        </w:rPr>
        <w:t xml:space="preserve">De </w:t>
      </w:r>
      <w:r w:rsidRPr="00781AE9" w:rsidR="00536A09">
        <w:rPr>
          <w:rFonts w:asciiTheme="majorHAnsi" w:hAnsiTheme="majorHAnsi" w:cstheme="majorHAnsi"/>
          <w:lang w:val="nl-NL"/>
        </w:rPr>
        <w:t xml:space="preserve">MR schrijft na elke vergadering een </w:t>
      </w:r>
      <w:r w:rsidRPr="00781AE9">
        <w:rPr>
          <w:rFonts w:asciiTheme="majorHAnsi" w:hAnsiTheme="majorHAnsi" w:cstheme="majorHAnsi"/>
          <w:lang w:val="nl-NL"/>
        </w:rPr>
        <w:t xml:space="preserve">kort verslag over de besproken </w:t>
      </w:r>
      <w:r w:rsidRPr="00781AE9" w:rsidR="00536A09">
        <w:rPr>
          <w:rFonts w:asciiTheme="majorHAnsi" w:hAnsiTheme="majorHAnsi" w:cstheme="majorHAnsi"/>
          <w:lang w:val="nl-NL"/>
        </w:rPr>
        <w:t>onderwerpen,</w:t>
      </w:r>
      <w:r w:rsidRPr="00781AE9" w:rsidR="56A69467">
        <w:rPr>
          <w:rFonts w:asciiTheme="majorHAnsi" w:hAnsiTheme="majorHAnsi" w:cstheme="majorHAnsi"/>
          <w:lang w:val="nl-NL"/>
        </w:rPr>
        <w:t xml:space="preserve"> </w:t>
      </w:r>
      <w:r w:rsidRPr="00781AE9" w:rsidR="00536A09">
        <w:rPr>
          <w:rFonts w:asciiTheme="majorHAnsi" w:hAnsiTheme="majorHAnsi" w:cstheme="majorHAnsi"/>
          <w:lang w:val="nl-NL"/>
        </w:rPr>
        <w:t xml:space="preserve">gebeurtenissen etc. die er spelen. De ouders worden hiervan op de hoogte gesteld via </w:t>
      </w:r>
      <w:r w:rsidRPr="00781AE9" w:rsidR="3EF6A1D7">
        <w:rPr>
          <w:rFonts w:asciiTheme="majorHAnsi" w:hAnsiTheme="majorHAnsi" w:cstheme="majorHAnsi"/>
          <w:lang w:val="nl-NL"/>
        </w:rPr>
        <w:t>de nieuwsbrief van de school</w:t>
      </w:r>
      <w:r w:rsidRPr="00781AE9" w:rsidR="002D2126">
        <w:rPr>
          <w:rFonts w:asciiTheme="majorHAnsi" w:hAnsiTheme="majorHAnsi" w:cstheme="majorHAnsi"/>
          <w:lang w:val="nl-NL"/>
        </w:rPr>
        <w:t>.</w:t>
      </w:r>
      <w:r w:rsidRPr="00781AE9" w:rsidR="008972BF">
        <w:rPr>
          <w:rFonts w:asciiTheme="majorHAnsi" w:hAnsiTheme="majorHAnsi" w:cstheme="majorHAnsi"/>
          <w:lang w:val="nl-NL"/>
        </w:rPr>
        <w:t xml:space="preserve"> </w:t>
      </w:r>
      <w:r w:rsidRPr="00781AE9">
        <w:rPr>
          <w:rFonts w:asciiTheme="majorHAnsi" w:hAnsiTheme="majorHAnsi" w:cstheme="majorHAnsi"/>
          <w:lang w:val="nl-NL"/>
        </w:rPr>
        <w:br/>
      </w:r>
    </w:p>
    <w:p w:rsidRPr="00781AE9" w:rsidR="77F746B7" w:rsidP="77F746B7" w:rsidRDefault="77F746B7" w14:paraId="4875B7C4" w14:textId="7075F846">
      <w:pPr>
        <w:pStyle w:val="Geenafstand"/>
        <w:rPr>
          <w:rFonts w:asciiTheme="majorHAnsi" w:hAnsiTheme="majorHAnsi" w:cstheme="majorHAnsi"/>
          <w:lang w:val="nl-NL"/>
        </w:rPr>
      </w:pPr>
    </w:p>
    <w:p w:rsidRPr="00781AE9" w:rsidR="77F746B7" w:rsidP="77F746B7" w:rsidRDefault="77F746B7" w14:paraId="729ECC17" w14:textId="28FBD96F">
      <w:pPr>
        <w:pStyle w:val="Geenafstand"/>
        <w:rPr>
          <w:rFonts w:asciiTheme="majorHAnsi" w:hAnsiTheme="majorHAnsi" w:cstheme="majorHAnsi"/>
          <w:lang w:val="nl-NL"/>
        </w:rPr>
      </w:pPr>
    </w:p>
    <w:p w:rsidRPr="00781AE9" w:rsidR="77F746B7" w:rsidP="77F746B7" w:rsidRDefault="77F746B7" w14:paraId="552A5657" w14:textId="15E0E5A1">
      <w:pPr>
        <w:pStyle w:val="Geenafstand"/>
        <w:rPr>
          <w:rFonts w:asciiTheme="majorHAnsi" w:hAnsiTheme="majorHAnsi" w:cstheme="majorHAnsi"/>
          <w:lang w:val="nl-NL"/>
        </w:rPr>
      </w:pPr>
    </w:p>
    <w:p w:rsidRPr="00781AE9" w:rsidR="77F746B7" w:rsidP="636E7A4A" w:rsidRDefault="77F746B7" w14:paraId="3599C14C" w14:noSpellErr="1" w14:textId="427D661B">
      <w:pPr>
        <w:pStyle w:val="Geenafstand"/>
        <w:rPr>
          <w:rFonts w:ascii="Calibri" w:hAnsi="Calibri" w:cs="Calibri" w:asciiTheme="majorAscii" w:hAnsiTheme="majorAscii" w:cstheme="majorAscii"/>
          <w:lang w:val="nl-NL"/>
        </w:rPr>
      </w:pPr>
    </w:p>
    <w:p w:rsidRPr="00781AE9" w:rsidR="008972BF" w:rsidP="514B77E5" w:rsidRDefault="008972BF" w14:noSpellErr="1" w14:paraId="568399AE" w14:textId="11C2B73D">
      <w:pPr>
        <w:pStyle w:val="Geenafstand"/>
        <w:rPr>
          <w:rStyle w:val="Kop1Char"/>
          <w:rFonts w:cs="Calibri" w:cstheme="majorAscii"/>
          <w:lang w:val="nl-NL"/>
        </w:rPr>
      </w:pPr>
    </w:p>
    <w:p w:rsidRPr="00781AE9" w:rsidR="008972BF" w:rsidP="514B77E5" w:rsidRDefault="008972BF" w14:paraId="0804279F" w14:textId="6780799A">
      <w:pPr/>
      <w:r>
        <w:br w:type="page"/>
      </w:r>
    </w:p>
    <w:p w:rsidRPr="00781AE9" w:rsidR="008972BF" w:rsidP="514B77E5" w:rsidRDefault="008972BF" w14:paraId="144A5D23" w14:textId="7C6F2878">
      <w:pPr>
        <w:pStyle w:val="Geenafstand"/>
        <w:rPr>
          <w:rFonts w:ascii="Calibri" w:hAnsi="Calibri" w:cs="Calibri" w:asciiTheme="majorAscii" w:hAnsiTheme="majorAscii" w:cstheme="majorAscii"/>
          <w:b w:val="1"/>
          <w:bCs w:val="1"/>
          <w:i w:val="1"/>
          <w:iCs w:val="1"/>
          <w:color w:val="FF0000"/>
          <w:lang w:val="nl-NL"/>
        </w:rPr>
      </w:pPr>
      <w:bookmarkStart w:name="_Toc211325420" w:id="15"/>
      <w:r w:rsidRPr="514B77E5" w:rsidR="00536A09">
        <w:rPr>
          <w:rStyle w:val="Kop1Char"/>
          <w:rFonts w:cs="Calibri" w:cstheme="majorAscii"/>
          <w:lang w:val="nl-NL"/>
        </w:rPr>
        <w:t xml:space="preserve">5. </w:t>
      </w:r>
      <w:r w:rsidRPr="514B77E5" w:rsidR="00233ED1">
        <w:rPr>
          <w:rStyle w:val="Kop1Char"/>
          <w:rFonts w:cs="Calibri" w:cstheme="majorAscii"/>
          <w:lang w:val="nl-NL"/>
        </w:rPr>
        <w:t>M</w:t>
      </w:r>
      <w:r w:rsidRPr="514B77E5" w:rsidR="004A0791">
        <w:rPr>
          <w:rStyle w:val="Kop1Char"/>
          <w:rFonts w:cs="Calibri" w:cstheme="majorAscii"/>
          <w:lang w:val="nl-NL"/>
        </w:rPr>
        <w:t>R-</w:t>
      </w:r>
      <w:r w:rsidRPr="514B77E5" w:rsidR="00233ED1">
        <w:rPr>
          <w:rStyle w:val="Kop1Char"/>
          <w:rFonts w:cs="Calibri" w:cstheme="majorAscii"/>
          <w:lang w:val="nl-NL"/>
        </w:rPr>
        <w:t>verkiezingen en aftreden, MR-deskundigheid</w:t>
      </w:r>
      <w:bookmarkEnd w:id="15"/>
      <w:r w:rsidRPr="514B77E5" w:rsidR="00536A09">
        <w:rPr>
          <w:rFonts w:ascii="Calibri" w:hAnsi="Calibri" w:cs="Calibri" w:asciiTheme="majorAscii" w:hAnsiTheme="majorAscii" w:cstheme="majorAscii"/>
          <w:lang w:val="nl-NL"/>
        </w:rPr>
        <w:t xml:space="preserve"> </w:t>
      </w:r>
      <w:r>
        <w:br/>
      </w:r>
      <w:r w:rsidRPr="514B77E5" w:rsidR="00536A09">
        <w:rPr>
          <w:rStyle w:val="Kop2Char"/>
          <w:rFonts w:cs="Calibri" w:cstheme="majorAscii"/>
          <w:sz w:val="24"/>
          <w:szCs w:val="24"/>
          <w:lang w:val="nl-NL"/>
        </w:rPr>
        <w:t>5.1. Overzicht van perioden</w:t>
      </w:r>
    </w:p>
    <w:tbl>
      <w:tblPr>
        <w:tblStyle w:val="Tabelraster"/>
        <w:tblW w:w="9807" w:type="dxa"/>
        <w:tblLayout w:type="fixed"/>
        <w:tblLook w:val="04A0" w:firstRow="1" w:lastRow="0" w:firstColumn="1" w:lastColumn="0" w:noHBand="0" w:noVBand="1"/>
      </w:tblPr>
      <w:tblGrid>
        <w:gridCol w:w="1590"/>
        <w:gridCol w:w="3270"/>
        <w:gridCol w:w="1095"/>
        <w:gridCol w:w="1323"/>
        <w:gridCol w:w="1050"/>
        <w:gridCol w:w="1479"/>
      </w:tblGrid>
      <w:tr w:rsidRPr="00781AE9" w:rsidR="008972BF" w:rsidTr="2681C502" w14:paraId="10B2907B" w14:textId="77777777">
        <w:tc>
          <w:tcPr>
            <w:tcW w:w="1590" w:type="dxa"/>
            <w:shd w:val="clear" w:color="auto" w:fill="FBD4B4" w:themeFill="accent6" w:themeFillTint="66"/>
            <w:tcMar/>
          </w:tcPr>
          <w:p w:rsidRPr="00781AE9" w:rsidR="008972BF" w:rsidP="1AF72D40" w:rsidRDefault="008972BF" w14:paraId="24B070CA"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Naam en functie</w:t>
            </w:r>
          </w:p>
          <w:p w:rsidRPr="00781AE9" w:rsidR="008972BF" w:rsidP="75F120F5" w:rsidRDefault="008972BF" w14:paraId="4FFA5EAE" w14:textId="77777777">
            <w:pPr>
              <w:pStyle w:val="Geenafstand"/>
              <w:rPr>
                <w:rFonts w:asciiTheme="majorHAnsi" w:hAnsiTheme="majorHAnsi" w:cstheme="majorHAnsi"/>
                <w:b/>
                <w:bCs/>
                <w:sz w:val="20"/>
                <w:szCs w:val="20"/>
                <w:lang w:val="nl-NL"/>
              </w:rPr>
            </w:pPr>
            <w:r w:rsidRPr="00781AE9">
              <w:rPr>
                <w:rFonts w:asciiTheme="majorHAnsi" w:hAnsiTheme="majorHAnsi" w:cstheme="majorHAnsi"/>
                <w:b/>
                <w:bCs/>
                <w:sz w:val="20"/>
                <w:szCs w:val="20"/>
                <w:lang w:val="nl-NL"/>
              </w:rPr>
              <w:t>oudergeleding</w:t>
            </w:r>
          </w:p>
        </w:tc>
        <w:tc>
          <w:tcPr>
            <w:tcW w:w="3270" w:type="dxa"/>
            <w:shd w:val="clear" w:color="auto" w:fill="FBD4B4" w:themeFill="accent6" w:themeFillTint="66"/>
            <w:tcMar/>
          </w:tcPr>
          <w:p w:rsidRPr="00781AE9" w:rsidR="008972BF" w:rsidP="1AF72D40" w:rsidRDefault="008972BF" w14:paraId="5A67876E"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E-mail</w:t>
            </w:r>
          </w:p>
        </w:tc>
        <w:tc>
          <w:tcPr>
            <w:tcW w:w="1095" w:type="dxa"/>
            <w:shd w:val="clear" w:color="auto" w:fill="FBD4B4" w:themeFill="accent6" w:themeFillTint="66"/>
            <w:tcMar/>
          </w:tcPr>
          <w:p w:rsidRPr="00781AE9" w:rsidR="008972BF" w:rsidP="1AF72D40" w:rsidRDefault="008972BF" w14:paraId="05029DE0"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Lid sinds</w:t>
            </w:r>
          </w:p>
        </w:tc>
        <w:tc>
          <w:tcPr>
            <w:tcW w:w="1323" w:type="dxa"/>
            <w:shd w:val="clear" w:color="auto" w:fill="FBD4B4" w:themeFill="accent6" w:themeFillTint="66"/>
            <w:tcMar/>
          </w:tcPr>
          <w:p w:rsidRPr="00781AE9" w:rsidR="008972BF" w:rsidP="1AF72D40" w:rsidRDefault="008972BF" w14:paraId="70E323AA"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Aftredend</w:t>
            </w:r>
          </w:p>
        </w:tc>
        <w:tc>
          <w:tcPr>
            <w:tcW w:w="1050" w:type="dxa"/>
            <w:shd w:val="clear" w:color="auto" w:fill="FBD4B4" w:themeFill="accent6" w:themeFillTint="66"/>
            <w:tcMar/>
          </w:tcPr>
          <w:p w:rsidRPr="00781AE9" w:rsidR="008972BF" w:rsidP="1AF72D40" w:rsidRDefault="008972BF" w14:paraId="48C16E94"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Termijn</w:t>
            </w:r>
          </w:p>
        </w:tc>
        <w:tc>
          <w:tcPr>
            <w:tcW w:w="1479" w:type="dxa"/>
            <w:shd w:val="clear" w:color="auto" w:fill="FBD4B4" w:themeFill="accent6" w:themeFillTint="66"/>
            <w:tcMar/>
          </w:tcPr>
          <w:p w:rsidRPr="00781AE9" w:rsidR="008972BF" w:rsidP="1AF72D40" w:rsidRDefault="008972BF" w14:paraId="701516E5"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Functie</w:t>
            </w:r>
          </w:p>
        </w:tc>
      </w:tr>
      <w:tr w:rsidRPr="00781AE9" w:rsidR="008972BF" w:rsidTr="2681C502" w14:paraId="3363B1F3" w14:textId="77777777">
        <w:tc>
          <w:tcPr>
            <w:tcW w:w="1590" w:type="dxa"/>
            <w:tcMar/>
          </w:tcPr>
          <w:p w:rsidRPr="00781AE9" w:rsidR="008972BF" w:rsidP="008972BF" w:rsidRDefault="008972BF" w14:paraId="0D8BE4AF" w14:textId="77777777">
            <w:pPr>
              <w:pStyle w:val="Geenafstand"/>
              <w:rPr>
                <w:rFonts w:asciiTheme="majorHAnsi" w:hAnsiTheme="majorHAnsi" w:cstheme="majorHAnsi"/>
                <w:lang w:val="nl-NL"/>
              </w:rPr>
            </w:pPr>
            <w:r w:rsidRPr="00781AE9">
              <w:rPr>
                <w:rFonts w:asciiTheme="majorHAnsi" w:hAnsiTheme="majorHAnsi" w:cstheme="majorHAnsi"/>
                <w:lang w:val="nl-NL"/>
              </w:rPr>
              <w:t>Jelte Rienstra</w:t>
            </w:r>
          </w:p>
        </w:tc>
        <w:tc>
          <w:tcPr>
            <w:tcW w:w="3270" w:type="dxa"/>
            <w:tcMar/>
          </w:tcPr>
          <w:p w:rsidRPr="00781AE9" w:rsidR="008972BF" w:rsidP="1AF72D40" w:rsidRDefault="00364FEB" w14:paraId="7DD89429" w14:textId="77777777">
            <w:pPr>
              <w:pStyle w:val="Geenafstand"/>
              <w:rPr>
                <w:rFonts w:asciiTheme="majorHAnsi" w:hAnsiTheme="majorHAnsi" w:cstheme="majorHAnsi"/>
                <w:lang w:val="nl-NL"/>
              </w:rPr>
            </w:pPr>
            <w:r w:rsidRPr="00781AE9">
              <w:rPr>
                <w:rFonts w:asciiTheme="majorHAnsi" w:hAnsiTheme="majorHAnsi" w:cstheme="majorHAnsi"/>
                <w:lang w:val="nl-NL"/>
              </w:rPr>
              <w:t>mail@jelte.it</w:t>
            </w:r>
          </w:p>
        </w:tc>
        <w:tc>
          <w:tcPr>
            <w:tcW w:w="1095" w:type="dxa"/>
            <w:tcMar/>
          </w:tcPr>
          <w:p w:rsidRPr="00781AE9" w:rsidR="008972BF" w:rsidP="008972BF" w:rsidRDefault="53F26740" w14:paraId="7D81181A" w14:textId="492F6B89">
            <w:pPr>
              <w:pStyle w:val="Geenafstand"/>
              <w:rPr>
                <w:rFonts w:asciiTheme="majorHAnsi" w:hAnsiTheme="majorHAnsi" w:cstheme="majorHAnsi"/>
                <w:lang w:val="nl-NL"/>
              </w:rPr>
            </w:pPr>
            <w:r w:rsidRPr="00781AE9">
              <w:rPr>
                <w:rFonts w:asciiTheme="majorHAnsi" w:hAnsiTheme="majorHAnsi" w:cstheme="majorHAnsi"/>
                <w:lang w:val="nl-NL"/>
              </w:rPr>
              <w:t xml:space="preserve">Juni </w:t>
            </w:r>
            <w:r w:rsidRPr="00781AE9" w:rsidR="00364FEB">
              <w:rPr>
                <w:rFonts w:asciiTheme="majorHAnsi" w:hAnsiTheme="majorHAnsi" w:cstheme="majorHAnsi"/>
                <w:lang w:val="nl-NL"/>
              </w:rPr>
              <w:t>‘22</w:t>
            </w:r>
          </w:p>
        </w:tc>
        <w:tc>
          <w:tcPr>
            <w:tcW w:w="1323" w:type="dxa"/>
            <w:tcMar/>
          </w:tcPr>
          <w:p w:rsidRPr="00781AE9" w:rsidR="008972BF" w:rsidP="008972BF" w:rsidRDefault="3F9F4224" w14:paraId="738610EB" w14:textId="54650AFA">
            <w:pPr>
              <w:pStyle w:val="Geenafstand"/>
              <w:rPr>
                <w:rFonts w:asciiTheme="majorHAnsi" w:hAnsiTheme="majorHAnsi" w:cstheme="majorHAnsi"/>
                <w:lang w:val="nl-NL"/>
              </w:rPr>
            </w:pPr>
            <w:r w:rsidRPr="00781AE9">
              <w:rPr>
                <w:rFonts w:asciiTheme="majorHAnsi" w:hAnsiTheme="majorHAnsi" w:cstheme="majorHAnsi"/>
                <w:lang w:val="nl-NL"/>
              </w:rPr>
              <w:t>Juni ‘28</w:t>
            </w:r>
          </w:p>
        </w:tc>
        <w:tc>
          <w:tcPr>
            <w:tcW w:w="1050" w:type="dxa"/>
            <w:tcMar/>
          </w:tcPr>
          <w:p w:rsidRPr="00781AE9" w:rsidR="008972BF" w:rsidP="008972BF" w:rsidRDefault="315EC40B" w14:paraId="6038DD36" w14:textId="0D8D3976">
            <w:pPr>
              <w:pStyle w:val="Geenafstand"/>
              <w:rPr>
                <w:rFonts w:asciiTheme="majorHAnsi" w:hAnsiTheme="majorHAnsi" w:cstheme="majorHAnsi"/>
                <w:lang w:val="nl-NL"/>
              </w:rPr>
            </w:pPr>
            <w:r w:rsidRPr="00781AE9">
              <w:rPr>
                <w:rFonts w:asciiTheme="majorHAnsi" w:hAnsiTheme="majorHAnsi" w:cstheme="majorHAnsi"/>
                <w:lang w:val="nl-NL"/>
              </w:rPr>
              <w:t>2e</w:t>
            </w:r>
          </w:p>
        </w:tc>
        <w:tc>
          <w:tcPr>
            <w:tcW w:w="1479" w:type="dxa"/>
            <w:tcMar/>
          </w:tcPr>
          <w:p w:rsidRPr="00781AE9" w:rsidR="008972BF" w:rsidP="008972BF" w:rsidRDefault="008972BF" w14:paraId="244BBA1E" w14:textId="77777777">
            <w:pPr>
              <w:pStyle w:val="Geenafstand"/>
              <w:rPr>
                <w:rFonts w:asciiTheme="majorHAnsi" w:hAnsiTheme="majorHAnsi" w:cstheme="majorHAnsi"/>
                <w:lang w:val="nl-NL"/>
              </w:rPr>
            </w:pPr>
            <w:r w:rsidRPr="00781AE9">
              <w:rPr>
                <w:rFonts w:asciiTheme="majorHAnsi" w:hAnsiTheme="majorHAnsi" w:cstheme="majorHAnsi"/>
                <w:lang w:val="nl-NL"/>
              </w:rPr>
              <w:t>Voorzitter</w:t>
            </w:r>
          </w:p>
        </w:tc>
      </w:tr>
      <w:tr w:rsidRPr="00781AE9" w:rsidR="008972BF" w:rsidTr="2681C502" w14:paraId="5961EDAA" w14:textId="77777777">
        <w:tc>
          <w:tcPr>
            <w:tcW w:w="1590" w:type="dxa"/>
            <w:tcMar/>
          </w:tcPr>
          <w:p w:rsidRPr="00781AE9" w:rsidR="008972BF" w:rsidP="1AF72D40" w:rsidRDefault="008972BF" w14:paraId="176FB54C" w14:textId="77777777">
            <w:pPr>
              <w:pStyle w:val="Geenafstand"/>
              <w:rPr>
                <w:rFonts w:asciiTheme="majorHAnsi" w:hAnsiTheme="majorHAnsi" w:cstheme="majorHAnsi"/>
                <w:lang w:val="nl-NL"/>
              </w:rPr>
            </w:pPr>
            <w:r w:rsidRPr="00781AE9">
              <w:rPr>
                <w:rFonts w:asciiTheme="majorHAnsi" w:hAnsiTheme="majorHAnsi" w:cstheme="majorHAnsi"/>
                <w:lang w:val="nl-NL"/>
              </w:rPr>
              <w:t>Gert Pennings</w:t>
            </w:r>
          </w:p>
        </w:tc>
        <w:tc>
          <w:tcPr>
            <w:tcW w:w="3270" w:type="dxa"/>
            <w:tcMar/>
          </w:tcPr>
          <w:p w:rsidRPr="00781AE9" w:rsidR="008972BF" w:rsidP="1AF72D40" w:rsidRDefault="00364FEB" w14:paraId="5B4241AD" w14:textId="7AEBE4C3">
            <w:pPr>
              <w:pStyle w:val="Geenafstand"/>
              <w:rPr>
                <w:rFonts w:asciiTheme="majorHAnsi" w:hAnsiTheme="majorHAnsi" w:cstheme="majorHAnsi"/>
                <w:lang w:val="nl-NL"/>
              </w:rPr>
            </w:pPr>
            <w:r w:rsidRPr="00781AE9">
              <w:rPr>
                <w:rFonts w:asciiTheme="majorHAnsi" w:hAnsiTheme="majorHAnsi" w:cstheme="majorHAnsi"/>
                <w:lang w:val="nl-NL"/>
              </w:rPr>
              <w:t>penning</w:t>
            </w:r>
            <w:r w:rsidRPr="00781AE9" w:rsidR="2947BA05">
              <w:rPr>
                <w:rFonts w:asciiTheme="majorHAnsi" w:hAnsiTheme="majorHAnsi" w:cstheme="majorHAnsi"/>
                <w:lang w:val="nl-NL"/>
              </w:rPr>
              <w:t>s</w:t>
            </w:r>
            <w:r w:rsidRPr="00781AE9">
              <w:rPr>
                <w:rFonts w:asciiTheme="majorHAnsi" w:hAnsiTheme="majorHAnsi" w:cstheme="majorHAnsi"/>
                <w:lang w:val="nl-NL"/>
              </w:rPr>
              <w:t>.gert@gmail.com</w:t>
            </w:r>
          </w:p>
        </w:tc>
        <w:tc>
          <w:tcPr>
            <w:tcW w:w="1095" w:type="dxa"/>
            <w:tcMar/>
          </w:tcPr>
          <w:p w:rsidRPr="00781AE9" w:rsidR="008972BF" w:rsidP="008972BF" w:rsidRDefault="22ABD2FF" w14:paraId="637805D2" w14:textId="4E63E91E">
            <w:pPr>
              <w:pStyle w:val="Geenafstand"/>
              <w:rPr>
                <w:rFonts w:asciiTheme="majorHAnsi" w:hAnsiTheme="majorHAnsi" w:cstheme="majorHAnsi"/>
                <w:lang w:val="nl-NL"/>
              </w:rPr>
            </w:pPr>
            <w:r w:rsidRPr="00781AE9">
              <w:rPr>
                <w:rFonts w:asciiTheme="majorHAnsi" w:hAnsiTheme="majorHAnsi" w:cstheme="majorHAnsi"/>
                <w:lang w:val="nl-NL"/>
              </w:rPr>
              <w:t>Juni ‘</w:t>
            </w:r>
            <w:r w:rsidRPr="00781AE9" w:rsidR="02FE7AEF">
              <w:rPr>
                <w:rFonts w:asciiTheme="majorHAnsi" w:hAnsiTheme="majorHAnsi" w:cstheme="majorHAnsi"/>
                <w:lang w:val="nl-NL"/>
              </w:rPr>
              <w:t>22</w:t>
            </w:r>
          </w:p>
        </w:tc>
        <w:tc>
          <w:tcPr>
            <w:tcW w:w="1323" w:type="dxa"/>
            <w:tcMar/>
          </w:tcPr>
          <w:p w:rsidRPr="00781AE9" w:rsidR="008972BF" w:rsidP="008972BF" w:rsidRDefault="19576FA0" w14:paraId="463F29E8" w14:textId="0F77CF79">
            <w:pPr>
              <w:pStyle w:val="Geenafstand"/>
              <w:rPr>
                <w:rFonts w:asciiTheme="majorHAnsi" w:hAnsiTheme="majorHAnsi" w:cstheme="majorHAnsi"/>
                <w:lang w:val="nl-NL"/>
              </w:rPr>
            </w:pPr>
            <w:r w:rsidRPr="00781AE9">
              <w:rPr>
                <w:rFonts w:asciiTheme="majorHAnsi" w:hAnsiTheme="majorHAnsi" w:cstheme="majorHAnsi"/>
                <w:lang w:val="nl-NL"/>
              </w:rPr>
              <w:t>Juni ‘28</w:t>
            </w:r>
          </w:p>
        </w:tc>
        <w:tc>
          <w:tcPr>
            <w:tcW w:w="1050" w:type="dxa"/>
            <w:tcMar/>
          </w:tcPr>
          <w:p w:rsidRPr="00781AE9" w:rsidR="008972BF" w:rsidP="008972BF" w:rsidRDefault="13F97CEE" w14:paraId="3B7B4B86" w14:textId="1FE95DE7">
            <w:pPr>
              <w:pStyle w:val="Geenafstand"/>
              <w:rPr>
                <w:rFonts w:asciiTheme="majorHAnsi" w:hAnsiTheme="majorHAnsi" w:cstheme="majorHAnsi"/>
                <w:lang w:val="nl-NL"/>
              </w:rPr>
            </w:pPr>
            <w:r w:rsidRPr="00781AE9">
              <w:rPr>
                <w:rFonts w:asciiTheme="majorHAnsi" w:hAnsiTheme="majorHAnsi" w:cstheme="majorHAnsi"/>
                <w:lang w:val="nl-NL"/>
              </w:rPr>
              <w:t>2e</w:t>
            </w:r>
          </w:p>
        </w:tc>
        <w:tc>
          <w:tcPr>
            <w:tcW w:w="1479" w:type="dxa"/>
            <w:tcMar/>
          </w:tcPr>
          <w:p w:rsidRPr="00781AE9" w:rsidR="008972BF" w:rsidP="008972BF" w:rsidRDefault="7555E925" w14:paraId="3A0FF5F2" w14:textId="2BE342BE">
            <w:pPr>
              <w:pStyle w:val="Geenafstand"/>
              <w:rPr>
                <w:rFonts w:asciiTheme="majorHAnsi" w:hAnsiTheme="majorHAnsi" w:cstheme="majorHAnsi"/>
                <w:lang w:val="nl-NL"/>
              </w:rPr>
            </w:pPr>
            <w:r w:rsidRPr="00781AE9">
              <w:rPr>
                <w:rFonts w:asciiTheme="majorHAnsi" w:hAnsiTheme="majorHAnsi" w:cstheme="majorHAnsi"/>
                <w:lang w:val="nl-NL"/>
              </w:rPr>
              <w:t>Lid</w:t>
            </w:r>
          </w:p>
        </w:tc>
      </w:tr>
      <w:tr w:rsidRPr="00781AE9" w:rsidR="008972BF" w:rsidTr="2681C502" w14:paraId="70459088" w14:textId="77777777">
        <w:tc>
          <w:tcPr>
            <w:tcW w:w="1590" w:type="dxa"/>
            <w:tcMar/>
          </w:tcPr>
          <w:p w:rsidRPr="00781AE9" w:rsidR="008972BF" w:rsidP="76B9C6B2" w:rsidRDefault="008972BF" w14:paraId="5EC78F27" w14:textId="612A5772">
            <w:pPr>
              <w:pStyle w:val="Geenafstand"/>
              <w:rPr>
                <w:rFonts w:ascii="Calibri" w:hAnsi="Calibri" w:cs="Calibri" w:asciiTheme="majorAscii" w:hAnsiTheme="majorAscii" w:cstheme="majorAscii"/>
                <w:lang w:val="nl-NL"/>
              </w:rPr>
            </w:pPr>
            <w:r w:rsidRPr="76B9C6B2" w:rsidR="008972BF">
              <w:rPr>
                <w:rFonts w:ascii="Calibri" w:hAnsi="Calibri" w:cs="Calibri" w:asciiTheme="majorAscii" w:hAnsiTheme="majorAscii" w:cstheme="majorAscii"/>
                <w:lang w:val="nl-NL"/>
              </w:rPr>
              <w:t>Petra Flappe</w:t>
            </w:r>
            <w:r w:rsidRPr="76B9C6B2" w:rsidR="78E1BF52">
              <w:rPr>
                <w:rFonts w:ascii="Calibri" w:hAnsi="Calibri" w:cs="Calibri" w:asciiTheme="majorAscii" w:hAnsiTheme="majorAscii" w:cstheme="majorAscii"/>
                <w:lang w:val="nl-NL"/>
              </w:rPr>
              <w:t xml:space="preserve">r </w:t>
            </w:r>
            <w:r w:rsidRPr="76B9C6B2" w:rsidR="78E1BF52">
              <w:rPr>
                <w:rFonts w:ascii="Calibri" w:hAnsi="Calibri" w:cs="Calibri" w:asciiTheme="majorAscii" w:hAnsiTheme="majorAscii" w:cstheme="majorAscii"/>
                <w:lang w:val="nl-NL"/>
              </w:rPr>
              <w:t xml:space="preserve">- </w:t>
            </w:r>
            <w:r w:rsidRPr="76B9C6B2" w:rsidR="78E1BF52">
              <w:rPr>
                <w:rFonts w:ascii="Calibri" w:hAnsi="Calibri" w:cs="Calibri" w:asciiTheme="majorAscii" w:hAnsiTheme="majorAscii" w:cstheme="majorAscii"/>
                <w:lang w:val="nl-NL"/>
              </w:rPr>
              <w:t>Wendelaar</w:t>
            </w:r>
            <w:r w:rsidRPr="76B9C6B2" w:rsidR="78E1BF52">
              <w:rPr>
                <w:rFonts w:ascii="Calibri" w:hAnsi="Calibri" w:cs="Calibri" w:asciiTheme="majorAscii" w:hAnsiTheme="majorAscii" w:cstheme="majorAscii"/>
                <w:lang w:val="nl-NL"/>
              </w:rPr>
              <w:t xml:space="preserve"> </w:t>
            </w:r>
            <w:r w:rsidRPr="76B9C6B2" w:rsidR="008972BF">
              <w:rPr>
                <w:rFonts w:ascii="Calibri" w:hAnsi="Calibri" w:cs="Calibri" w:asciiTheme="majorAscii" w:hAnsiTheme="majorAscii" w:cstheme="majorAscii"/>
                <w:lang w:val="nl-NL"/>
              </w:rPr>
              <w:t>Bo</w:t>
            </w:r>
            <w:r w:rsidRPr="76B9C6B2" w:rsidR="4D1677E5">
              <w:rPr>
                <w:rFonts w:ascii="Calibri" w:hAnsi="Calibri" w:cs="Calibri" w:asciiTheme="majorAscii" w:hAnsiTheme="majorAscii" w:cstheme="majorAscii"/>
                <w:lang w:val="nl-NL"/>
              </w:rPr>
              <w:t>n</w:t>
            </w:r>
            <w:r w:rsidRPr="76B9C6B2" w:rsidR="008972BF">
              <w:rPr>
                <w:rFonts w:ascii="Calibri" w:hAnsi="Calibri" w:cs="Calibri" w:asciiTheme="majorAscii" w:hAnsiTheme="majorAscii" w:cstheme="majorAscii"/>
                <w:lang w:val="nl-NL"/>
              </w:rPr>
              <w:t>ga</w:t>
            </w:r>
          </w:p>
        </w:tc>
        <w:tc>
          <w:tcPr>
            <w:tcW w:w="3270" w:type="dxa"/>
            <w:tcMar/>
          </w:tcPr>
          <w:p w:rsidRPr="00781AE9" w:rsidR="008972BF" w:rsidP="1AF72D40" w:rsidRDefault="00364FEB" w14:paraId="31B79BAC" w14:textId="77777777">
            <w:pPr>
              <w:pStyle w:val="Geenafstand"/>
              <w:rPr>
                <w:rFonts w:asciiTheme="majorHAnsi" w:hAnsiTheme="majorHAnsi" w:cstheme="majorHAnsi"/>
                <w:lang w:val="nl-NL"/>
              </w:rPr>
            </w:pPr>
            <w:r w:rsidRPr="00781AE9">
              <w:rPr>
                <w:rFonts w:asciiTheme="majorHAnsi" w:hAnsiTheme="majorHAnsi" w:cstheme="majorHAnsi"/>
                <w:lang w:val="nl-NL"/>
              </w:rPr>
              <w:t>petrawb@hotmail.com</w:t>
            </w:r>
          </w:p>
        </w:tc>
        <w:tc>
          <w:tcPr>
            <w:tcW w:w="1095" w:type="dxa"/>
            <w:tcMar/>
          </w:tcPr>
          <w:p w:rsidRPr="00781AE9" w:rsidR="008972BF" w:rsidP="008972BF" w:rsidRDefault="10F7E99B" w14:paraId="2ADDD759" w14:textId="6A68FAAC">
            <w:pPr>
              <w:pStyle w:val="Geenafstand"/>
              <w:rPr>
                <w:rFonts w:asciiTheme="majorHAnsi" w:hAnsiTheme="majorHAnsi" w:cstheme="majorHAnsi"/>
                <w:lang w:val="nl-NL"/>
              </w:rPr>
            </w:pPr>
            <w:r w:rsidRPr="00781AE9">
              <w:rPr>
                <w:rFonts w:asciiTheme="majorHAnsi" w:hAnsiTheme="majorHAnsi" w:cstheme="majorHAnsi"/>
                <w:lang w:val="nl-NL"/>
              </w:rPr>
              <w:t xml:space="preserve">Juni </w:t>
            </w:r>
            <w:r w:rsidRPr="00781AE9" w:rsidR="00364FEB">
              <w:rPr>
                <w:rFonts w:asciiTheme="majorHAnsi" w:hAnsiTheme="majorHAnsi" w:cstheme="majorHAnsi"/>
                <w:lang w:val="nl-NL"/>
              </w:rPr>
              <w:t>‘24</w:t>
            </w:r>
          </w:p>
        </w:tc>
        <w:tc>
          <w:tcPr>
            <w:tcW w:w="1323" w:type="dxa"/>
            <w:tcMar/>
          </w:tcPr>
          <w:p w:rsidRPr="00781AE9" w:rsidR="008972BF" w:rsidP="008972BF" w:rsidRDefault="78B3E977" w14:paraId="5630AD66" w14:textId="2406EA60">
            <w:pPr>
              <w:pStyle w:val="Geenafstand"/>
              <w:rPr>
                <w:rFonts w:asciiTheme="majorHAnsi" w:hAnsiTheme="majorHAnsi" w:cstheme="majorHAnsi"/>
                <w:lang w:val="nl-NL"/>
              </w:rPr>
            </w:pPr>
            <w:r w:rsidRPr="00781AE9">
              <w:rPr>
                <w:rFonts w:asciiTheme="majorHAnsi" w:hAnsiTheme="majorHAnsi" w:cstheme="majorHAnsi"/>
                <w:lang w:val="nl-NL"/>
              </w:rPr>
              <w:t>Juni ‘27</w:t>
            </w:r>
          </w:p>
        </w:tc>
        <w:tc>
          <w:tcPr>
            <w:tcW w:w="1050" w:type="dxa"/>
            <w:tcMar/>
          </w:tcPr>
          <w:p w:rsidRPr="00781AE9" w:rsidR="008972BF" w:rsidP="008972BF" w:rsidRDefault="4F1CE259" w14:paraId="5ECA613D" w14:textId="6E1870B9">
            <w:pPr>
              <w:pStyle w:val="Geenafstand"/>
              <w:rPr>
                <w:rFonts w:asciiTheme="majorHAnsi" w:hAnsiTheme="majorHAnsi" w:cstheme="majorHAnsi"/>
                <w:lang w:val="nl-NL"/>
              </w:rPr>
            </w:pPr>
            <w:r w:rsidRPr="00781AE9">
              <w:rPr>
                <w:rFonts w:asciiTheme="majorHAnsi" w:hAnsiTheme="majorHAnsi" w:cstheme="majorHAnsi"/>
                <w:lang w:val="nl-NL"/>
              </w:rPr>
              <w:t>1e</w:t>
            </w:r>
          </w:p>
        </w:tc>
        <w:tc>
          <w:tcPr>
            <w:tcW w:w="1479" w:type="dxa"/>
            <w:tcMar/>
          </w:tcPr>
          <w:p w:rsidRPr="00781AE9" w:rsidR="008972BF" w:rsidP="008972BF" w:rsidRDefault="519F7230" w14:paraId="61829076" w14:textId="13731DB7">
            <w:pPr>
              <w:pStyle w:val="Geenafstand"/>
              <w:rPr>
                <w:rFonts w:asciiTheme="majorHAnsi" w:hAnsiTheme="majorHAnsi" w:cstheme="majorHAnsi"/>
                <w:lang w:val="nl-NL"/>
              </w:rPr>
            </w:pPr>
            <w:r w:rsidRPr="00781AE9">
              <w:rPr>
                <w:rFonts w:asciiTheme="majorHAnsi" w:hAnsiTheme="majorHAnsi" w:cstheme="majorHAnsi"/>
                <w:lang w:val="nl-NL"/>
              </w:rPr>
              <w:t>PV Voorzitte</w:t>
            </w:r>
            <w:r w:rsidRPr="00781AE9" w:rsidR="1B69BFB2">
              <w:rPr>
                <w:rFonts w:asciiTheme="majorHAnsi" w:hAnsiTheme="majorHAnsi" w:cstheme="majorHAnsi"/>
                <w:lang w:val="nl-NL"/>
              </w:rPr>
              <w:t>r</w:t>
            </w:r>
          </w:p>
        </w:tc>
      </w:tr>
      <w:tr w:rsidRPr="00781AE9" w:rsidR="008972BF" w:rsidTr="2681C502" w14:paraId="1CCEC0E0" w14:textId="77777777">
        <w:tc>
          <w:tcPr>
            <w:tcW w:w="1590" w:type="dxa"/>
            <w:shd w:val="clear" w:color="auto" w:fill="FBD4B4" w:themeFill="accent6" w:themeFillTint="66"/>
            <w:tcMar/>
          </w:tcPr>
          <w:p w:rsidRPr="00781AE9" w:rsidR="008972BF" w:rsidP="1AF72D40" w:rsidRDefault="008972BF" w14:paraId="46C0A521"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Naam en functie</w:t>
            </w:r>
          </w:p>
          <w:p w:rsidRPr="00781AE9" w:rsidR="008972BF" w:rsidP="636E7A4A" w:rsidRDefault="008972BF" w14:paraId="4CA8D4C8" w14:noSpellErr="1" w14:textId="7EF92B69">
            <w:pPr>
              <w:pStyle w:val="Geenafstand"/>
              <w:rPr>
                <w:rFonts w:ascii="Calibri" w:hAnsi="Calibri" w:cs="Calibri" w:asciiTheme="majorAscii" w:hAnsiTheme="majorAscii" w:cstheme="majorAscii"/>
                <w:b w:val="1"/>
                <w:bCs w:val="1"/>
                <w:sz w:val="20"/>
                <w:szCs w:val="20"/>
                <w:lang w:val="nl-NL"/>
              </w:rPr>
            </w:pPr>
            <w:r w:rsidRPr="636E7A4A" w:rsidR="008972BF">
              <w:rPr>
                <w:rFonts w:ascii="Calibri" w:hAnsi="Calibri" w:cs="Calibri" w:asciiTheme="majorAscii" w:hAnsiTheme="majorAscii" w:cstheme="majorAscii"/>
                <w:b w:val="1"/>
                <w:bCs w:val="1"/>
                <w:sz w:val="20"/>
                <w:szCs w:val="20"/>
                <w:lang w:val="nl-NL"/>
              </w:rPr>
              <w:t>Personeels</w:t>
            </w:r>
            <w:r w:rsidRPr="636E7A4A" w:rsidR="7B7BA902">
              <w:rPr>
                <w:rFonts w:ascii="Calibri" w:hAnsi="Calibri" w:cs="Calibri" w:asciiTheme="majorAscii" w:hAnsiTheme="majorAscii" w:cstheme="majorAscii"/>
                <w:b w:val="1"/>
                <w:bCs w:val="1"/>
                <w:sz w:val="20"/>
                <w:szCs w:val="20"/>
                <w:lang w:val="nl-NL"/>
              </w:rPr>
              <w:t>-</w:t>
            </w:r>
            <w:r w:rsidRPr="636E7A4A" w:rsidR="008972BF">
              <w:rPr>
                <w:rFonts w:ascii="Calibri" w:hAnsi="Calibri" w:cs="Calibri" w:asciiTheme="majorAscii" w:hAnsiTheme="majorAscii" w:cstheme="majorAscii"/>
                <w:b w:val="1"/>
                <w:bCs w:val="1"/>
                <w:sz w:val="20"/>
                <w:szCs w:val="20"/>
                <w:lang w:val="nl-NL"/>
              </w:rPr>
              <w:t>geleding</w:t>
            </w:r>
          </w:p>
        </w:tc>
        <w:tc>
          <w:tcPr>
            <w:tcW w:w="3270" w:type="dxa"/>
            <w:shd w:val="clear" w:color="auto" w:fill="FBD4B4" w:themeFill="accent6" w:themeFillTint="66"/>
            <w:tcMar/>
          </w:tcPr>
          <w:p w:rsidRPr="00781AE9" w:rsidR="008972BF" w:rsidP="1AF72D40" w:rsidRDefault="008972BF" w14:paraId="081BA7F6"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E-mail</w:t>
            </w:r>
          </w:p>
        </w:tc>
        <w:tc>
          <w:tcPr>
            <w:tcW w:w="1095" w:type="dxa"/>
            <w:shd w:val="clear" w:color="auto" w:fill="FBD4B4" w:themeFill="accent6" w:themeFillTint="66"/>
            <w:tcMar/>
          </w:tcPr>
          <w:p w:rsidRPr="00781AE9" w:rsidR="008972BF" w:rsidP="1AF72D40" w:rsidRDefault="008972BF" w14:paraId="038BFB5B"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Lid sinds</w:t>
            </w:r>
          </w:p>
        </w:tc>
        <w:tc>
          <w:tcPr>
            <w:tcW w:w="1323" w:type="dxa"/>
            <w:shd w:val="clear" w:color="auto" w:fill="FBD4B4" w:themeFill="accent6" w:themeFillTint="66"/>
            <w:tcMar/>
          </w:tcPr>
          <w:p w:rsidRPr="00781AE9" w:rsidR="008972BF" w:rsidP="1AF72D40" w:rsidRDefault="008972BF" w14:paraId="09931B6C"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Aftredend</w:t>
            </w:r>
          </w:p>
        </w:tc>
        <w:tc>
          <w:tcPr>
            <w:tcW w:w="1050" w:type="dxa"/>
            <w:shd w:val="clear" w:color="auto" w:fill="FBD4B4" w:themeFill="accent6" w:themeFillTint="66"/>
            <w:tcMar/>
          </w:tcPr>
          <w:p w:rsidRPr="00781AE9" w:rsidR="008972BF" w:rsidP="1AF72D40" w:rsidRDefault="008972BF" w14:paraId="4496F638"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Termijn</w:t>
            </w:r>
          </w:p>
        </w:tc>
        <w:tc>
          <w:tcPr>
            <w:tcW w:w="1479" w:type="dxa"/>
            <w:shd w:val="clear" w:color="auto" w:fill="FBD4B4" w:themeFill="accent6" w:themeFillTint="66"/>
            <w:tcMar/>
          </w:tcPr>
          <w:p w:rsidRPr="00781AE9" w:rsidR="008972BF" w:rsidP="1AF72D40" w:rsidRDefault="008972BF" w14:paraId="45BBD9D3" w14:textId="77777777">
            <w:pPr>
              <w:pStyle w:val="Geenafstand"/>
              <w:rPr>
                <w:rFonts w:asciiTheme="majorHAnsi" w:hAnsiTheme="majorHAnsi" w:cstheme="majorHAnsi"/>
                <w:b/>
                <w:bCs/>
                <w:lang w:val="nl-NL"/>
              </w:rPr>
            </w:pPr>
            <w:r w:rsidRPr="00781AE9">
              <w:rPr>
                <w:rFonts w:asciiTheme="majorHAnsi" w:hAnsiTheme="majorHAnsi" w:cstheme="majorHAnsi"/>
                <w:b/>
                <w:bCs/>
                <w:lang w:val="nl-NL"/>
              </w:rPr>
              <w:t>Functie</w:t>
            </w:r>
          </w:p>
        </w:tc>
      </w:tr>
      <w:tr w:rsidRPr="00781AE9" w:rsidR="008972BF" w:rsidTr="2681C502" w14:paraId="105B1D47" w14:textId="77777777">
        <w:tc>
          <w:tcPr>
            <w:tcW w:w="1590" w:type="dxa"/>
            <w:tcMar/>
          </w:tcPr>
          <w:p w:rsidRPr="00781AE9" w:rsidR="008972BF" w:rsidP="1AF72D40" w:rsidRDefault="008972BF" w14:paraId="3764D87B" w14:textId="77777777">
            <w:pPr>
              <w:pStyle w:val="Geenafstand"/>
              <w:rPr>
                <w:rFonts w:asciiTheme="majorHAnsi" w:hAnsiTheme="majorHAnsi" w:cstheme="majorHAnsi"/>
                <w:lang w:val="nl-NL"/>
              </w:rPr>
            </w:pPr>
            <w:r w:rsidRPr="00781AE9">
              <w:rPr>
                <w:rFonts w:asciiTheme="majorHAnsi" w:hAnsiTheme="majorHAnsi" w:cstheme="majorHAnsi"/>
                <w:lang w:val="nl-NL"/>
              </w:rPr>
              <w:t>Leandra Bos</w:t>
            </w:r>
          </w:p>
        </w:tc>
        <w:tc>
          <w:tcPr>
            <w:tcW w:w="3270" w:type="dxa"/>
            <w:tcMar/>
          </w:tcPr>
          <w:p w:rsidRPr="00781AE9" w:rsidR="008972BF" w:rsidP="1AF72D40" w:rsidRDefault="008972BF" w14:paraId="4B13FEAC" w14:textId="77777777">
            <w:pPr>
              <w:pStyle w:val="Geenafstand"/>
              <w:rPr>
                <w:rFonts w:asciiTheme="majorHAnsi" w:hAnsiTheme="majorHAnsi" w:cstheme="majorHAnsi"/>
                <w:lang w:val="nl-NL"/>
              </w:rPr>
            </w:pPr>
            <w:r w:rsidRPr="00781AE9">
              <w:rPr>
                <w:rFonts w:asciiTheme="majorHAnsi" w:hAnsiTheme="majorHAnsi" w:cstheme="majorHAnsi"/>
                <w:lang w:val="nl-NL"/>
              </w:rPr>
              <w:t>l.bos@pcboleeuwarden.nl</w:t>
            </w:r>
          </w:p>
        </w:tc>
        <w:tc>
          <w:tcPr>
            <w:tcW w:w="1095" w:type="dxa"/>
            <w:tcMar/>
          </w:tcPr>
          <w:p w:rsidRPr="00781AE9" w:rsidR="008972BF" w:rsidP="008972BF" w:rsidRDefault="5B8718F1" w14:paraId="2BA226A1" w14:textId="04A2DC7B">
            <w:pPr>
              <w:pStyle w:val="Geenafstand"/>
              <w:rPr>
                <w:rFonts w:asciiTheme="majorHAnsi" w:hAnsiTheme="majorHAnsi" w:cstheme="majorHAnsi"/>
                <w:lang w:val="nl-NL"/>
              </w:rPr>
            </w:pPr>
            <w:r w:rsidRPr="00781AE9">
              <w:rPr>
                <w:rFonts w:asciiTheme="majorHAnsi" w:hAnsiTheme="majorHAnsi" w:cstheme="majorHAnsi"/>
                <w:lang w:val="nl-NL"/>
              </w:rPr>
              <w:t>Sept ‘23</w:t>
            </w:r>
          </w:p>
        </w:tc>
        <w:tc>
          <w:tcPr>
            <w:tcW w:w="1323" w:type="dxa"/>
            <w:tcMar/>
          </w:tcPr>
          <w:p w:rsidRPr="00781AE9" w:rsidR="008972BF" w:rsidP="008972BF" w:rsidRDefault="5B8718F1" w14:paraId="17AD93B2" w14:textId="0B5571C0">
            <w:pPr>
              <w:pStyle w:val="Geenafstand"/>
              <w:rPr>
                <w:rFonts w:asciiTheme="majorHAnsi" w:hAnsiTheme="majorHAnsi" w:cstheme="majorHAnsi"/>
                <w:lang w:val="nl-NL"/>
              </w:rPr>
            </w:pPr>
            <w:r w:rsidRPr="00781AE9">
              <w:rPr>
                <w:rFonts w:asciiTheme="majorHAnsi" w:hAnsiTheme="majorHAnsi" w:cstheme="majorHAnsi"/>
                <w:lang w:val="nl-NL"/>
              </w:rPr>
              <w:t>Sept ‘26</w:t>
            </w:r>
          </w:p>
        </w:tc>
        <w:tc>
          <w:tcPr>
            <w:tcW w:w="1050" w:type="dxa"/>
            <w:tcMar/>
          </w:tcPr>
          <w:p w:rsidRPr="00781AE9" w:rsidR="008972BF" w:rsidP="008972BF" w:rsidRDefault="5B8718F1" w14:paraId="0DE4B5B7" w14:textId="5207B4EA">
            <w:pPr>
              <w:pStyle w:val="Geenafstand"/>
              <w:rPr>
                <w:rFonts w:asciiTheme="majorHAnsi" w:hAnsiTheme="majorHAnsi" w:cstheme="majorHAnsi"/>
                <w:lang w:val="nl-NL"/>
              </w:rPr>
            </w:pPr>
            <w:r w:rsidRPr="00781AE9">
              <w:rPr>
                <w:rFonts w:asciiTheme="majorHAnsi" w:hAnsiTheme="majorHAnsi" w:cstheme="majorHAnsi"/>
                <w:lang w:val="nl-NL"/>
              </w:rPr>
              <w:t>1e</w:t>
            </w:r>
          </w:p>
        </w:tc>
        <w:tc>
          <w:tcPr>
            <w:tcW w:w="1479" w:type="dxa"/>
            <w:tcMar/>
          </w:tcPr>
          <w:p w:rsidRPr="00781AE9" w:rsidR="008972BF" w:rsidP="008972BF" w:rsidRDefault="22BFFBED" w14:paraId="66204FF1" w14:textId="638FE29E">
            <w:pPr>
              <w:pStyle w:val="Geenafstand"/>
              <w:rPr>
                <w:rFonts w:asciiTheme="majorHAnsi" w:hAnsiTheme="majorHAnsi" w:cstheme="majorHAnsi"/>
                <w:lang w:val="nl-NL"/>
              </w:rPr>
            </w:pPr>
            <w:r w:rsidRPr="00781AE9">
              <w:rPr>
                <w:rFonts w:asciiTheme="majorHAnsi" w:hAnsiTheme="majorHAnsi" w:cstheme="majorHAnsi"/>
                <w:lang w:val="nl-NL"/>
              </w:rPr>
              <w:t>Secretaris</w:t>
            </w:r>
          </w:p>
        </w:tc>
      </w:tr>
      <w:tr w:rsidRPr="00781AE9" w:rsidR="008972BF" w:rsidTr="2681C502" w14:paraId="149BD007" w14:textId="77777777">
        <w:tc>
          <w:tcPr>
            <w:tcW w:w="1590" w:type="dxa"/>
            <w:tcMar/>
          </w:tcPr>
          <w:p w:rsidRPr="00781AE9" w:rsidR="008972BF" w:rsidP="008972BF" w:rsidRDefault="008972BF" w14:paraId="3525423C" w14:textId="77777777">
            <w:pPr>
              <w:pStyle w:val="Geenafstand"/>
              <w:rPr>
                <w:rFonts w:asciiTheme="majorHAnsi" w:hAnsiTheme="majorHAnsi" w:cstheme="majorHAnsi"/>
                <w:lang w:val="nl-NL"/>
              </w:rPr>
            </w:pPr>
            <w:r w:rsidRPr="00781AE9">
              <w:rPr>
                <w:rFonts w:asciiTheme="majorHAnsi" w:hAnsiTheme="majorHAnsi" w:cstheme="majorHAnsi"/>
                <w:lang w:val="nl-NL"/>
              </w:rPr>
              <w:t>Martine Hoeksma</w:t>
            </w:r>
          </w:p>
        </w:tc>
        <w:tc>
          <w:tcPr>
            <w:tcW w:w="3270" w:type="dxa"/>
            <w:tcMar/>
          </w:tcPr>
          <w:p w:rsidRPr="00781AE9" w:rsidR="008972BF" w:rsidP="1AF72D40" w:rsidRDefault="008972BF" w14:paraId="312FA6C4" w14:textId="77777777">
            <w:pPr>
              <w:pStyle w:val="Geenafstand"/>
              <w:rPr>
                <w:rFonts w:asciiTheme="majorHAnsi" w:hAnsiTheme="majorHAnsi" w:cstheme="majorHAnsi"/>
                <w:lang w:val="nl-NL"/>
              </w:rPr>
            </w:pPr>
            <w:r w:rsidRPr="00781AE9">
              <w:rPr>
                <w:rFonts w:asciiTheme="majorHAnsi" w:hAnsiTheme="majorHAnsi" w:cstheme="majorHAnsi"/>
                <w:lang w:val="nl-NL"/>
              </w:rPr>
              <w:t>m.hoeksma@pcboleeuwarden.nl</w:t>
            </w:r>
          </w:p>
        </w:tc>
        <w:tc>
          <w:tcPr>
            <w:tcW w:w="1095" w:type="dxa"/>
            <w:tcMar/>
          </w:tcPr>
          <w:p w:rsidRPr="00781AE9" w:rsidR="008972BF" w:rsidP="008972BF" w:rsidRDefault="140F2FDE" w14:paraId="2DBF0D7D" w14:textId="15E04AA4">
            <w:pPr>
              <w:pStyle w:val="Geenafstand"/>
              <w:rPr>
                <w:rFonts w:asciiTheme="majorHAnsi" w:hAnsiTheme="majorHAnsi" w:cstheme="majorHAnsi"/>
                <w:lang w:val="nl-NL"/>
              </w:rPr>
            </w:pPr>
            <w:r w:rsidRPr="00781AE9">
              <w:rPr>
                <w:rFonts w:asciiTheme="majorHAnsi" w:hAnsiTheme="majorHAnsi" w:cstheme="majorHAnsi"/>
                <w:lang w:val="nl-NL"/>
              </w:rPr>
              <w:t>Sept ‘</w:t>
            </w:r>
            <w:r w:rsidRPr="00781AE9" w:rsidR="3ACD9A40">
              <w:rPr>
                <w:rFonts w:asciiTheme="majorHAnsi" w:hAnsiTheme="majorHAnsi" w:cstheme="majorHAnsi"/>
                <w:lang w:val="nl-NL"/>
              </w:rPr>
              <w:t>20</w:t>
            </w:r>
          </w:p>
        </w:tc>
        <w:tc>
          <w:tcPr>
            <w:tcW w:w="1323" w:type="dxa"/>
            <w:tcMar/>
          </w:tcPr>
          <w:p w:rsidRPr="00781AE9" w:rsidR="008972BF" w:rsidP="008972BF" w:rsidRDefault="3ACD9A40" w14:paraId="6B62F1B3" w14:textId="1AD9DBF4">
            <w:pPr>
              <w:pStyle w:val="Geenafstand"/>
              <w:rPr>
                <w:rFonts w:asciiTheme="majorHAnsi" w:hAnsiTheme="majorHAnsi" w:cstheme="majorHAnsi"/>
                <w:lang w:val="nl-NL"/>
              </w:rPr>
            </w:pPr>
            <w:r w:rsidRPr="00781AE9">
              <w:rPr>
                <w:rFonts w:asciiTheme="majorHAnsi" w:hAnsiTheme="majorHAnsi" w:cstheme="majorHAnsi"/>
                <w:lang w:val="nl-NL"/>
              </w:rPr>
              <w:t>Sept ‘26</w:t>
            </w:r>
          </w:p>
        </w:tc>
        <w:tc>
          <w:tcPr>
            <w:tcW w:w="1050" w:type="dxa"/>
            <w:tcMar/>
          </w:tcPr>
          <w:p w:rsidRPr="00781AE9" w:rsidR="008972BF" w:rsidP="008972BF" w:rsidRDefault="3ACD9A40" w14:paraId="02F2C34E" w14:textId="783F479F">
            <w:pPr>
              <w:pStyle w:val="Geenafstand"/>
              <w:rPr>
                <w:rFonts w:asciiTheme="majorHAnsi" w:hAnsiTheme="majorHAnsi" w:cstheme="majorHAnsi"/>
                <w:lang w:val="nl-NL"/>
              </w:rPr>
            </w:pPr>
            <w:r w:rsidRPr="00781AE9">
              <w:rPr>
                <w:rFonts w:asciiTheme="majorHAnsi" w:hAnsiTheme="majorHAnsi" w:cstheme="majorHAnsi"/>
                <w:lang w:val="nl-NL"/>
              </w:rPr>
              <w:t>2e</w:t>
            </w:r>
          </w:p>
        </w:tc>
        <w:tc>
          <w:tcPr>
            <w:tcW w:w="1479" w:type="dxa"/>
            <w:tcMar/>
          </w:tcPr>
          <w:p w:rsidRPr="00781AE9" w:rsidR="008972BF" w:rsidP="008972BF" w:rsidRDefault="5E25264B" w14:paraId="680A4E5D" w14:textId="426C3456">
            <w:pPr>
              <w:pStyle w:val="Geenafstand"/>
              <w:rPr>
                <w:rFonts w:asciiTheme="majorHAnsi" w:hAnsiTheme="majorHAnsi" w:cstheme="majorHAnsi"/>
                <w:lang w:val="nl-NL"/>
              </w:rPr>
            </w:pPr>
            <w:r w:rsidRPr="00781AE9">
              <w:rPr>
                <w:rFonts w:asciiTheme="majorHAnsi" w:hAnsiTheme="majorHAnsi" w:cstheme="majorHAnsi"/>
                <w:lang w:val="nl-NL"/>
              </w:rPr>
              <w:t>PV Secretaris</w:t>
            </w:r>
          </w:p>
        </w:tc>
      </w:tr>
      <w:tr w:rsidRPr="00781AE9" w:rsidR="008972BF" w:rsidTr="2681C502" w14:paraId="688FC82D" w14:textId="77777777">
        <w:tc>
          <w:tcPr>
            <w:tcW w:w="1590" w:type="dxa"/>
            <w:tcMar/>
          </w:tcPr>
          <w:p w:rsidRPr="00781AE9" w:rsidR="008972BF" w:rsidP="335FFFBD" w:rsidRDefault="008972BF" w14:paraId="6811DE98" w14:noSpellErr="1" w14:textId="282DFB05">
            <w:pPr>
              <w:pStyle w:val="Geenafstand"/>
              <w:rPr>
                <w:rFonts w:ascii="Calibri" w:hAnsi="Calibri" w:cs="Calibri" w:asciiTheme="majorAscii" w:hAnsiTheme="majorAscii" w:cstheme="majorAscii"/>
                <w:lang w:val="nl-NL"/>
              </w:rPr>
            </w:pPr>
            <w:r w:rsidRPr="2681C502" w:rsidR="4AF8795C">
              <w:rPr>
                <w:rFonts w:ascii="Calibri" w:hAnsi="Calibri" w:cs="Calibri" w:asciiTheme="majorAscii" w:hAnsiTheme="majorAscii" w:cstheme="majorAscii"/>
                <w:lang w:val="nl-NL"/>
              </w:rPr>
              <w:t>I</w:t>
            </w:r>
            <w:r w:rsidRPr="2681C502" w:rsidR="4AF8795C">
              <w:rPr>
                <w:rFonts w:ascii="Calibri" w:hAnsi="Calibri" w:cs="Calibri" w:asciiTheme="majorAscii" w:hAnsiTheme="majorAscii" w:cstheme="majorAscii"/>
                <w:lang w:val="nl-NL"/>
              </w:rPr>
              <w:t>lse Brandsma</w:t>
            </w:r>
          </w:p>
        </w:tc>
        <w:tc>
          <w:tcPr>
            <w:tcW w:w="3270" w:type="dxa"/>
            <w:tcMar/>
          </w:tcPr>
          <w:p w:rsidRPr="00781AE9" w:rsidR="008972BF" w:rsidP="2681C502" w:rsidRDefault="008972BF" w14:paraId="4B458FBA" w14:textId="7023CBE1">
            <w:pPr>
              <w:pStyle w:val="Geenafstand"/>
              <w:rPr>
                <w:rFonts w:ascii="Calibri" w:hAnsi="Calibri" w:cs="Calibri" w:asciiTheme="majorAscii" w:hAnsiTheme="majorAscii" w:cstheme="majorAscii"/>
                <w:lang w:val="nl-NL"/>
              </w:rPr>
            </w:pPr>
            <w:r w:rsidRPr="2681C502" w:rsidR="4AF8795C">
              <w:rPr>
                <w:rFonts w:ascii="Calibri" w:hAnsi="Calibri" w:cs="Calibri" w:asciiTheme="majorAscii" w:hAnsiTheme="majorAscii" w:cstheme="majorAscii"/>
                <w:lang w:val="nl-NL"/>
              </w:rPr>
              <w:t>i.brandsma@pcboleeuwarden.nl</w:t>
            </w:r>
          </w:p>
        </w:tc>
        <w:tc>
          <w:tcPr>
            <w:tcW w:w="1095" w:type="dxa"/>
            <w:tcMar/>
          </w:tcPr>
          <w:p w:rsidRPr="00781AE9" w:rsidR="008972BF" w:rsidP="2681C502" w:rsidRDefault="008972BF" w14:paraId="49DA0822" w14:textId="693A7121">
            <w:pPr>
              <w:pStyle w:val="Geenafstand"/>
              <w:rPr>
                <w:rFonts w:ascii="Calibri" w:hAnsi="Calibri" w:cs="Calibri" w:asciiTheme="majorAscii" w:hAnsiTheme="majorAscii" w:cstheme="majorAscii"/>
                <w:lang w:val="nl-NL"/>
              </w:rPr>
            </w:pPr>
            <w:r w:rsidRPr="2681C502" w:rsidR="4AF8795C">
              <w:rPr>
                <w:rFonts w:ascii="Calibri" w:hAnsi="Calibri" w:cs="Calibri" w:asciiTheme="majorAscii" w:hAnsiTheme="majorAscii" w:cstheme="majorAscii"/>
                <w:lang w:val="nl-NL"/>
              </w:rPr>
              <w:t>Sept ‘25</w:t>
            </w:r>
          </w:p>
        </w:tc>
        <w:tc>
          <w:tcPr>
            <w:tcW w:w="1323" w:type="dxa"/>
            <w:tcMar/>
          </w:tcPr>
          <w:p w:rsidRPr="00781AE9" w:rsidR="008972BF" w:rsidP="2681C502" w:rsidRDefault="008972BF" w14:paraId="19219836" w14:textId="60D1589C">
            <w:pPr>
              <w:pStyle w:val="Geenafstand"/>
              <w:rPr>
                <w:rFonts w:ascii="Calibri" w:hAnsi="Calibri" w:cs="Calibri" w:asciiTheme="majorAscii" w:hAnsiTheme="majorAscii" w:cstheme="majorAscii"/>
                <w:lang w:val="nl-NL"/>
              </w:rPr>
            </w:pPr>
            <w:r w:rsidRPr="2681C502" w:rsidR="4AF8795C">
              <w:rPr>
                <w:rFonts w:ascii="Calibri" w:hAnsi="Calibri" w:cs="Calibri" w:asciiTheme="majorAscii" w:hAnsiTheme="majorAscii" w:cstheme="majorAscii"/>
                <w:lang w:val="nl-NL"/>
              </w:rPr>
              <w:t>Sept ‘28</w:t>
            </w:r>
          </w:p>
        </w:tc>
        <w:tc>
          <w:tcPr>
            <w:tcW w:w="1050" w:type="dxa"/>
            <w:tcMar/>
          </w:tcPr>
          <w:p w:rsidRPr="00781AE9" w:rsidR="008972BF" w:rsidP="2681C502" w:rsidRDefault="008972BF" w14:paraId="1EE79462" w14:textId="117BF6AE">
            <w:pPr>
              <w:pStyle w:val="Geenafstand"/>
              <w:rPr>
                <w:rFonts w:ascii="Calibri" w:hAnsi="Calibri" w:cs="Calibri" w:asciiTheme="majorAscii" w:hAnsiTheme="majorAscii" w:cstheme="majorAscii"/>
                <w:lang w:val="nl-NL"/>
              </w:rPr>
            </w:pPr>
            <w:r w:rsidRPr="2681C502" w:rsidR="4AF8795C">
              <w:rPr>
                <w:rFonts w:ascii="Calibri" w:hAnsi="Calibri" w:cs="Calibri" w:asciiTheme="majorAscii" w:hAnsiTheme="majorAscii" w:cstheme="majorAscii"/>
                <w:lang w:val="nl-NL"/>
              </w:rPr>
              <w:t>1e</w:t>
            </w:r>
          </w:p>
        </w:tc>
        <w:tc>
          <w:tcPr>
            <w:tcW w:w="1479" w:type="dxa"/>
            <w:tcMar/>
          </w:tcPr>
          <w:p w:rsidRPr="00781AE9" w:rsidR="008972BF" w:rsidP="008972BF" w:rsidRDefault="58641488" w14:paraId="296FEF7D" w14:textId="675A4027">
            <w:pPr>
              <w:pStyle w:val="Geenafstand"/>
              <w:rPr>
                <w:rFonts w:asciiTheme="majorHAnsi" w:hAnsiTheme="majorHAnsi" w:cstheme="majorHAnsi"/>
                <w:lang w:val="nl-NL"/>
              </w:rPr>
            </w:pPr>
            <w:r w:rsidRPr="00781AE9">
              <w:rPr>
                <w:rFonts w:asciiTheme="majorHAnsi" w:hAnsiTheme="majorHAnsi" w:cstheme="majorHAnsi"/>
                <w:lang w:val="nl-NL"/>
              </w:rPr>
              <w:t>Lid</w:t>
            </w:r>
          </w:p>
        </w:tc>
      </w:tr>
    </w:tbl>
    <w:p w:rsidRPr="00781AE9" w:rsidR="00364FEB" w:rsidP="008972BF" w:rsidRDefault="00536A09" w14:paraId="329F1C15" w14:textId="77777777">
      <w:pPr>
        <w:pStyle w:val="Geenafstand"/>
        <w:rPr>
          <w:rStyle w:val="Kop2Char"/>
          <w:rFonts w:cstheme="majorHAnsi"/>
          <w:sz w:val="24"/>
          <w:szCs w:val="24"/>
          <w:lang w:val="nl-NL"/>
        </w:rPr>
      </w:pPr>
      <w:r w:rsidRPr="00781AE9">
        <w:rPr>
          <w:rFonts w:asciiTheme="majorHAnsi" w:hAnsiTheme="majorHAnsi" w:cstheme="majorHAnsi"/>
          <w:lang w:val="nl-NL"/>
        </w:rPr>
        <w:br/>
      </w:r>
      <w:bookmarkStart w:name="_Toc211325421" w:id="16"/>
      <w:r w:rsidRPr="00781AE9">
        <w:rPr>
          <w:rStyle w:val="Kop2Char"/>
          <w:rFonts w:cstheme="majorHAnsi"/>
          <w:sz w:val="24"/>
          <w:szCs w:val="24"/>
          <w:lang w:val="nl-NL"/>
        </w:rPr>
        <w:t>5.2. Werkwijze verkiezing</w:t>
      </w:r>
      <w:bookmarkEnd w:id="16"/>
      <w:r w:rsidRPr="00781AE9">
        <w:rPr>
          <w:rStyle w:val="Kop2Char"/>
          <w:rFonts w:cstheme="majorHAnsi"/>
          <w:sz w:val="24"/>
          <w:szCs w:val="24"/>
          <w:lang w:val="nl-NL"/>
        </w:rPr>
        <w:t xml:space="preserve">  </w:t>
      </w:r>
    </w:p>
    <w:p w:rsidRPr="00781AE9" w:rsidR="00364FEB" w:rsidP="76B9C6B2" w:rsidRDefault="00536A09" w14:paraId="5E48BF91" w14:noSpellErr="1" w14:textId="22D7B7CE">
      <w:pPr>
        <w:pStyle w:val="Geenafstand"/>
        <w:numPr>
          <w:ilvl w:val="0"/>
          <w:numId w:val="35"/>
        </w:numPr>
        <w:rPr>
          <w:rFonts w:ascii="Calibri" w:hAnsi="Calibri" w:cs="Calibri" w:asciiTheme="majorAscii" w:hAnsiTheme="majorAscii" w:cstheme="majorAscii"/>
          <w:lang w:val="nl-NL"/>
        </w:rPr>
      </w:pPr>
      <w:r w:rsidRPr="76B9C6B2" w:rsidR="00536A09">
        <w:rPr>
          <w:rFonts w:ascii="Calibri" w:hAnsi="Calibri" w:cs="Calibri" w:asciiTheme="majorAscii" w:hAnsiTheme="majorAscii" w:cstheme="majorAscii"/>
          <w:lang w:val="nl-NL"/>
        </w:rPr>
        <w:t>Verkiezingen bepalen wie een plaats krijgt in de medezeggenschapsraad. De zittingsduur</w:t>
      </w:r>
      <w:r w:rsidRPr="76B9C6B2" w:rsidR="73C5433B">
        <w:rPr>
          <w:rFonts w:ascii="Calibri" w:hAnsi="Calibri" w:cs="Calibri" w:asciiTheme="majorAscii" w:hAnsiTheme="majorAscii" w:cstheme="majorAscii"/>
          <w:lang w:val="nl-NL"/>
        </w:rPr>
        <w:t xml:space="preserve"> </w:t>
      </w:r>
      <w:r w:rsidRPr="76B9C6B2" w:rsidR="00536A09">
        <w:rPr>
          <w:rFonts w:ascii="Calibri" w:hAnsi="Calibri" w:cs="Calibri" w:asciiTheme="majorAscii" w:hAnsiTheme="majorAscii" w:cstheme="majorAscii"/>
          <w:lang w:val="nl-NL"/>
        </w:rPr>
        <w:t xml:space="preserve">van de leden van de MR is drie jaar. Na deze periode kunnen zij zich 1 maal herkiesbaar </w:t>
      </w:r>
      <w:r>
        <w:br/>
      </w:r>
      <w:r w:rsidRPr="76B9C6B2" w:rsidR="00536A09">
        <w:rPr>
          <w:rFonts w:ascii="Calibri" w:hAnsi="Calibri" w:cs="Calibri" w:asciiTheme="majorAscii" w:hAnsiTheme="majorAscii" w:cstheme="majorAscii"/>
          <w:lang w:val="nl-NL"/>
        </w:rPr>
        <w:t>stellen.</w:t>
      </w:r>
    </w:p>
    <w:p w:rsidRPr="00781AE9" w:rsidR="00364FEB" w:rsidP="1AF72D40" w:rsidRDefault="00536A09" w14:paraId="4799C67D" w14:textId="6416211F">
      <w:pPr>
        <w:pStyle w:val="Geenafstand"/>
        <w:numPr>
          <w:ilvl w:val="0"/>
          <w:numId w:val="35"/>
        </w:numPr>
        <w:rPr>
          <w:rFonts w:asciiTheme="majorHAnsi" w:hAnsiTheme="majorHAnsi" w:cstheme="majorHAnsi"/>
          <w:lang w:val="nl-NL"/>
        </w:rPr>
      </w:pPr>
      <w:r w:rsidRPr="00781AE9">
        <w:rPr>
          <w:rFonts w:asciiTheme="majorHAnsi" w:hAnsiTheme="majorHAnsi" w:cstheme="majorHAnsi"/>
          <w:lang w:val="nl-NL"/>
        </w:rPr>
        <w:t>Het moment van aftreden en aantreden is officieel einde sc</w:t>
      </w:r>
      <w:r w:rsidRPr="00781AE9" w:rsidR="00364FEB">
        <w:rPr>
          <w:rFonts w:asciiTheme="majorHAnsi" w:hAnsiTheme="majorHAnsi" w:cstheme="majorHAnsi"/>
          <w:lang w:val="nl-NL"/>
        </w:rPr>
        <w:t xml:space="preserve">hooljaar. Dit betekent dat een </w:t>
      </w:r>
      <w:r w:rsidRPr="00781AE9">
        <w:rPr>
          <w:rFonts w:asciiTheme="majorHAnsi" w:hAnsiTheme="majorHAnsi" w:cstheme="majorHAnsi"/>
          <w:lang w:val="nl-NL"/>
        </w:rPr>
        <w:t xml:space="preserve">eventuele werving van nieuwe leden plaatsvindt aan het einde van het schooljaar.  </w:t>
      </w:r>
    </w:p>
    <w:p w:rsidRPr="00781AE9" w:rsidR="00364FEB" w:rsidP="1AF72D40" w:rsidRDefault="00536A09" w14:paraId="0192DA57" w14:textId="77777777">
      <w:pPr>
        <w:pStyle w:val="Geenafstand"/>
        <w:numPr>
          <w:ilvl w:val="0"/>
          <w:numId w:val="35"/>
        </w:numPr>
        <w:rPr>
          <w:rFonts w:asciiTheme="majorHAnsi" w:hAnsiTheme="majorHAnsi" w:cstheme="majorHAnsi"/>
          <w:lang w:val="nl-NL"/>
        </w:rPr>
      </w:pPr>
      <w:r w:rsidRPr="00781AE9">
        <w:rPr>
          <w:rFonts w:asciiTheme="majorHAnsi" w:hAnsiTheme="majorHAnsi" w:cstheme="majorHAnsi"/>
          <w:lang w:val="nl-NL"/>
        </w:rPr>
        <w:t xml:space="preserve">De verkiezing van nieuwe leden vanuit de oudergeleding vindt plaats in mei. De nieuwe </w:t>
      </w:r>
      <w:r w:rsidRPr="00781AE9">
        <w:rPr>
          <w:rFonts w:asciiTheme="majorHAnsi" w:hAnsiTheme="majorHAnsi" w:cstheme="majorHAnsi"/>
          <w:lang w:val="nl-NL"/>
        </w:rPr>
        <w:br/>
      </w:r>
      <w:r w:rsidRPr="00781AE9">
        <w:rPr>
          <w:rFonts w:asciiTheme="majorHAnsi" w:hAnsiTheme="majorHAnsi" w:cstheme="majorHAnsi"/>
          <w:lang w:val="nl-NL"/>
        </w:rPr>
        <w:t xml:space="preserve">leden en aftredende leden zijn de laatste vergadering van het schooljaar beide aanwezig. </w:t>
      </w:r>
    </w:p>
    <w:p w:rsidRPr="00781AE9" w:rsidR="00364FEB" w:rsidP="1AF72D40" w:rsidRDefault="00536A09" w14:paraId="1D88B9AB" w14:textId="2F0ECD8B">
      <w:pPr>
        <w:pStyle w:val="Geenafstand"/>
        <w:numPr>
          <w:ilvl w:val="0"/>
          <w:numId w:val="35"/>
        </w:numPr>
        <w:rPr>
          <w:rFonts w:asciiTheme="majorHAnsi" w:hAnsiTheme="majorHAnsi" w:cstheme="majorHAnsi"/>
          <w:lang w:val="nl-NL"/>
        </w:rPr>
      </w:pPr>
      <w:r w:rsidRPr="00781AE9">
        <w:rPr>
          <w:rFonts w:asciiTheme="majorHAnsi" w:hAnsiTheme="majorHAnsi" w:cstheme="majorHAnsi"/>
          <w:lang w:val="nl-NL"/>
        </w:rPr>
        <w:t xml:space="preserve">De verkiezing van nieuwe leden vanuit de personeelsgeleding vindt ook plaats in mei.  </w:t>
      </w:r>
    </w:p>
    <w:p w:rsidRPr="00781AE9" w:rsidR="00364FEB" w:rsidP="1AF72D40" w:rsidRDefault="00536A09" w14:paraId="38A291D7" w14:textId="141B17D3">
      <w:pPr>
        <w:pStyle w:val="Geenafstand"/>
        <w:numPr>
          <w:ilvl w:val="0"/>
          <w:numId w:val="35"/>
        </w:numPr>
        <w:rPr>
          <w:rFonts w:asciiTheme="majorHAnsi" w:hAnsiTheme="majorHAnsi" w:cstheme="majorHAnsi"/>
          <w:lang w:val="nl-NL"/>
        </w:rPr>
      </w:pPr>
      <w:r w:rsidRPr="00781AE9">
        <w:rPr>
          <w:rFonts w:asciiTheme="majorHAnsi" w:hAnsiTheme="majorHAnsi" w:cstheme="majorHAnsi"/>
          <w:lang w:val="nl-NL"/>
        </w:rPr>
        <w:t xml:space="preserve">Mocht er bij een verkiezingsronde geen nieuwe kandidaat zich beschikbaar stellen, dan </w:t>
      </w:r>
      <w:r w:rsidRPr="00781AE9">
        <w:rPr>
          <w:rFonts w:asciiTheme="majorHAnsi" w:hAnsiTheme="majorHAnsi" w:cstheme="majorHAnsi"/>
          <w:lang w:val="nl-NL"/>
        </w:rPr>
        <w:br/>
      </w:r>
      <w:r w:rsidRPr="00781AE9">
        <w:rPr>
          <w:rFonts w:asciiTheme="majorHAnsi" w:hAnsiTheme="majorHAnsi" w:cstheme="majorHAnsi"/>
          <w:lang w:val="nl-NL"/>
        </w:rPr>
        <w:t>behoudt de MR het recht om het aftredende MR-lid voor een verlengde/derde termijn te</w:t>
      </w:r>
      <w:r w:rsidRPr="00781AE9" w:rsidR="0CDCFB95">
        <w:rPr>
          <w:rFonts w:asciiTheme="majorHAnsi" w:hAnsiTheme="majorHAnsi" w:cstheme="majorHAnsi"/>
          <w:lang w:val="nl-NL"/>
        </w:rPr>
        <w:t xml:space="preserve"> </w:t>
      </w:r>
      <w:r w:rsidRPr="00781AE9">
        <w:rPr>
          <w:rFonts w:asciiTheme="majorHAnsi" w:hAnsiTheme="majorHAnsi" w:cstheme="majorHAnsi"/>
          <w:lang w:val="nl-NL"/>
        </w:rPr>
        <w:t xml:space="preserve">benoemen. </w:t>
      </w:r>
    </w:p>
    <w:p w:rsidRPr="00781AE9" w:rsidR="00364FEB" w:rsidP="1AF72D40" w:rsidRDefault="00364FEB" w14:paraId="7194DBDC" w14:textId="77777777">
      <w:pPr>
        <w:pStyle w:val="Geenafstand"/>
        <w:rPr>
          <w:rFonts w:asciiTheme="majorHAnsi" w:hAnsiTheme="majorHAnsi" w:cstheme="majorHAnsi"/>
          <w:lang w:val="nl-NL"/>
        </w:rPr>
      </w:pPr>
    </w:p>
    <w:p w:rsidRPr="00781AE9" w:rsidR="00364FEB" w:rsidP="00364FEB" w:rsidRDefault="00536A09" w14:paraId="662D7717" w14:textId="77777777">
      <w:pPr>
        <w:pStyle w:val="Geenafstand"/>
        <w:rPr>
          <w:rFonts w:asciiTheme="majorHAnsi" w:hAnsiTheme="majorHAnsi" w:cstheme="majorHAnsi"/>
          <w:lang w:val="nl-NL"/>
        </w:rPr>
      </w:pPr>
      <w:bookmarkStart w:name="_Toc211325422" w:id="17"/>
      <w:r w:rsidRPr="00781AE9">
        <w:rPr>
          <w:rStyle w:val="Kop2Char"/>
          <w:rFonts w:cstheme="majorHAnsi"/>
          <w:sz w:val="24"/>
          <w:szCs w:val="24"/>
          <w:lang w:val="nl-NL"/>
        </w:rPr>
        <w:t>5.3. MR deskundigheid</w:t>
      </w:r>
      <w:bookmarkEnd w:id="17"/>
      <w:r w:rsidRPr="00781AE9">
        <w:rPr>
          <w:rFonts w:asciiTheme="majorHAnsi" w:hAnsiTheme="majorHAnsi" w:cstheme="majorHAnsi"/>
          <w:lang w:val="nl-NL"/>
        </w:rPr>
        <w:t xml:space="preserve"> </w:t>
      </w:r>
      <w:r w:rsidRPr="00781AE9">
        <w:rPr>
          <w:rFonts w:asciiTheme="majorHAnsi" w:hAnsiTheme="majorHAnsi" w:cstheme="majorHAnsi"/>
          <w:lang w:val="nl-NL"/>
        </w:rPr>
        <w:br/>
      </w:r>
      <w:r w:rsidRPr="00781AE9">
        <w:rPr>
          <w:rFonts w:asciiTheme="majorHAnsi" w:hAnsiTheme="majorHAnsi" w:cstheme="majorHAnsi"/>
          <w:lang w:val="nl-NL"/>
        </w:rPr>
        <w:t xml:space="preserve">Wat regelt de MR om haar eigen deskundigheid te borgen?  </w:t>
      </w:r>
      <w:r w:rsidRPr="00781AE9">
        <w:rPr>
          <w:rFonts w:asciiTheme="majorHAnsi" w:hAnsiTheme="majorHAnsi" w:cstheme="majorHAnsi"/>
          <w:lang w:val="nl-NL"/>
        </w:rPr>
        <w:br/>
      </w:r>
      <w:r w:rsidRPr="00781AE9">
        <w:rPr>
          <w:rFonts w:asciiTheme="majorHAnsi" w:hAnsiTheme="majorHAnsi" w:cstheme="majorHAnsi"/>
          <w:lang w:val="nl-NL"/>
        </w:rPr>
        <w:t xml:space="preserve">Nieuwe leden worden als volgt ingewerkt en begeleid: </w:t>
      </w:r>
    </w:p>
    <w:p w:rsidRPr="00781AE9" w:rsidR="00364FEB" w:rsidP="00364FEB" w:rsidRDefault="00364FEB" w14:paraId="6AEEF164" w14:textId="77777777">
      <w:pPr>
        <w:pStyle w:val="Geenafstand"/>
        <w:numPr>
          <w:ilvl w:val="0"/>
          <w:numId w:val="35"/>
        </w:numPr>
        <w:rPr>
          <w:rFonts w:asciiTheme="majorHAnsi" w:hAnsiTheme="majorHAnsi" w:cstheme="majorHAnsi"/>
          <w:lang w:val="nl-NL"/>
        </w:rPr>
      </w:pPr>
      <w:r w:rsidRPr="00781AE9">
        <w:rPr>
          <w:rFonts w:asciiTheme="majorHAnsi" w:hAnsiTheme="majorHAnsi" w:cstheme="majorHAnsi"/>
          <w:lang w:val="nl-NL"/>
        </w:rPr>
        <w:t xml:space="preserve"> </w:t>
      </w:r>
      <w:r w:rsidRPr="00781AE9" w:rsidR="00536A09">
        <w:rPr>
          <w:rFonts w:asciiTheme="majorHAnsi" w:hAnsiTheme="majorHAnsi" w:cstheme="majorHAnsi"/>
          <w:lang w:val="nl-NL"/>
        </w:rPr>
        <w:t>Hij/zij wordt in gelegenheid gesteld een cursus (één avond) inleiding MR te volgen.</w:t>
      </w:r>
    </w:p>
    <w:p w:rsidRPr="00781AE9" w:rsidR="00364FEB" w:rsidP="00364FEB" w:rsidRDefault="00364FEB" w14:paraId="66112821" w14:textId="77777777">
      <w:pPr>
        <w:pStyle w:val="Geenafstand"/>
        <w:numPr>
          <w:ilvl w:val="0"/>
          <w:numId w:val="35"/>
        </w:numPr>
        <w:rPr>
          <w:rFonts w:asciiTheme="majorHAnsi" w:hAnsiTheme="majorHAnsi" w:cstheme="majorHAnsi"/>
          <w:lang w:val="nl-NL"/>
        </w:rPr>
      </w:pPr>
      <w:r w:rsidRPr="00781AE9">
        <w:rPr>
          <w:rFonts w:asciiTheme="majorHAnsi" w:hAnsiTheme="majorHAnsi" w:cstheme="majorHAnsi"/>
          <w:lang w:val="nl-NL"/>
        </w:rPr>
        <w:t xml:space="preserve"> </w:t>
      </w:r>
      <w:r w:rsidRPr="00781AE9" w:rsidR="00536A09">
        <w:rPr>
          <w:rFonts w:asciiTheme="majorHAnsi" w:hAnsiTheme="majorHAnsi" w:cstheme="majorHAnsi"/>
          <w:lang w:val="nl-NL"/>
        </w:rPr>
        <w:t xml:space="preserve">Jaarplan MR voor kennisname algemene gang van zaken rondom MR op </w:t>
      </w:r>
      <w:r w:rsidRPr="00781AE9">
        <w:rPr>
          <w:rFonts w:asciiTheme="majorHAnsi" w:hAnsiTheme="majorHAnsi" w:cstheme="majorHAnsi"/>
          <w:lang w:val="nl-NL"/>
        </w:rPr>
        <w:t>IKC Alexia</w:t>
      </w:r>
      <w:r w:rsidRPr="00781AE9" w:rsidR="00536A09">
        <w:rPr>
          <w:rFonts w:asciiTheme="majorHAnsi" w:hAnsiTheme="majorHAnsi" w:cstheme="majorHAnsi"/>
          <w:lang w:val="nl-NL"/>
        </w:rPr>
        <w:t xml:space="preserve">. </w:t>
      </w:r>
    </w:p>
    <w:p w:rsidRPr="00781AE9" w:rsidR="00636CC8" w:rsidP="00364FEB" w:rsidRDefault="00364FEB" w14:paraId="306D6924" w14:textId="77777777">
      <w:pPr>
        <w:pStyle w:val="Geenafstand"/>
        <w:numPr>
          <w:ilvl w:val="0"/>
          <w:numId w:val="35"/>
        </w:numPr>
        <w:rPr>
          <w:rFonts w:asciiTheme="majorHAnsi" w:hAnsiTheme="majorHAnsi" w:cstheme="majorHAnsi"/>
          <w:lang w:val="nl-NL"/>
        </w:rPr>
      </w:pPr>
      <w:r w:rsidRPr="00781AE9">
        <w:rPr>
          <w:rFonts w:asciiTheme="majorHAnsi" w:hAnsiTheme="majorHAnsi" w:cstheme="majorHAnsi"/>
          <w:lang w:val="nl-NL"/>
        </w:rPr>
        <w:t xml:space="preserve"> </w:t>
      </w:r>
      <w:r w:rsidRPr="00781AE9" w:rsidR="00536A09">
        <w:rPr>
          <w:rFonts w:asciiTheme="majorHAnsi" w:hAnsiTheme="majorHAnsi" w:cstheme="majorHAnsi"/>
          <w:lang w:val="nl-NL"/>
        </w:rPr>
        <w:t>Indien gewenst is een zittend MR-lid gedurende het eerste j</w:t>
      </w:r>
      <w:r w:rsidRPr="00781AE9">
        <w:rPr>
          <w:rFonts w:asciiTheme="majorHAnsi" w:hAnsiTheme="majorHAnsi" w:cstheme="majorHAnsi"/>
          <w:lang w:val="nl-NL"/>
        </w:rPr>
        <w:t xml:space="preserve">aar van de zittingsperiode het </w:t>
      </w:r>
      <w:r w:rsidRPr="00781AE9" w:rsidR="00536A09">
        <w:rPr>
          <w:rFonts w:asciiTheme="majorHAnsi" w:hAnsiTheme="majorHAnsi" w:cstheme="majorHAnsi"/>
          <w:lang w:val="nl-NL"/>
        </w:rPr>
        <w:t xml:space="preserve">eerste aanspreekpunt en verantwoordelijk voor het wegwijs </w:t>
      </w:r>
      <w:r w:rsidRPr="00781AE9">
        <w:rPr>
          <w:rFonts w:asciiTheme="majorHAnsi" w:hAnsiTheme="majorHAnsi" w:cstheme="majorHAnsi"/>
          <w:lang w:val="nl-NL"/>
        </w:rPr>
        <w:t xml:space="preserve">maken van de nieuwe collega in </w:t>
      </w:r>
      <w:r w:rsidRPr="00781AE9" w:rsidR="00536A09">
        <w:rPr>
          <w:rFonts w:asciiTheme="majorHAnsi" w:hAnsiTheme="majorHAnsi" w:cstheme="majorHAnsi"/>
          <w:lang w:val="nl-NL"/>
        </w:rPr>
        <w:t xml:space="preserve">de MR. </w:t>
      </w:r>
      <w:r w:rsidRPr="00781AE9">
        <w:rPr>
          <w:rFonts w:asciiTheme="majorHAnsi" w:hAnsiTheme="majorHAnsi" w:cstheme="majorHAnsi"/>
          <w:lang w:val="nl-NL"/>
        </w:rPr>
        <w:br/>
      </w:r>
    </w:p>
    <w:p w:rsidRPr="00781AE9" w:rsidR="00636CC8" w:rsidP="76B9C6B2" w:rsidRDefault="00636CC8" w14:paraId="769D0D3C" w14:noSpellErr="1" w14:textId="3CD85115">
      <w:pPr>
        <w:pStyle w:val="Geenafstand"/>
        <w:rPr>
          <w:rFonts w:ascii="Calibri" w:hAnsi="Calibri" w:cs="Calibri" w:asciiTheme="majorAscii" w:hAnsiTheme="majorAscii" w:cstheme="majorAscii"/>
          <w:lang w:val="nl-NL"/>
        </w:rPr>
      </w:pPr>
      <w:r w:rsidRPr="76B9C6B2" w:rsidR="00536A09">
        <w:rPr>
          <w:rFonts w:ascii="Calibri" w:hAnsi="Calibri" w:cs="Calibri" w:asciiTheme="majorAscii" w:hAnsiTheme="majorAscii" w:cstheme="majorAscii"/>
          <w:lang w:val="nl-NL"/>
        </w:rPr>
        <w:t xml:space="preserve">Voor het actueel houden van benodigde kennis van zittende leden wordt bij aanvang van elk </w:t>
      </w:r>
      <w:r>
        <w:br/>
      </w:r>
      <w:r w:rsidRPr="76B9C6B2" w:rsidR="00536A09">
        <w:rPr>
          <w:rFonts w:ascii="Calibri" w:hAnsi="Calibri" w:cs="Calibri" w:asciiTheme="majorAscii" w:hAnsiTheme="majorAscii" w:cstheme="majorAscii"/>
          <w:lang w:val="nl-NL"/>
        </w:rPr>
        <w:t xml:space="preserve">schooljaar geïnventariseerd welke opleidingsbehoefte er aanwezig is. Besluiten hierover </w:t>
      </w:r>
      <w:r>
        <w:br/>
      </w:r>
      <w:r w:rsidRPr="76B9C6B2" w:rsidR="00536A09">
        <w:rPr>
          <w:rFonts w:ascii="Calibri" w:hAnsi="Calibri" w:cs="Calibri" w:asciiTheme="majorAscii" w:hAnsiTheme="majorAscii" w:cstheme="majorAscii"/>
          <w:lang w:val="nl-NL"/>
        </w:rPr>
        <w:t xml:space="preserve">worden in MR vergadering genomen. Scholing wordt gefinancierd uit de middelen die aan de </w:t>
      </w:r>
      <w:r>
        <w:br/>
      </w:r>
      <w:r w:rsidRPr="76B9C6B2" w:rsidR="00536A09">
        <w:rPr>
          <w:rFonts w:ascii="Calibri" w:hAnsi="Calibri" w:cs="Calibri" w:asciiTheme="majorAscii" w:hAnsiTheme="majorAscii" w:cstheme="majorAscii"/>
          <w:lang w:val="nl-NL"/>
        </w:rPr>
        <w:t xml:space="preserve">MR ter beschikking zijn gesteld. </w:t>
      </w:r>
    </w:p>
    <w:sectPr w:rsidRPr="00781AE9" w:rsidR="00636CC8" w:rsidSect="00034616">
      <w:footerReference w:type="default" r:id="rId15"/>
      <w:pgSz w:w="12240" w:h="15840" w:orient="portrait"/>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781AE9" w:rsidR="002D2126" w:rsidP="00E05406" w:rsidRDefault="002D2126" w14:paraId="1231BE67" w14:textId="77777777">
      <w:pPr>
        <w:spacing w:after="0" w:line="240" w:lineRule="auto"/>
      </w:pPr>
      <w:r w:rsidRPr="00781AE9">
        <w:separator/>
      </w:r>
    </w:p>
  </w:endnote>
  <w:endnote w:type="continuationSeparator" w:id="0">
    <w:p w:rsidRPr="00781AE9" w:rsidR="002D2126" w:rsidP="00E05406" w:rsidRDefault="002D2126" w14:paraId="36FEB5B0" w14:textId="77777777">
      <w:pPr>
        <w:spacing w:after="0" w:line="240" w:lineRule="auto"/>
      </w:pPr>
      <w:r w:rsidRPr="00781AE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sdt>
    <w:sdtPr>
      <w:id w:val="971797553"/>
      <w:docPartObj>
        <w:docPartGallery w:val="Page Numbers (Bottom of Page)"/>
        <w:docPartUnique/>
      </w:docPartObj>
      <w:rPr>
        <w:rFonts w:ascii="Calibri" w:hAnsi="Calibri" w:cs="Calibri" w:asciiTheme="majorAscii" w:hAnsiTheme="majorAscii" w:cstheme="majorAscii"/>
      </w:rPr>
    </w:sdtPr>
    <w:sdtEndPr>
      <w:rPr>
        <w:rFonts w:ascii="Calibri" w:hAnsi="Calibri" w:cs="Calibri" w:asciiTheme="majorAscii" w:hAnsiTheme="majorAscii" w:cstheme="majorAscii"/>
      </w:rPr>
    </w:sdtEndPr>
    <w:sdtContent>
      <w:p w:rsidRPr="00E25366" w:rsidR="002D2126" w:rsidRDefault="00E25366" w14:paraId="4BA95AC1" w14:textId="67DF2195">
        <w:pPr>
          <w:pStyle w:val="Voettekst"/>
          <w:jc w:val="right"/>
          <w:rPr>
            <w:rFonts w:asciiTheme="majorHAnsi" w:hAnsiTheme="majorHAnsi" w:cstheme="majorHAnsi"/>
          </w:rPr>
        </w:pPr>
        <w:r w:rsidRPr="00E25366">
          <w:rPr>
            <w:rFonts w:asciiTheme="majorHAnsi" w:hAnsiTheme="majorHAnsi" w:cstheme="majorHAnsi"/>
            <w:lang w:eastAsia="nl-NL"/>
          </w:rPr>
          <w:drawing>
            <wp:anchor distT="0" distB="0" distL="114300" distR="114300" simplePos="0" relativeHeight="251662848" behindDoc="0" locked="0" layoutInCell="1" allowOverlap="1" wp14:anchorId="0656AE12" wp14:editId="0E116CBE">
              <wp:simplePos x="0" y="0"/>
              <wp:positionH relativeFrom="column">
                <wp:posOffset>5806440</wp:posOffset>
              </wp:positionH>
              <wp:positionV relativeFrom="paragraph">
                <wp:posOffset>7620</wp:posOffset>
              </wp:positionV>
              <wp:extent cx="689701" cy="682972"/>
              <wp:effectExtent l="0" t="0" r="0" b="0"/>
              <wp:wrapNone/>
              <wp:docPr id="247240512" name="Afbeelding 1" descr="IKC Alexia RGBbeeldsc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C Alexia RGBbeeldscherm.jpg"/>
                      <pic:cNvPicPr/>
                    </pic:nvPicPr>
                    <pic:blipFill>
                      <a:blip r:embed="rId1"/>
                      <a:stretch>
                        <a:fillRect/>
                      </a:stretch>
                    </pic:blipFill>
                    <pic:spPr>
                      <a:xfrm>
                        <a:off x="0" y="0"/>
                        <a:ext cx="689701" cy="682972"/>
                      </a:xfrm>
                      <a:prstGeom prst="rect">
                        <a:avLst/>
                      </a:prstGeom>
                    </pic:spPr>
                  </pic:pic>
                </a:graphicData>
              </a:graphic>
              <wp14:sizeRelH relativeFrom="margin">
                <wp14:pctWidth>0</wp14:pctWidth>
              </wp14:sizeRelH>
              <wp14:sizeRelV relativeFrom="margin">
                <wp14:pctHeight>0</wp14:pctHeight>
              </wp14:sizeRelV>
            </wp:anchor>
          </w:drawing>
        </w:r>
        <w:r w:rsidRPr="00E25366" w:rsidR="1AF72D40">
          <w:rPr>
            <w:rFonts w:asciiTheme="majorHAnsi" w:hAnsiTheme="majorHAnsi" w:cstheme="majorHAnsi"/>
          </w:rPr>
          <w:t xml:space="preserve">MR Jaarplan | </w:t>
        </w:r>
        <w:r w:rsidRPr="00E25366" w:rsidR="002D2126">
          <w:rPr>
            <w:rFonts w:asciiTheme="majorHAnsi" w:hAnsiTheme="majorHAnsi" w:cstheme="majorHAnsi"/>
          </w:rPr>
          <w:fldChar w:fldCharType="begin"/>
        </w:r>
        <w:r w:rsidRPr="00E25366" w:rsidR="002D2126">
          <w:rPr>
            <w:rFonts w:asciiTheme="majorHAnsi" w:hAnsiTheme="majorHAnsi" w:cstheme="majorHAnsi"/>
          </w:rPr>
          <w:instrText xml:space="preserve"> PAGE   \* MERGEFORMAT </w:instrText>
        </w:r>
        <w:r w:rsidRPr="00E25366" w:rsidR="002D2126">
          <w:rPr>
            <w:rFonts w:asciiTheme="majorHAnsi" w:hAnsiTheme="majorHAnsi" w:cstheme="majorHAnsi"/>
          </w:rPr>
          <w:fldChar w:fldCharType="separate"/>
        </w:r>
        <w:r w:rsidRPr="00E25366" w:rsidR="1AF72D40">
          <w:rPr>
            <w:rFonts w:asciiTheme="majorHAnsi" w:hAnsiTheme="majorHAnsi" w:cstheme="majorHAnsi"/>
          </w:rPr>
          <w:t>10</w:t>
        </w:r>
        <w:r w:rsidRPr="00E25366" w:rsidR="002D2126">
          <w:rPr>
            <w:rFonts w:asciiTheme="majorHAnsi" w:hAnsiTheme="majorHAnsi" w:cstheme="majorHAnsi"/>
          </w:rPr>
          <w:fldChar w:fldCharType="end"/>
        </w:r>
        <w:r w:rsidRPr="00E25366" w:rsidR="1AF72D40">
          <w:rPr>
            <w:rFonts w:asciiTheme="majorHAnsi" w:hAnsiTheme="majorHAnsi" w:cstheme="majorHAnsi"/>
          </w:rPr>
          <w:t xml:space="preserve"> </w:t>
        </w:r>
      </w:p>
    </w:sdtContent>
  </w:sdt>
  <w:p w:rsidRPr="00781AE9" w:rsidR="002D2126" w:rsidRDefault="002D2126" w14:paraId="54CD245A" w14:textId="30A5E8C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781AE9" w:rsidR="002D2126" w:rsidP="00E05406" w:rsidRDefault="002D2126" w14:paraId="30D7AA69" w14:textId="77777777">
      <w:pPr>
        <w:spacing w:after="0" w:line="240" w:lineRule="auto"/>
      </w:pPr>
      <w:r w:rsidRPr="00781AE9">
        <w:separator/>
      </w:r>
    </w:p>
  </w:footnote>
  <w:footnote w:type="continuationSeparator" w:id="0">
    <w:p w:rsidRPr="00781AE9" w:rsidR="002D2126" w:rsidP="00E05406" w:rsidRDefault="002D2126" w14:paraId="7196D064" w14:textId="77777777">
      <w:pPr>
        <w:spacing w:after="0" w:line="240" w:lineRule="auto"/>
      </w:pPr>
      <w:r w:rsidRPr="00781AE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1">
    <w:nsid w:val="5bb6e6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hint="default" w:ascii="Symbol" w:hAnsi="Symbol"/>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hint="default" w:ascii="Symbol" w:hAnsi="Symbol"/>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hint="default" w:ascii="Symbol" w:hAnsi="Symbol"/>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hint="default" w:ascii="Symbol" w:hAnsi="Symbol"/>
      </w:rPr>
    </w:lvl>
  </w:abstractNum>
  <w:abstractNum w:abstractNumId="9" w15:restartNumberingAfterBreak="0">
    <w:nsid w:val="003763D4"/>
    <w:multiLevelType w:val="hybridMultilevel"/>
    <w:tmpl w:val="33C6B254"/>
    <w:lvl w:ilvl="0" w:tplc="006CAEAE">
      <w:start w:val="2"/>
      <w:numFmt w:val="bullet"/>
      <w:lvlText w:val="-"/>
      <w:lvlJc w:val="left"/>
      <w:pPr>
        <w:ind w:left="1080" w:hanging="360"/>
      </w:pPr>
      <w:rPr>
        <w:rFonts w:hint="default" w:ascii="Calibri" w:hAnsi="Calibri" w:cs="Calibri" w:eastAsiaTheme="minorEastAsi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02D52B16"/>
    <w:multiLevelType w:val="hybridMultilevel"/>
    <w:tmpl w:val="8EEEA67C"/>
    <w:lvl w:ilvl="0" w:tplc="78C476B0">
      <w:start w:val="1"/>
      <w:numFmt w:val="bullet"/>
      <w:lvlText w:val="-"/>
      <w:lvlJc w:val="left"/>
      <w:pPr>
        <w:ind w:left="720" w:hanging="360"/>
      </w:pPr>
      <w:rPr>
        <w:rFonts w:hint="default" w:ascii="Aptos" w:hAnsi="Aptos"/>
      </w:rPr>
    </w:lvl>
    <w:lvl w:ilvl="1" w:tplc="B792F75E">
      <w:start w:val="1"/>
      <w:numFmt w:val="bullet"/>
      <w:lvlText w:val="o"/>
      <w:lvlJc w:val="left"/>
      <w:pPr>
        <w:ind w:left="1440" w:hanging="360"/>
      </w:pPr>
      <w:rPr>
        <w:rFonts w:hint="default" w:ascii="Courier New" w:hAnsi="Courier New"/>
      </w:rPr>
    </w:lvl>
    <w:lvl w:ilvl="2" w:tplc="9D64760A">
      <w:start w:val="1"/>
      <w:numFmt w:val="bullet"/>
      <w:lvlText w:val=""/>
      <w:lvlJc w:val="left"/>
      <w:pPr>
        <w:ind w:left="2160" w:hanging="360"/>
      </w:pPr>
      <w:rPr>
        <w:rFonts w:hint="default" w:ascii="Wingdings" w:hAnsi="Wingdings"/>
      </w:rPr>
    </w:lvl>
    <w:lvl w:ilvl="3" w:tplc="DFC8A3B2">
      <w:start w:val="1"/>
      <w:numFmt w:val="bullet"/>
      <w:lvlText w:val=""/>
      <w:lvlJc w:val="left"/>
      <w:pPr>
        <w:ind w:left="2880" w:hanging="360"/>
      </w:pPr>
      <w:rPr>
        <w:rFonts w:hint="default" w:ascii="Symbol" w:hAnsi="Symbol"/>
      </w:rPr>
    </w:lvl>
    <w:lvl w:ilvl="4" w:tplc="59EC35E0">
      <w:start w:val="1"/>
      <w:numFmt w:val="bullet"/>
      <w:lvlText w:val="o"/>
      <w:lvlJc w:val="left"/>
      <w:pPr>
        <w:ind w:left="3600" w:hanging="360"/>
      </w:pPr>
      <w:rPr>
        <w:rFonts w:hint="default" w:ascii="Courier New" w:hAnsi="Courier New"/>
      </w:rPr>
    </w:lvl>
    <w:lvl w:ilvl="5" w:tplc="1C22C79C">
      <w:start w:val="1"/>
      <w:numFmt w:val="bullet"/>
      <w:lvlText w:val=""/>
      <w:lvlJc w:val="left"/>
      <w:pPr>
        <w:ind w:left="4320" w:hanging="360"/>
      </w:pPr>
      <w:rPr>
        <w:rFonts w:hint="default" w:ascii="Wingdings" w:hAnsi="Wingdings"/>
      </w:rPr>
    </w:lvl>
    <w:lvl w:ilvl="6" w:tplc="436C119A">
      <w:start w:val="1"/>
      <w:numFmt w:val="bullet"/>
      <w:lvlText w:val=""/>
      <w:lvlJc w:val="left"/>
      <w:pPr>
        <w:ind w:left="5040" w:hanging="360"/>
      </w:pPr>
      <w:rPr>
        <w:rFonts w:hint="default" w:ascii="Symbol" w:hAnsi="Symbol"/>
      </w:rPr>
    </w:lvl>
    <w:lvl w:ilvl="7" w:tplc="88A237C0">
      <w:start w:val="1"/>
      <w:numFmt w:val="bullet"/>
      <w:lvlText w:val="o"/>
      <w:lvlJc w:val="left"/>
      <w:pPr>
        <w:ind w:left="5760" w:hanging="360"/>
      </w:pPr>
      <w:rPr>
        <w:rFonts w:hint="default" w:ascii="Courier New" w:hAnsi="Courier New"/>
      </w:rPr>
    </w:lvl>
    <w:lvl w:ilvl="8" w:tplc="463CE362">
      <w:start w:val="1"/>
      <w:numFmt w:val="bullet"/>
      <w:lvlText w:val=""/>
      <w:lvlJc w:val="left"/>
      <w:pPr>
        <w:ind w:left="6480" w:hanging="360"/>
      </w:pPr>
      <w:rPr>
        <w:rFonts w:hint="default" w:ascii="Wingdings" w:hAnsi="Wingdings"/>
      </w:rPr>
    </w:lvl>
  </w:abstractNum>
  <w:abstractNum w:abstractNumId="11" w15:restartNumberingAfterBreak="0">
    <w:nsid w:val="0F282A01"/>
    <w:multiLevelType w:val="hybridMultilevel"/>
    <w:tmpl w:val="40DE18CC"/>
    <w:lvl w:ilvl="0" w:tplc="9D369DF8">
      <w:start w:val="1"/>
      <w:numFmt w:val="bullet"/>
      <w:lvlText w:val="-"/>
      <w:lvlJc w:val="left"/>
      <w:pPr>
        <w:ind w:left="720" w:hanging="360"/>
      </w:pPr>
      <w:rPr>
        <w:rFonts w:hint="default" w:ascii="Aptos" w:hAnsi="Aptos"/>
      </w:rPr>
    </w:lvl>
    <w:lvl w:ilvl="1" w:tplc="C8588C46">
      <w:start w:val="1"/>
      <w:numFmt w:val="bullet"/>
      <w:lvlText w:val="o"/>
      <w:lvlJc w:val="left"/>
      <w:pPr>
        <w:ind w:left="1440" w:hanging="360"/>
      </w:pPr>
      <w:rPr>
        <w:rFonts w:hint="default" w:ascii="Courier New" w:hAnsi="Courier New"/>
      </w:rPr>
    </w:lvl>
    <w:lvl w:ilvl="2" w:tplc="C9347FBE">
      <w:start w:val="1"/>
      <w:numFmt w:val="bullet"/>
      <w:lvlText w:val=""/>
      <w:lvlJc w:val="left"/>
      <w:pPr>
        <w:ind w:left="2160" w:hanging="360"/>
      </w:pPr>
      <w:rPr>
        <w:rFonts w:hint="default" w:ascii="Wingdings" w:hAnsi="Wingdings"/>
      </w:rPr>
    </w:lvl>
    <w:lvl w:ilvl="3" w:tplc="2E4EB972">
      <w:start w:val="1"/>
      <w:numFmt w:val="bullet"/>
      <w:lvlText w:val=""/>
      <w:lvlJc w:val="left"/>
      <w:pPr>
        <w:ind w:left="2880" w:hanging="360"/>
      </w:pPr>
      <w:rPr>
        <w:rFonts w:hint="default" w:ascii="Symbol" w:hAnsi="Symbol"/>
      </w:rPr>
    </w:lvl>
    <w:lvl w:ilvl="4" w:tplc="E5823FF2">
      <w:start w:val="1"/>
      <w:numFmt w:val="bullet"/>
      <w:lvlText w:val="o"/>
      <w:lvlJc w:val="left"/>
      <w:pPr>
        <w:ind w:left="3600" w:hanging="360"/>
      </w:pPr>
      <w:rPr>
        <w:rFonts w:hint="default" w:ascii="Courier New" w:hAnsi="Courier New"/>
      </w:rPr>
    </w:lvl>
    <w:lvl w:ilvl="5" w:tplc="91FAABFE">
      <w:start w:val="1"/>
      <w:numFmt w:val="bullet"/>
      <w:lvlText w:val=""/>
      <w:lvlJc w:val="left"/>
      <w:pPr>
        <w:ind w:left="4320" w:hanging="360"/>
      </w:pPr>
      <w:rPr>
        <w:rFonts w:hint="default" w:ascii="Wingdings" w:hAnsi="Wingdings"/>
      </w:rPr>
    </w:lvl>
    <w:lvl w:ilvl="6" w:tplc="B1A6E524">
      <w:start w:val="1"/>
      <w:numFmt w:val="bullet"/>
      <w:lvlText w:val=""/>
      <w:lvlJc w:val="left"/>
      <w:pPr>
        <w:ind w:left="5040" w:hanging="360"/>
      </w:pPr>
      <w:rPr>
        <w:rFonts w:hint="default" w:ascii="Symbol" w:hAnsi="Symbol"/>
      </w:rPr>
    </w:lvl>
    <w:lvl w:ilvl="7" w:tplc="301287A0">
      <w:start w:val="1"/>
      <w:numFmt w:val="bullet"/>
      <w:lvlText w:val="o"/>
      <w:lvlJc w:val="left"/>
      <w:pPr>
        <w:ind w:left="5760" w:hanging="360"/>
      </w:pPr>
      <w:rPr>
        <w:rFonts w:hint="default" w:ascii="Courier New" w:hAnsi="Courier New"/>
      </w:rPr>
    </w:lvl>
    <w:lvl w:ilvl="8" w:tplc="99969A4E">
      <w:start w:val="1"/>
      <w:numFmt w:val="bullet"/>
      <w:lvlText w:val=""/>
      <w:lvlJc w:val="left"/>
      <w:pPr>
        <w:ind w:left="6480" w:hanging="360"/>
      </w:pPr>
      <w:rPr>
        <w:rFonts w:hint="default" w:ascii="Wingdings" w:hAnsi="Wingdings"/>
      </w:rPr>
    </w:lvl>
  </w:abstractNum>
  <w:abstractNum w:abstractNumId="12" w15:restartNumberingAfterBreak="0">
    <w:nsid w:val="119361AF"/>
    <w:multiLevelType w:val="hybridMultilevel"/>
    <w:tmpl w:val="3FFC2E28"/>
    <w:lvl w:ilvl="0" w:tplc="04A4580A">
      <w:start w:val="1"/>
      <w:numFmt w:val="bullet"/>
      <w:lvlText w:val="-"/>
      <w:lvlJc w:val="left"/>
      <w:pPr>
        <w:ind w:left="720" w:hanging="360"/>
      </w:pPr>
      <w:rPr>
        <w:rFonts w:hint="default" w:ascii="Aptos" w:hAnsi="Aptos"/>
      </w:rPr>
    </w:lvl>
    <w:lvl w:ilvl="1" w:tplc="F52EAB74">
      <w:start w:val="1"/>
      <w:numFmt w:val="bullet"/>
      <w:lvlText w:val="o"/>
      <w:lvlJc w:val="left"/>
      <w:pPr>
        <w:ind w:left="1440" w:hanging="360"/>
      </w:pPr>
      <w:rPr>
        <w:rFonts w:hint="default" w:ascii="Courier New" w:hAnsi="Courier New"/>
      </w:rPr>
    </w:lvl>
    <w:lvl w:ilvl="2" w:tplc="F054909A">
      <w:start w:val="1"/>
      <w:numFmt w:val="bullet"/>
      <w:lvlText w:val=""/>
      <w:lvlJc w:val="left"/>
      <w:pPr>
        <w:ind w:left="2160" w:hanging="360"/>
      </w:pPr>
      <w:rPr>
        <w:rFonts w:hint="default" w:ascii="Wingdings" w:hAnsi="Wingdings"/>
      </w:rPr>
    </w:lvl>
    <w:lvl w:ilvl="3" w:tplc="CEAC45B6">
      <w:start w:val="1"/>
      <w:numFmt w:val="bullet"/>
      <w:lvlText w:val=""/>
      <w:lvlJc w:val="left"/>
      <w:pPr>
        <w:ind w:left="2880" w:hanging="360"/>
      </w:pPr>
      <w:rPr>
        <w:rFonts w:hint="default" w:ascii="Symbol" w:hAnsi="Symbol"/>
      </w:rPr>
    </w:lvl>
    <w:lvl w:ilvl="4" w:tplc="C456D220">
      <w:start w:val="1"/>
      <w:numFmt w:val="bullet"/>
      <w:lvlText w:val="o"/>
      <w:lvlJc w:val="left"/>
      <w:pPr>
        <w:ind w:left="3600" w:hanging="360"/>
      </w:pPr>
      <w:rPr>
        <w:rFonts w:hint="default" w:ascii="Courier New" w:hAnsi="Courier New"/>
      </w:rPr>
    </w:lvl>
    <w:lvl w:ilvl="5" w:tplc="BD2CE3F8">
      <w:start w:val="1"/>
      <w:numFmt w:val="bullet"/>
      <w:lvlText w:val=""/>
      <w:lvlJc w:val="left"/>
      <w:pPr>
        <w:ind w:left="4320" w:hanging="360"/>
      </w:pPr>
      <w:rPr>
        <w:rFonts w:hint="default" w:ascii="Wingdings" w:hAnsi="Wingdings"/>
      </w:rPr>
    </w:lvl>
    <w:lvl w:ilvl="6" w:tplc="4926B7E8">
      <w:start w:val="1"/>
      <w:numFmt w:val="bullet"/>
      <w:lvlText w:val=""/>
      <w:lvlJc w:val="left"/>
      <w:pPr>
        <w:ind w:left="5040" w:hanging="360"/>
      </w:pPr>
      <w:rPr>
        <w:rFonts w:hint="default" w:ascii="Symbol" w:hAnsi="Symbol"/>
      </w:rPr>
    </w:lvl>
    <w:lvl w:ilvl="7" w:tplc="B362591A">
      <w:start w:val="1"/>
      <w:numFmt w:val="bullet"/>
      <w:lvlText w:val="o"/>
      <w:lvlJc w:val="left"/>
      <w:pPr>
        <w:ind w:left="5760" w:hanging="360"/>
      </w:pPr>
      <w:rPr>
        <w:rFonts w:hint="default" w:ascii="Courier New" w:hAnsi="Courier New"/>
      </w:rPr>
    </w:lvl>
    <w:lvl w:ilvl="8" w:tplc="C122C0FC">
      <w:start w:val="1"/>
      <w:numFmt w:val="bullet"/>
      <w:lvlText w:val=""/>
      <w:lvlJc w:val="left"/>
      <w:pPr>
        <w:ind w:left="6480" w:hanging="360"/>
      </w:pPr>
      <w:rPr>
        <w:rFonts w:hint="default" w:ascii="Wingdings" w:hAnsi="Wingdings"/>
      </w:rPr>
    </w:lvl>
  </w:abstractNum>
  <w:abstractNum w:abstractNumId="13" w15:restartNumberingAfterBreak="0">
    <w:nsid w:val="160C786A"/>
    <w:multiLevelType w:val="hybridMultilevel"/>
    <w:tmpl w:val="B55AD67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176F369D"/>
    <w:multiLevelType w:val="hybridMultilevel"/>
    <w:tmpl w:val="A808D3B0"/>
    <w:lvl w:ilvl="0" w:tplc="04130001">
      <w:start w:val="1"/>
      <w:numFmt w:val="bullet"/>
      <w:lvlText w:val=""/>
      <w:lvlJc w:val="left"/>
      <w:pPr>
        <w:ind w:left="1080" w:hanging="360"/>
      </w:pPr>
      <w:rPr>
        <w:rFonts w:hint="default" w:ascii="Symbol" w:hAnsi="Symbol"/>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15" w15:restartNumberingAfterBreak="0">
    <w:nsid w:val="183E533F"/>
    <w:multiLevelType w:val="hybridMultilevel"/>
    <w:tmpl w:val="B98004D6"/>
    <w:lvl w:ilvl="0" w:tplc="C562EAA6">
      <w:start w:val="1"/>
      <w:numFmt w:val="bullet"/>
      <w:lvlText w:val=""/>
      <w:lvlJc w:val="left"/>
      <w:pPr>
        <w:ind w:left="720" w:hanging="360"/>
      </w:pPr>
      <w:rPr>
        <w:rFonts w:hint="default" w:ascii="Symbol" w:hAnsi="Symbol"/>
      </w:rPr>
    </w:lvl>
    <w:lvl w:ilvl="1" w:tplc="A396307E">
      <w:start w:val="1"/>
      <w:numFmt w:val="bullet"/>
      <w:lvlText w:val="o"/>
      <w:lvlJc w:val="left"/>
      <w:pPr>
        <w:ind w:left="1440" w:hanging="360"/>
      </w:pPr>
      <w:rPr>
        <w:rFonts w:hint="default" w:ascii="Courier New" w:hAnsi="Courier New"/>
      </w:rPr>
    </w:lvl>
    <w:lvl w:ilvl="2" w:tplc="D3F85E8E">
      <w:start w:val="1"/>
      <w:numFmt w:val="bullet"/>
      <w:lvlText w:val=""/>
      <w:lvlJc w:val="left"/>
      <w:pPr>
        <w:ind w:left="2160" w:hanging="360"/>
      </w:pPr>
      <w:rPr>
        <w:rFonts w:hint="default" w:ascii="Wingdings" w:hAnsi="Wingdings"/>
      </w:rPr>
    </w:lvl>
    <w:lvl w:ilvl="3" w:tplc="D00ACEB4">
      <w:start w:val="1"/>
      <w:numFmt w:val="bullet"/>
      <w:lvlText w:val=""/>
      <w:lvlJc w:val="left"/>
      <w:pPr>
        <w:ind w:left="2880" w:hanging="360"/>
      </w:pPr>
      <w:rPr>
        <w:rFonts w:hint="default" w:ascii="Symbol" w:hAnsi="Symbol"/>
      </w:rPr>
    </w:lvl>
    <w:lvl w:ilvl="4" w:tplc="4CEEBE38">
      <w:start w:val="1"/>
      <w:numFmt w:val="bullet"/>
      <w:lvlText w:val="o"/>
      <w:lvlJc w:val="left"/>
      <w:pPr>
        <w:ind w:left="3600" w:hanging="360"/>
      </w:pPr>
      <w:rPr>
        <w:rFonts w:hint="default" w:ascii="Courier New" w:hAnsi="Courier New"/>
      </w:rPr>
    </w:lvl>
    <w:lvl w:ilvl="5" w:tplc="0114D946">
      <w:start w:val="1"/>
      <w:numFmt w:val="bullet"/>
      <w:lvlText w:val=""/>
      <w:lvlJc w:val="left"/>
      <w:pPr>
        <w:ind w:left="4320" w:hanging="360"/>
      </w:pPr>
      <w:rPr>
        <w:rFonts w:hint="default" w:ascii="Wingdings" w:hAnsi="Wingdings"/>
      </w:rPr>
    </w:lvl>
    <w:lvl w:ilvl="6" w:tplc="FFF28036">
      <w:start w:val="1"/>
      <w:numFmt w:val="bullet"/>
      <w:lvlText w:val=""/>
      <w:lvlJc w:val="left"/>
      <w:pPr>
        <w:ind w:left="5040" w:hanging="360"/>
      </w:pPr>
      <w:rPr>
        <w:rFonts w:hint="default" w:ascii="Symbol" w:hAnsi="Symbol"/>
      </w:rPr>
    </w:lvl>
    <w:lvl w:ilvl="7" w:tplc="046CF98C">
      <w:start w:val="1"/>
      <w:numFmt w:val="bullet"/>
      <w:lvlText w:val="o"/>
      <w:lvlJc w:val="left"/>
      <w:pPr>
        <w:ind w:left="5760" w:hanging="360"/>
      </w:pPr>
      <w:rPr>
        <w:rFonts w:hint="default" w:ascii="Courier New" w:hAnsi="Courier New"/>
      </w:rPr>
    </w:lvl>
    <w:lvl w:ilvl="8" w:tplc="3D02FD3C">
      <w:start w:val="1"/>
      <w:numFmt w:val="bullet"/>
      <w:lvlText w:val=""/>
      <w:lvlJc w:val="left"/>
      <w:pPr>
        <w:ind w:left="6480" w:hanging="360"/>
      </w:pPr>
      <w:rPr>
        <w:rFonts w:hint="default" w:ascii="Wingdings" w:hAnsi="Wingdings"/>
      </w:rPr>
    </w:lvl>
  </w:abstractNum>
  <w:abstractNum w:abstractNumId="16" w15:restartNumberingAfterBreak="0">
    <w:nsid w:val="1B651C18"/>
    <w:multiLevelType w:val="hybridMultilevel"/>
    <w:tmpl w:val="ED36DD8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206B681F"/>
    <w:multiLevelType w:val="hybridMultilevel"/>
    <w:tmpl w:val="D4C872A6"/>
    <w:lvl w:ilvl="0" w:tplc="CF3CEA9A">
      <w:start w:val="1"/>
      <w:numFmt w:val="bullet"/>
      <w:lvlText w:val=""/>
      <w:lvlJc w:val="left"/>
      <w:pPr>
        <w:ind w:left="720" w:hanging="360"/>
      </w:pPr>
      <w:rPr>
        <w:rFonts w:hint="default" w:ascii="Symbol" w:hAnsi="Symbol" w:cs="Calibri Light" w:eastAsiaTheme="minorEastAsia"/>
        <w: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291F47E4"/>
    <w:multiLevelType w:val="hybridMultilevel"/>
    <w:tmpl w:val="5D340E4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2C560AEB"/>
    <w:multiLevelType w:val="hybridMultilevel"/>
    <w:tmpl w:val="078E0F4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313358C4"/>
    <w:multiLevelType w:val="hybridMultilevel"/>
    <w:tmpl w:val="2B56FF80"/>
    <w:lvl w:ilvl="0" w:tplc="7AE2A1FA">
      <w:start w:val="1"/>
      <w:numFmt w:val="bullet"/>
      <w:lvlText w:val="-"/>
      <w:lvlJc w:val="left"/>
      <w:pPr>
        <w:ind w:left="720" w:hanging="360"/>
      </w:pPr>
      <w:rPr>
        <w:rFonts w:hint="default" w:ascii="Aptos" w:hAnsi="Aptos"/>
      </w:rPr>
    </w:lvl>
    <w:lvl w:ilvl="1" w:tplc="620CC396">
      <w:start w:val="1"/>
      <w:numFmt w:val="bullet"/>
      <w:lvlText w:val="o"/>
      <w:lvlJc w:val="left"/>
      <w:pPr>
        <w:ind w:left="1440" w:hanging="360"/>
      </w:pPr>
      <w:rPr>
        <w:rFonts w:hint="default" w:ascii="Courier New" w:hAnsi="Courier New"/>
      </w:rPr>
    </w:lvl>
    <w:lvl w:ilvl="2" w:tplc="FF0E7012">
      <w:start w:val="1"/>
      <w:numFmt w:val="bullet"/>
      <w:lvlText w:val=""/>
      <w:lvlJc w:val="left"/>
      <w:pPr>
        <w:ind w:left="2160" w:hanging="360"/>
      </w:pPr>
      <w:rPr>
        <w:rFonts w:hint="default" w:ascii="Wingdings" w:hAnsi="Wingdings"/>
      </w:rPr>
    </w:lvl>
    <w:lvl w:ilvl="3" w:tplc="CF3A9A7C">
      <w:start w:val="1"/>
      <w:numFmt w:val="bullet"/>
      <w:lvlText w:val=""/>
      <w:lvlJc w:val="left"/>
      <w:pPr>
        <w:ind w:left="2880" w:hanging="360"/>
      </w:pPr>
      <w:rPr>
        <w:rFonts w:hint="default" w:ascii="Symbol" w:hAnsi="Symbol"/>
      </w:rPr>
    </w:lvl>
    <w:lvl w:ilvl="4" w:tplc="05CE1474">
      <w:start w:val="1"/>
      <w:numFmt w:val="bullet"/>
      <w:lvlText w:val="o"/>
      <w:lvlJc w:val="left"/>
      <w:pPr>
        <w:ind w:left="3600" w:hanging="360"/>
      </w:pPr>
      <w:rPr>
        <w:rFonts w:hint="default" w:ascii="Courier New" w:hAnsi="Courier New"/>
      </w:rPr>
    </w:lvl>
    <w:lvl w:ilvl="5" w:tplc="F404F05C">
      <w:start w:val="1"/>
      <w:numFmt w:val="bullet"/>
      <w:lvlText w:val=""/>
      <w:lvlJc w:val="left"/>
      <w:pPr>
        <w:ind w:left="4320" w:hanging="360"/>
      </w:pPr>
      <w:rPr>
        <w:rFonts w:hint="default" w:ascii="Wingdings" w:hAnsi="Wingdings"/>
      </w:rPr>
    </w:lvl>
    <w:lvl w:ilvl="6" w:tplc="77BC0546">
      <w:start w:val="1"/>
      <w:numFmt w:val="bullet"/>
      <w:lvlText w:val=""/>
      <w:lvlJc w:val="left"/>
      <w:pPr>
        <w:ind w:left="5040" w:hanging="360"/>
      </w:pPr>
      <w:rPr>
        <w:rFonts w:hint="default" w:ascii="Symbol" w:hAnsi="Symbol"/>
      </w:rPr>
    </w:lvl>
    <w:lvl w:ilvl="7" w:tplc="A358F060">
      <w:start w:val="1"/>
      <w:numFmt w:val="bullet"/>
      <w:lvlText w:val="o"/>
      <w:lvlJc w:val="left"/>
      <w:pPr>
        <w:ind w:left="5760" w:hanging="360"/>
      </w:pPr>
      <w:rPr>
        <w:rFonts w:hint="default" w:ascii="Courier New" w:hAnsi="Courier New"/>
      </w:rPr>
    </w:lvl>
    <w:lvl w:ilvl="8" w:tplc="18A2518C">
      <w:start w:val="1"/>
      <w:numFmt w:val="bullet"/>
      <w:lvlText w:val=""/>
      <w:lvlJc w:val="left"/>
      <w:pPr>
        <w:ind w:left="6480" w:hanging="360"/>
      </w:pPr>
      <w:rPr>
        <w:rFonts w:hint="default" w:ascii="Wingdings" w:hAnsi="Wingdings"/>
      </w:rPr>
    </w:lvl>
  </w:abstractNum>
  <w:abstractNum w:abstractNumId="21" w15:restartNumberingAfterBreak="0">
    <w:nsid w:val="3291CE5F"/>
    <w:multiLevelType w:val="hybridMultilevel"/>
    <w:tmpl w:val="E89C4A3E"/>
    <w:lvl w:ilvl="0" w:tplc="865AB87C">
      <w:start w:val="1"/>
      <w:numFmt w:val="bullet"/>
      <w:lvlText w:val=""/>
      <w:lvlJc w:val="left"/>
      <w:pPr>
        <w:ind w:left="720" w:hanging="360"/>
      </w:pPr>
      <w:rPr>
        <w:rFonts w:hint="default" w:ascii="Symbol" w:hAnsi="Symbol"/>
      </w:rPr>
    </w:lvl>
    <w:lvl w:ilvl="1" w:tplc="22C6790C">
      <w:start w:val="1"/>
      <w:numFmt w:val="bullet"/>
      <w:lvlText w:val="o"/>
      <w:lvlJc w:val="left"/>
      <w:pPr>
        <w:ind w:left="1440" w:hanging="360"/>
      </w:pPr>
      <w:rPr>
        <w:rFonts w:hint="default" w:ascii="Courier New" w:hAnsi="Courier New"/>
      </w:rPr>
    </w:lvl>
    <w:lvl w:ilvl="2" w:tplc="4E34A4B4">
      <w:start w:val="1"/>
      <w:numFmt w:val="bullet"/>
      <w:lvlText w:val=""/>
      <w:lvlJc w:val="left"/>
      <w:pPr>
        <w:ind w:left="2160" w:hanging="360"/>
      </w:pPr>
      <w:rPr>
        <w:rFonts w:hint="default" w:ascii="Wingdings" w:hAnsi="Wingdings"/>
      </w:rPr>
    </w:lvl>
    <w:lvl w:ilvl="3" w:tplc="4134BF52">
      <w:start w:val="1"/>
      <w:numFmt w:val="bullet"/>
      <w:lvlText w:val=""/>
      <w:lvlJc w:val="left"/>
      <w:pPr>
        <w:ind w:left="2880" w:hanging="360"/>
      </w:pPr>
      <w:rPr>
        <w:rFonts w:hint="default" w:ascii="Symbol" w:hAnsi="Symbol"/>
      </w:rPr>
    </w:lvl>
    <w:lvl w:ilvl="4" w:tplc="39000DFC">
      <w:start w:val="1"/>
      <w:numFmt w:val="bullet"/>
      <w:lvlText w:val="o"/>
      <w:lvlJc w:val="left"/>
      <w:pPr>
        <w:ind w:left="3600" w:hanging="360"/>
      </w:pPr>
      <w:rPr>
        <w:rFonts w:hint="default" w:ascii="Courier New" w:hAnsi="Courier New"/>
      </w:rPr>
    </w:lvl>
    <w:lvl w:ilvl="5" w:tplc="F8486CD2">
      <w:start w:val="1"/>
      <w:numFmt w:val="bullet"/>
      <w:lvlText w:val=""/>
      <w:lvlJc w:val="left"/>
      <w:pPr>
        <w:ind w:left="4320" w:hanging="360"/>
      </w:pPr>
      <w:rPr>
        <w:rFonts w:hint="default" w:ascii="Wingdings" w:hAnsi="Wingdings"/>
      </w:rPr>
    </w:lvl>
    <w:lvl w:ilvl="6" w:tplc="1D5A6F0C">
      <w:start w:val="1"/>
      <w:numFmt w:val="bullet"/>
      <w:lvlText w:val=""/>
      <w:lvlJc w:val="left"/>
      <w:pPr>
        <w:ind w:left="5040" w:hanging="360"/>
      </w:pPr>
      <w:rPr>
        <w:rFonts w:hint="default" w:ascii="Symbol" w:hAnsi="Symbol"/>
      </w:rPr>
    </w:lvl>
    <w:lvl w:ilvl="7" w:tplc="B89CB9CE">
      <w:start w:val="1"/>
      <w:numFmt w:val="bullet"/>
      <w:lvlText w:val="o"/>
      <w:lvlJc w:val="left"/>
      <w:pPr>
        <w:ind w:left="5760" w:hanging="360"/>
      </w:pPr>
      <w:rPr>
        <w:rFonts w:hint="default" w:ascii="Courier New" w:hAnsi="Courier New"/>
      </w:rPr>
    </w:lvl>
    <w:lvl w:ilvl="8" w:tplc="C240ACCA">
      <w:start w:val="1"/>
      <w:numFmt w:val="bullet"/>
      <w:lvlText w:val=""/>
      <w:lvlJc w:val="left"/>
      <w:pPr>
        <w:ind w:left="6480" w:hanging="360"/>
      </w:pPr>
      <w:rPr>
        <w:rFonts w:hint="default" w:ascii="Wingdings" w:hAnsi="Wingdings"/>
      </w:rPr>
    </w:lvl>
  </w:abstractNum>
  <w:abstractNum w:abstractNumId="22" w15:restartNumberingAfterBreak="0">
    <w:nsid w:val="33AE5A66"/>
    <w:multiLevelType w:val="hybridMultilevel"/>
    <w:tmpl w:val="95A4470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3" w15:restartNumberingAfterBreak="0">
    <w:nsid w:val="35B52A6F"/>
    <w:multiLevelType w:val="hybridMultilevel"/>
    <w:tmpl w:val="185E2B44"/>
    <w:lvl w:ilvl="0" w:tplc="09ECF8EC">
      <w:start w:val="1"/>
      <w:numFmt w:val="bullet"/>
      <w:lvlText w:val=""/>
      <w:lvlJc w:val="left"/>
      <w:pPr>
        <w:ind w:left="720" w:hanging="360"/>
      </w:pPr>
      <w:rPr>
        <w:rFonts w:hint="default" w:ascii="Symbol" w:hAnsi="Symbol" w:cs="Calibri Light" w:eastAsiaTheme="minorEastAsi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3D1EEBD4"/>
    <w:multiLevelType w:val="hybridMultilevel"/>
    <w:tmpl w:val="C360BD9E"/>
    <w:lvl w:ilvl="0" w:tplc="CE64507A">
      <w:start w:val="1"/>
      <w:numFmt w:val="bullet"/>
      <w:lvlText w:val="-"/>
      <w:lvlJc w:val="left"/>
      <w:pPr>
        <w:ind w:left="720" w:hanging="360"/>
      </w:pPr>
      <w:rPr>
        <w:rFonts w:hint="default" w:ascii="Aptos" w:hAnsi="Aptos"/>
      </w:rPr>
    </w:lvl>
    <w:lvl w:ilvl="1" w:tplc="A72A99DC">
      <w:start w:val="1"/>
      <w:numFmt w:val="bullet"/>
      <w:lvlText w:val="o"/>
      <w:lvlJc w:val="left"/>
      <w:pPr>
        <w:ind w:left="1440" w:hanging="360"/>
      </w:pPr>
      <w:rPr>
        <w:rFonts w:hint="default" w:ascii="Courier New" w:hAnsi="Courier New"/>
      </w:rPr>
    </w:lvl>
    <w:lvl w:ilvl="2" w:tplc="1360A6B6">
      <w:start w:val="1"/>
      <w:numFmt w:val="bullet"/>
      <w:lvlText w:val=""/>
      <w:lvlJc w:val="left"/>
      <w:pPr>
        <w:ind w:left="2160" w:hanging="360"/>
      </w:pPr>
      <w:rPr>
        <w:rFonts w:hint="default" w:ascii="Wingdings" w:hAnsi="Wingdings"/>
      </w:rPr>
    </w:lvl>
    <w:lvl w:ilvl="3" w:tplc="041C1BA0">
      <w:start w:val="1"/>
      <w:numFmt w:val="bullet"/>
      <w:lvlText w:val=""/>
      <w:lvlJc w:val="left"/>
      <w:pPr>
        <w:ind w:left="2880" w:hanging="360"/>
      </w:pPr>
      <w:rPr>
        <w:rFonts w:hint="default" w:ascii="Symbol" w:hAnsi="Symbol"/>
      </w:rPr>
    </w:lvl>
    <w:lvl w:ilvl="4" w:tplc="0D9A4B6C">
      <w:start w:val="1"/>
      <w:numFmt w:val="bullet"/>
      <w:lvlText w:val="o"/>
      <w:lvlJc w:val="left"/>
      <w:pPr>
        <w:ind w:left="3600" w:hanging="360"/>
      </w:pPr>
      <w:rPr>
        <w:rFonts w:hint="default" w:ascii="Courier New" w:hAnsi="Courier New"/>
      </w:rPr>
    </w:lvl>
    <w:lvl w:ilvl="5" w:tplc="D3C2402A">
      <w:start w:val="1"/>
      <w:numFmt w:val="bullet"/>
      <w:lvlText w:val=""/>
      <w:lvlJc w:val="left"/>
      <w:pPr>
        <w:ind w:left="4320" w:hanging="360"/>
      </w:pPr>
      <w:rPr>
        <w:rFonts w:hint="default" w:ascii="Wingdings" w:hAnsi="Wingdings"/>
      </w:rPr>
    </w:lvl>
    <w:lvl w:ilvl="6" w:tplc="D52EE73A">
      <w:start w:val="1"/>
      <w:numFmt w:val="bullet"/>
      <w:lvlText w:val=""/>
      <w:lvlJc w:val="left"/>
      <w:pPr>
        <w:ind w:left="5040" w:hanging="360"/>
      </w:pPr>
      <w:rPr>
        <w:rFonts w:hint="default" w:ascii="Symbol" w:hAnsi="Symbol"/>
      </w:rPr>
    </w:lvl>
    <w:lvl w:ilvl="7" w:tplc="3974A9AA">
      <w:start w:val="1"/>
      <w:numFmt w:val="bullet"/>
      <w:lvlText w:val="o"/>
      <w:lvlJc w:val="left"/>
      <w:pPr>
        <w:ind w:left="5760" w:hanging="360"/>
      </w:pPr>
      <w:rPr>
        <w:rFonts w:hint="default" w:ascii="Courier New" w:hAnsi="Courier New"/>
      </w:rPr>
    </w:lvl>
    <w:lvl w:ilvl="8" w:tplc="9196D326">
      <w:start w:val="1"/>
      <w:numFmt w:val="bullet"/>
      <w:lvlText w:val=""/>
      <w:lvlJc w:val="left"/>
      <w:pPr>
        <w:ind w:left="6480" w:hanging="360"/>
      </w:pPr>
      <w:rPr>
        <w:rFonts w:hint="default" w:ascii="Wingdings" w:hAnsi="Wingdings"/>
      </w:rPr>
    </w:lvl>
  </w:abstractNum>
  <w:abstractNum w:abstractNumId="25" w15:restartNumberingAfterBreak="0">
    <w:nsid w:val="3F5BCAD8"/>
    <w:multiLevelType w:val="hybridMultilevel"/>
    <w:tmpl w:val="899E1E3A"/>
    <w:lvl w:ilvl="0" w:tplc="040EDE66">
      <w:start w:val="1"/>
      <w:numFmt w:val="bullet"/>
      <w:lvlText w:val=""/>
      <w:lvlJc w:val="left"/>
      <w:pPr>
        <w:ind w:left="720" w:hanging="360"/>
      </w:pPr>
      <w:rPr>
        <w:rFonts w:hint="default" w:ascii="Symbol" w:hAnsi="Symbol"/>
      </w:rPr>
    </w:lvl>
    <w:lvl w:ilvl="1" w:tplc="98E2A1F4">
      <w:start w:val="1"/>
      <w:numFmt w:val="bullet"/>
      <w:lvlText w:val="o"/>
      <w:lvlJc w:val="left"/>
      <w:pPr>
        <w:ind w:left="1440" w:hanging="360"/>
      </w:pPr>
      <w:rPr>
        <w:rFonts w:hint="default" w:ascii="Courier New" w:hAnsi="Courier New"/>
      </w:rPr>
    </w:lvl>
    <w:lvl w:ilvl="2" w:tplc="8EF27B24">
      <w:start w:val="1"/>
      <w:numFmt w:val="bullet"/>
      <w:lvlText w:val=""/>
      <w:lvlJc w:val="left"/>
      <w:pPr>
        <w:ind w:left="2160" w:hanging="360"/>
      </w:pPr>
      <w:rPr>
        <w:rFonts w:hint="default" w:ascii="Wingdings" w:hAnsi="Wingdings"/>
      </w:rPr>
    </w:lvl>
    <w:lvl w:ilvl="3" w:tplc="B55AC880">
      <w:start w:val="1"/>
      <w:numFmt w:val="bullet"/>
      <w:lvlText w:val=""/>
      <w:lvlJc w:val="left"/>
      <w:pPr>
        <w:ind w:left="2880" w:hanging="360"/>
      </w:pPr>
      <w:rPr>
        <w:rFonts w:hint="default" w:ascii="Symbol" w:hAnsi="Symbol"/>
      </w:rPr>
    </w:lvl>
    <w:lvl w:ilvl="4" w:tplc="5002AE14">
      <w:start w:val="1"/>
      <w:numFmt w:val="bullet"/>
      <w:lvlText w:val="o"/>
      <w:lvlJc w:val="left"/>
      <w:pPr>
        <w:ind w:left="3600" w:hanging="360"/>
      </w:pPr>
      <w:rPr>
        <w:rFonts w:hint="default" w:ascii="Courier New" w:hAnsi="Courier New"/>
      </w:rPr>
    </w:lvl>
    <w:lvl w:ilvl="5" w:tplc="CA46853E">
      <w:start w:val="1"/>
      <w:numFmt w:val="bullet"/>
      <w:lvlText w:val=""/>
      <w:lvlJc w:val="left"/>
      <w:pPr>
        <w:ind w:left="4320" w:hanging="360"/>
      </w:pPr>
      <w:rPr>
        <w:rFonts w:hint="default" w:ascii="Wingdings" w:hAnsi="Wingdings"/>
      </w:rPr>
    </w:lvl>
    <w:lvl w:ilvl="6" w:tplc="FE663FCA">
      <w:start w:val="1"/>
      <w:numFmt w:val="bullet"/>
      <w:lvlText w:val=""/>
      <w:lvlJc w:val="left"/>
      <w:pPr>
        <w:ind w:left="5040" w:hanging="360"/>
      </w:pPr>
      <w:rPr>
        <w:rFonts w:hint="default" w:ascii="Symbol" w:hAnsi="Symbol"/>
      </w:rPr>
    </w:lvl>
    <w:lvl w:ilvl="7" w:tplc="9BDA7FA0">
      <w:start w:val="1"/>
      <w:numFmt w:val="bullet"/>
      <w:lvlText w:val="o"/>
      <w:lvlJc w:val="left"/>
      <w:pPr>
        <w:ind w:left="5760" w:hanging="360"/>
      </w:pPr>
      <w:rPr>
        <w:rFonts w:hint="default" w:ascii="Courier New" w:hAnsi="Courier New"/>
      </w:rPr>
    </w:lvl>
    <w:lvl w:ilvl="8" w:tplc="BD7A8E50">
      <w:start w:val="1"/>
      <w:numFmt w:val="bullet"/>
      <w:lvlText w:val=""/>
      <w:lvlJc w:val="left"/>
      <w:pPr>
        <w:ind w:left="6480" w:hanging="360"/>
      </w:pPr>
      <w:rPr>
        <w:rFonts w:hint="default" w:ascii="Wingdings" w:hAnsi="Wingdings"/>
      </w:rPr>
    </w:lvl>
  </w:abstractNum>
  <w:abstractNum w:abstractNumId="26" w15:restartNumberingAfterBreak="0">
    <w:nsid w:val="4A177361"/>
    <w:multiLevelType w:val="hybridMultilevel"/>
    <w:tmpl w:val="38C65EB8"/>
    <w:lvl w:ilvl="0" w:tplc="3BF47772">
      <w:start w:val="1"/>
      <w:numFmt w:val="bullet"/>
      <w:lvlText w:val=""/>
      <w:lvlJc w:val="left"/>
      <w:pPr>
        <w:ind w:left="720" w:hanging="360"/>
      </w:pPr>
      <w:rPr>
        <w:rFonts w:hint="default" w:ascii="Symbol" w:hAnsi="Symbol"/>
      </w:rPr>
    </w:lvl>
    <w:lvl w:ilvl="1" w:tplc="C98EF488">
      <w:start w:val="1"/>
      <w:numFmt w:val="bullet"/>
      <w:lvlText w:val="o"/>
      <w:lvlJc w:val="left"/>
      <w:pPr>
        <w:ind w:left="1440" w:hanging="360"/>
      </w:pPr>
      <w:rPr>
        <w:rFonts w:hint="default" w:ascii="Courier New" w:hAnsi="Courier New"/>
      </w:rPr>
    </w:lvl>
    <w:lvl w:ilvl="2" w:tplc="CE1C8056">
      <w:start w:val="1"/>
      <w:numFmt w:val="bullet"/>
      <w:lvlText w:val=""/>
      <w:lvlJc w:val="left"/>
      <w:pPr>
        <w:ind w:left="2160" w:hanging="360"/>
      </w:pPr>
      <w:rPr>
        <w:rFonts w:hint="default" w:ascii="Wingdings" w:hAnsi="Wingdings"/>
      </w:rPr>
    </w:lvl>
    <w:lvl w:ilvl="3" w:tplc="F55E9BFA">
      <w:start w:val="1"/>
      <w:numFmt w:val="bullet"/>
      <w:lvlText w:val=""/>
      <w:lvlJc w:val="left"/>
      <w:pPr>
        <w:ind w:left="2880" w:hanging="360"/>
      </w:pPr>
      <w:rPr>
        <w:rFonts w:hint="default" w:ascii="Symbol" w:hAnsi="Symbol"/>
      </w:rPr>
    </w:lvl>
    <w:lvl w:ilvl="4" w:tplc="6C8A44AC">
      <w:start w:val="1"/>
      <w:numFmt w:val="bullet"/>
      <w:lvlText w:val="o"/>
      <w:lvlJc w:val="left"/>
      <w:pPr>
        <w:ind w:left="3600" w:hanging="360"/>
      </w:pPr>
      <w:rPr>
        <w:rFonts w:hint="default" w:ascii="Courier New" w:hAnsi="Courier New"/>
      </w:rPr>
    </w:lvl>
    <w:lvl w:ilvl="5" w:tplc="C92E8AA0">
      <w:start w:val="1"/>
      <w:numFmt w:val="bullet"/>
      <w:lvlText w:val=""/>
      <w:lvlJc w:val="left"/>
      <w:pPr>
        <w:ind w:left="4320" w:hanging="360"/>
      </w:pPr>
      <w:rPr>
        <w:rFonts w:hint="default" w:ascii="Wingdings" w:hAnsi="Wingdings"/>
      </w:rPr>
    </w:lvl>
    <w:lvl w:ilvl="6" w:tplc="B42C69D2">
      <w:start w:val="1"/>
      <w:numFmt w:val="bullet"/>
      <w:lvlText w:val=""/>
      <w:lvlJc w:val="left"/>
      <w:pPr>
        <w:ind w:left="5040" w:hanging="360"/>
      </w:pPr>
      <w:rPr>
        <w:rFonts w:hint="default" w:ascii="Symbol" w:hAnsi="Symbol"/>
      </w:rPr>
    </w:lvl>
    <w:lvl w:ilvl="7" w:tplc="11346EF2">
      <w:start w:val="1"/>
      <w:numFmt w:val="bullet"/>
      <w:lvlText w:val="o"/>
      <w:lvlJc w:val="left"/>
      <w:pPr>
        <w:ind w:left="5760" w:hanging="360"/>
      </w:pPr>
      <w:rPr>
        <w:rFonts w:hint="default" w:ascii="Courier New" w:hAnsi="Courier New"/>
      </w:rPr>
    </w:lvl>
    <w:lvl w:ilvl="8" w:tplc="C29C8060">
      <w:start w:val="1"/>
      <w:numFmt w:val="bullet"/>
      <w:lvlText w:val=""/>
      <w:lvlJc w:val="left"/>
      <w:pPr>
        <w:ind w:left="6480" w:hanging="360"/>
      </w:pPr>
      <w:rPr>
        <w:rFonts w:hint="default" w:ascii="Wingdings" w:hAnsi="Wingdings"/>
      </w:rPr>
    </w:lvl>
  </w:abstractNum>
  <w:abstractNum w:abstractNumId="27" w15:restartNumberingAfterBreak="0">
    <w:nsid w:val="518AD6D6"/>
    <w:multiLevelType w:val="hybridMultilevel"/>
    <w:tmpl w:val="D944B73E"/>
    <w:lvl w:ilvl="0" w:tplc="395021A8">
      <w:start w:val="1"/>
      <w:numFmt w:val="bullet"/>
      <w:lvlText w:val="-"/>
      <w:lvlJc w:val="left"/>
      <w:pPr>
        <w:ind w:left="720" w:hanging="360"/>
      </w:pPr>
      <w:rPr>
        <w:rFonts w:hint="default" w:ascii="Aptos" w:hAnsi="Aptos"/>
      </w:rPr>
    </w:lvl>
    <w:lvl w:ilvl="1" w:tplc="8EF60FE0">
      <w:start w:val="1"/>
      <w:numFmt w:val="bullet"/>
      <w:lvlText w:val="o"/>
      <w:lvlJc w:val="left"/>
      <w:pPr>
        <w:ind w:left="1440" w:hanging="360"/>
      </w:pPr>
      <w:rPr>
        <w:rFonts w:hint="default" w:ascii="Courier New" w:hAnsi="Courier New"/>
      </w:rPr>
    </w:lvl>
    <w:lvl w:ilvl="2" w:tplc="494C6FDC">
      <w:start w:val="1"/>
      <w:numFmt w:val="bullet"/>
      <w:lvlText w:val=""/>
      <w:lvlJc w:val="left"/>
      <w:pPr>
        <w:ind w:left="2160" w:hanging="360"/>
      </w:pPr>
      <w:rPr>
        <w:rFonts w:hint="default" w:ascii="Wingdings" w:hAnsi="Wingdings"/>
      </w:rPr>
    </w:lvl>
    <w:lvl w:ilvl="3" w:tplc="C040E5BC">
      <w:start w:val="1"/>
      <w:numFmt w:val="bullet"/>
      <w:lvlText w:val=""/>
      <w:lvlJc w:val="left"/>
      <w:pPr>
        <w:ind w:left="2880" w:hanging="360"/>
      </w:pPr>
      <w:rPr>
        <w:rFonts w:hint="default" w:ascii="Symbol" w:hAnsi="Symbol"/>
      </w:rPr>
    </w:lvl>
    <w:lvl w:ilvl="4" w:tplc="EB3265F2">
      <w:start w:val="1"/>
      <w:numFmt w:val="bullet"/>
      <w:lvlText w:val="o"/>
      <w:lvlJc w:val="left"/>
      <w:pPr>
        <w:ind w:left="3600" w:hanging="360"/>
      </w:pPr>
      <w:rPr>
        <w:rFonts w:hint="default" w:ascii="Courier New" w:hAnsi="Courier New"/>
      </w:rPr>
    </w:lvl>
    <w:lvl w:ilvl="5" w:tplc="65EA5E1E">
      <w:start w:val="1"/>
      <w:numFmt w:val="bullet"/>
      <w:lvlText w:val=""/>
      <w:lvlJc w:val="left"/>
      <w:pPr>
        <w:ind w:left="4320" w:hanging="360"/>
      </w:pPr>
      <w:rPr>
        <w:rFonts w:hint="default" w:ascii="Wingdings" w:hAnsi="Wingdings"/>
      </w:rPr>
    </w:lvl>
    <w:lvl w:ilvl="6" w:tplc="17903CC8">
      <w:start w:val="1"/>
      <w:numFmt w:val="bullet"/>
      <w:lvlText w:val=""/>
      <w:lvlJc w:val="left"/>
      <w:pPr>
        <w:ind w:left="5040" w:hanging="360"/>
      </w:pPr>
      <w:rPr>
        <w:rFonts w:hint="default" w:ascii="Symbol" w:hAnsi="Symbol"/>
      </w:rPr>
    </w:lvl>
    <w:lvl w:ilvl="7" w:tplc="2E447344">
      <w:start w:val="1"/>
      <w:numFmt w:val="bullet"/>
      <w:lvlText w:val="o"/>
      <w:lvlJc w:val="left"/>
      <w:pPr>
        <w:ind w:left="5760" w:hanging="360"/>
      </w:pPr>
      <w:rPr>
        <w:rFonts w:hint="default" w:ascii="Courier New" w:hAnsi="Courier New"/>
      </w:rPr>
    </w:lvl>
    <w:lvl w:ilvl="8" w:tplc="9B8E3A4C">
      <w:start w:val="1"/>
      <w:numFmt w:val="bullet"/>
      <w:lvlText w:val=""/>
      <w:lvlJc w:val="left"/>
      <w:pPr>
        <w:ind w:left="6480" w:hanging="360"/>
      </w:pPr>
      <w:rPr>
        <w:rFonts w:hint="default" w:ascii="Wingdings" w:hAnsi="Wingdings"/>
      </w:rPr>
    </w:lvl>
  </w:abstractNum>
  <w:abstractNum w:abstractNumId="28" w15:restartNumberingAfterBreak="0">
    <w:nsid w:val="524E5407"/>
    <w:multiLevelType w:val="hybridMultilevel"/>
    <w:tmpl w:val="AE546C12"/>
    <w:lvl w:ilvl="0" w:tplc="5EFC4172">
      <w:start w:val="1"/>
      <w:numFmt w:val="bullet"/>
      <w:lvlText w:val="-"/>
      <w:lvlJc w:val="left"/>
      <w:pPr>
        <w:ind w:left="720" w:hanging="360"/>
      </w:pPr>
      <w:rPr>
        <w:rFonts w:hint="default" w:ascii="Aptos" w:hAnsi="Aptos"/>
      </w:rPr>
    </w:lvl>
    <w:lvl w:ilvl="1" w:tplc="2B38793C">
      <w:start w:val="1"/>
      <w:numFmt w:val="bullet"/>
      <w:lvlText w:val="o"/>
      <w:lvlJc w:val="left"/>
      <w:pPr>
        <w:ind w:left="1440" w:hanging="360"/>
      </w:pPr>
      <w:rPr>
        <w:rFonts w:hint="default" w:ascii="Courier New" w:hAnsi="Courier New"/>
      </w:rPr>
    </w:lvl>
    <w:lvl w:ilvl="2" w:tplc="7F9289A4">
      <w:start w:val="1"/>
      <w:numFmt w:val="bullet"/>
      <w:lvlText w:val=""/>
      <w:lvlJc w:val="left"/>
      <w:pPr>
        <w:ind w:left="2160" w:hanging="360"/>
      </w:pPr>
      <w:rPr>
        <w:rFonts w:hint="default" w:ascii="Wingdings" w:hAnsi="Wingdings"/>
      </w:rPr>
    </w:lvl>
    <w:lvl w:ilvl="3" w:tplc="D25EF520">
      <w:start w:val="1"/>
      <w:numFmt w:val="bullet"/>
      <w:lvlText w:val=""/>
      <w:lvlJc w:val="left"/>
      <w:pPr>
        <w:ind w:left="2880" w:hanging="360"/>
      </w:pPr>
      <w:rPr>
        <w:rFonts w:hint="default" w:ascii="Symbol" w:hAnsi="Symbol"/>
      </w:rPr>
    </w:lvl>
    <w:lvl w:ilvl="4" w:tplc="725A7BE4">
      <w:start w:val="1"/>
      <w:numFmt w:val="bullet"/>
      <w:lvlText w:val="o"/>
      <w:lvlJc w:val="left"/>
      <w:pPr>
        <w:ind w:left="3600" w:hanging="360"/>
      </w:pPr>
      <w:rPr>
        <w:rFonts w:hint="default" w:ascii="Courier New" w:hAnsi="Courier New"/>
      </w:rPr>
    </w:lvl>
    <w:lvl w:ilvl="5" w:tplc="6C348790">
      <w:start w:val="1"/>
      <w:numFmt w:val="bullet"/>
      <w:lvlText w:val=""/>
      <w:lvlJc w:val="left"/>
      <w:pPr>
        <w:ind w:left="4320" w:hanging="360"/>
      </w:pPr>
      <w:rPr>
        <w:rFonts w:hint="default" w:ascii="Wingdings" w:hAnsi="Wingdings"/>
      </w:rPr>
    </w:lvl>
    <w:lvl w:ilvl="6" w:tplc="283C1228">
      <w:start w:val="1"/>
      <w:numFmt w:val="bullet"/>
      <w:lvlText w:val=""/>
      <w:lvlJc w:val="left"/>
      <w:pPr>
        <w:ind w:left="5040" w:hanging="360"/>
      </w:pPr>
      <w:rPr>
        <w:rFonts w:hint="default" w:ascii="Symbol" w:hAnsi="Symbol"/>
      </w:rPr>
    </w:lvl>
    <w:lvl w:ilvl="7" w:tplc="0CF6B378">
      <w:start w:val="1"/>
      <w:numFmt w:val="bullet"/>
      <w:lvlText w:val="o"/>
      <w:lvlJc w:val="left"/>
      <w:pPr>
        <w:ind w:left="5760" w:hanging="360"/>
      </w:pPr>
      <w:rPr>
        <w:rFonts w:hint="default" w:ascii="Courier New" w:hAnsi="Courier New"/>
      </w:rPr>
    </w:lvl>
    <w:lvl w:ilvl="8" w:tplc="B5AACFDA">
      <w:start w:val="1"/>
      <w:numFmt w:val="bullet"/>
      <w:lvlText w:val=""/>
      <w:lvlJc w:val="left"/>
      <w:pPr>
        <w:ind w:left="6480" w:hanging="360"/>
      </w:pPr>
      <w:rPr>
        <w:rFonts w:hint="default" w:ascii="Wingdings" w:hAnsi="Wingdings"/>
      </w:rPr>
    </w:lvl>
  </w:abstractNum>
  <w:abstractNum w:abstractNumId="29" w15:restartNumberingAfterBreak="0">
    <w:nsid w:val="57AA5F90"/>
    <w:multiLevelType w:val="hybridMultilevel"/>
    <w:tmpl w:val="9E8E31E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0" w15:restartNumberingAfterBreak="0">
    <w:nsid w:val="58C6288F"/>
    <w:multiLevelType w:val="hybridMultilevel"/>
    <w:tmpl w:val="86DE77EA"/>
    <w:lvl w:ilvl="0" w:tplc="CBB8007E">
      <w:start w:val="1"/>
      <w:numFmt w:val="bullet"/>
      <w:lvlText w:val="-"/>
      <w:lvlJc w:val="left"/>
      <w:pPr>
        <w:ind w:left="720" w:hanging="360"/>
      </w:pPr>
      <w:rPr>
        <w:rFonts w:hint="default" w:ascii="Aptos" w:hAnsi="Aptos"/>
      </w:rPr>
    </w:lvl>
    <w:lvl w:ilvl="1" w:tplc="570600E4">
      <w:start w:val="1"/>
      <w:numFmt w:val="bullet"/>
      <w:lvlText w:val="o"/>
      <w:lvlJc w:val="left"/>
      <w:pPr>
        <w:ind w:left="1440" w:hanging="360"/>
      </w:pPr>
      <w:rPr>
        <w:rFonts w:hint="default" w:ascii="Courier New" w:hAnsi="Courier New"/>
      </w:rPr>
    </w:lvl>
    <w:lvl w:ilvl="2" w:tplc="99746288">
      <w:start w:val="1"/>
      <w:numFmt w:val="bullet"/>
      <w:lvlText w:val=""/>
      <w:lvlJc w:val="left"/>
      <w:pPr>
        <w:ind w:left="2160" w:hanging="360"/>
      </w:pPr>
      <w:rPr>
        <w:rFonts w:hint="default" w:ascii="Wingdings" w:hAnsi="Wingdings"/>
      </w:rPr>
    </w:lvl>
    <w:lvl w:ilvl="3" w:tplc="5E9C09CC">
      <w:start w:val="1"/>
      <w:numFmt w:val="bullet"/>
      <w:lvlText w:val=""/>
      <w:lvlJc w:val="left"/>
      <w:pPr>
        <w:ind w:left="2880" w:hanging="360"/>
      </w:pPr>
      <w:rPr>
        <w:rFonts w:hint="default" w:ascii="Symbol" w:hAnsi="Symbol"/>
      </w:rPr>
    </w:lvl>
    <w:lvl w:ilvl="4" w:tplc="13AC00B6">
      <w:start w:val="1"/>
      <w:numFmt w:val="bullet"/>
      <w:lvlText w:val="o"/>
      <w:lvlJc w:val="left"/>
      <w:pPr>
        <w:ind w:left="3600" w:hanging="360"/>
      </w:pPr>
      <w:rPr>
        <w:rFonts w:hint="default" w:ascii="Courier New" w:hAnsi="Courier New"/>
      </w:rPr>
    </w:lvl>
    <w:lvl w:ilvl="5" w:tplc="B0BA5F82">
      <w:start w:val="1"/>
      <w:numFmt w:val="bullet"/>
      <w:lvlText w:val=""/>
      <w:lvlJc w:val="left"/>
      <w:pPr>
        <w:ind w:left="4320" w:hanging="360"/>
      </w:pPr>
      <w:rPr>
        <w:rFonts w:hint="default" w:ascii="Wingdings" w:hAnsi="Wingdings"/>
      </w:rPr>
    </w:lvl>
    <w:lvl w:ilvl="6" w:tplc="85101D74">
      <w:start w:val="1"/>
      <w:numFmt w:val="bullet"/>
      <w:lvlText w:val=""/>
      <w:lvlJc w:val="left"/>
      <w:pPr>
        <w:ind w:left="5040" w:hanging="360"/>
      </w:pPr>
      <w:rPr>
        <w:rFonts w:hint="default" w:ascii="Symbol" w:hAnsi="Symbol"/>
      </w:rPr>
    </w:lvl>
    <w:lvl w:ilvl="7" w:tplc="57BC25EA">
      <w:start w:val="1"/>
      <w:numFmt w:val="bullet"/>
      <w:lvlText w:val="o"/>
      <w:lvlJc w:val="left"/>
      <w:pPr>
        <w:ind w:left="5760" w:hanging="360"/>
      </w:pPr>
      <w:rPr>
        <w:rFonts w:hint="default" w:ascii="Courier New" w:hAnsi="Courier New"/>
      </w:rPr>
    </w:lvl>
    <w:lvl w:ilvl="8" w:tplc="CBFAEAD0">
      <w:start w:val="1"/>
      <w:numFmt w:val="bullet"/>
      <w:lvlText w:val=""/>
      <w:lvlJc w:val="left"/>
      <w:pPr>
        <w:ind w:left="6480" w:hanging="360"/>
      </w:pPr>
      <w:rPr>
        <w:rFonts w:hint="default" w:ascii="Wingdings" w:hAnsi="Wingdings"/>
      </w:rPr>
    </w:lvl>
  </w:abstractNum>
  <w:abstractNum w:abstractNumId="31" w15:restartNumberingAfterBreak="0">
    <w:nsid w:val="58D101A3"/>
    <w:multiLevelType w:val="hybridMultilevel"/>
    <w:tmpl w:val="54D049B0"/>
    <w:lvl w:ilvl="0" w:tplc="04130001">
      <w:start w:val="1"/>
      <w:numFmt w:val="bullet"/>
      <w:lvlText w:val=""/>
      <w:lvlJc w:val="left"/>
      <w:pPr>
        <w:ind w:left="108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2" w15:restartNumberingAfterBreak="0">
    <w:nsid w:val="5F034F14"/>
    <w:multiLevelType w:val="hybridMultilevel"/>
    <w:tmpl w:val="FFA02FF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3" w15:restartNumberingAfterBreak="0">
    <w:nsid w:val="62F262E9"/>
    <w:multiLevelType w:val="hybridMultilevel"/>
    <w:tmpl w:val="0BBED1C2"/>
    <w:lvl w:ilvl="0" w:tplc="88164962">
      <w:start w:val="1"/>
      <w:numFmt w:val="bullet"/>
      <w:lvlText w:val="-"/>
      <w:lvlJc w:val="left"/>
      <w:pPr>
        <w:ind w:left="720" w:hanging="360"/>
      </w:pPr>
      <w:rPr>
        <w:rFonts w:hint="default" w:ascii="Aptos" w:hAnsi="Aptos"/>
      </w:rPr>
    </w:lvl>
    <w:lvl w:ilvl="1" w:tplc="99526938">
      <w:start w:val="1"/>
      <w:numFmt w:val="bullet"/>
      <w:lvlText w:val="o"/>
      <w:lvlJc w:val="left"/>
      <w:pPr>
        <w:ind w:left="1440" w:hanging="360"/>
      </w:pPr>
      <w:rPr>
        <w:rFonts w:hint="default" w:ascii="Courier New" w:hAnsi="Courier New"/>
      </w:rPr>
    </w:lvl>
    <w:lvl w:ilvl="2" w:tplc="FEDE10BC">
      <w:start w:val="1"/>
      <w:numFmt w:val="bullet"/>
      <w:lvlText w:val=""/>
      <w:lvlJc w:val="left"/>
      <w:pPr>
        <w:ind w:left="2160" w:hanging="360"/>
      </w:pPr>
      <w:rPr>
        <w:rFonts w:hint="default" w:ascii="Wingdings" w:hAnsi="Wingdings"/>
      </w:rPr>
    </w:lvl>
    <w:lvl w:ilvl="3" w:tplc="839A3152">
      <w:start w:val="1"/>
      <w:numFmt w:val="bullet"/>
      <w:lvlText w:val=""/>
      <w:lvlJc w:val="left"/>
      <w:pPr>
        <w:ind w:left="2880" w:hanging="360"/>
      </w:pPr>
      <w:rPr>
        <w:rFonts w:hint="default" w:ascii="Symbol" w:hAnsi="Symbol"/>
      </w:rPr>
    </w:lvl>
    <w:lvl w:ilvl="4" w:tplc="64CE96CE">
      <w:start w:val="1"/>
      <w:numFmt w:val="bullet"/>
      <w:lvlText w:val="o"/>
      <w:lvlJc w:val="left"/>
      <w:pPr>
        <w:ind w:left="3600" w:hanging="360"/>
      </w:pPr>
      <w:rPr>
        <w:rFonts w:hint="default" w:ascii="Courier New" w:hAnsi="Courier New"/>
      </w:rPr>
    </w:lvl>
    <w:lvl w:ilvl="5" w:tplc="0A90911A">
      <w:start w:val="1"/>
      <w:numFmt w:val="bullet"/>
      <w:lvlText w:val=""/>
      <w:lvlJc w:val="left"/>
      <w:pPr>
        <w:ind w:left="4320" w:hanging="360"/>
      </w:pPr>
      <w:rPr>
        <w:rFonts w:hint="default" w:ascii="Wingdings" w:hAnsi="Wingdings"/>
      </w:rPr>
    </w:lvl>
    <w:lvl w:ilvl="6" w:tplc="2FE6F1AA">
      <w:start w:val="1"/>
      <w:numFmt w:val="bullet"/>
      <w:lvlText w:val=""/>
      <w:lvlJc w:val="left"/>
      <w:pPr>
        <w:ind w:left="5040" w:hanging="360"/>
      </w:pPr>
      <w:rPr>
        <w:rFonts w:hint="default" w:ascii="Symbol" w:hAnsi="Symbol"/>
      </w:rPr>
    </w:lvl>
    <w:lvl w:ilvl="7" w:tplc="8ED04282">
      <w:start w:val="1"/>
      <w:numFmt w:val="bullet"/>
      <w:lvlText w:val="o"/>
      <w:lvlJc w:val="left"/>
      <w:pPr>
        <w:ind w:left="5760" w:hanging="360"/>
      </w:pPr>
      <w:rPr>
        <w:rFonts w:hint="default" w:ascii="Courier New" w:hAnsi="Courier New"/>
      </w:rPr>
    </w:lvl>
    <w:lvl w:ilvl="8" w:tplc="E3FCD49E">
      <w:start w:val="1"/>
      <w:numFmt w:val="bullet"/>
      <w:lvlText w:val=""/>
      <w:lvlJc w:val="left"/>
      <w:pPr>
        <w:ind w:left="6480" w:hanging="360"/>
      </w:pPr>
      <w:rPr>
        <w:rFonts w:hint="default" w:ascii="Wingdings" w:hAnsi="Wingdings"/>
      </w:rPr>
    </w:lvl>
  </w:abstractNum>
  <w:abstractNum w:abstractNumId="34" w15:restartNumberingAfterBreak="0">
    <w:nsid w:val="65D610C4"/>
    <w:multiLevelType w:val="hybridMultilevel"/>
    <w:tmpl w:val="ACC0ABF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5" w15:restartNumberingAfterBreak="0">
    <w:nsid w:val="6816C646"/>
    <w:multiLevelType w:val="hybridMultilevel"/>
    <w:tmpl w:val="8A58C820"/>
    <w:lvl w:ilvl="0" w:tplc="08F88DFA">
      <w:start w:val="1"/>
      <w:numFmt w:val="bullet"/>
      <w:lvlText w:val=""/>
      <w:lvlJc w:val="left"/>
      <w:pPr>
        <w:ind w:left="720" w:hanging="360"/>
      </w:pPr>
      <w:rPr>
        <w:rFonts w:hint="default" w:ascii="Symbol" w:hAnsi="Symbol"/>
      </w:rPr>
    </w:lvl>
    <w:lvl w:ilvl="1" w:tplc="53F0AE42">
      <w:start w:val="1"/>
      <w:numFmt w:val="bullet"/>
      <w:lvlText w:val="o"/>
      <w:lvlJc w:val="left"/>
      <w:pPr>
        <w:ind w:left="1440" w:hanging="360"/>
      </w:pPr>
      <w:rPr>
        <w:rFonts w:hint="default" w:ascii="Courier New" w:hAnsi="Courier New"/>
      </w:rPr>
    </w:lvl>
    <w:lvl w:ilvl="2" w:tplc="930A6344">
      <w:start w:val="1"/>
      <w:numFmt w:val="bullet"/>
      <w:lvlText w:val=""/>
      <w:lvlJc w:val="left"/>
      <w:pPr>
        <w:ind w:left="2160" w:hanging="360"/>
      </w:pPr>
      <w:rPr>
        <w:rFonts w:hint="default" w:ascii="Wingdings" w:hAnsi="Wingdings"/>
      </w:rPr>
    </w:lvl>
    <w:lvl w:ilvl="3" w:tplc="AC14E666">
      <w:start w:val="1"/>
      <w:numFmt w:val="bullet"/>
      <w:lvlText w:val=""/>
      <w:lvlJc w:val="left"/>
      <w:pPr>
        <w:ind w:left="2880" w:hanging="360"/>
      </w:pPr>
      <w:rPr>
        <w:rFonts w:hint="default" w:ascii="Symbol" w:hAnsi="Symbol"/>
      </w:rPr>
    </w:lvl>
    <w:lvl w:ilvl="4" w:tplc="53F2E164">
      <w:start w:val="1"/>
      <w:numFmt w:val="bullet"/>
      <w:lvlText w:val="o"/>
      <w:lvlJc w:val="left"/>
      <w:pPr>
        <w:ind w:left="3600" w:hanging="360"/>
      </w:pPr>
      <w:rPr>
        <w:rFonts w:hint="default" w:ascii="Courier New" w:hAnsi="Courier New"/>
      </w:rPr>
    </w:lvl>
    <w:lvl w:ilvl="5" w:tplc="361E6BA4">
      <w:start w:val="1"/>
      <w:numFmt w:val="bullet"/>
      <w:lvlText w:val=""/>
      <w:lvlJc w:val="left"/>
      <w:pPr>
        <w:ind w:left="4320" w:hanging="360"/>
      </w:pPr>
      <w:rPr>
        <w:rFonts w:hint="default" w:ascii="Wingdings" w:hAnsi="Wingdings"/>
      </w:rPr>
    </w:lvl>
    <w:lvl w:ilvl="6" w:tplc="126E5E2E">
      <w:start w:val="1"/>
      <w:numFmt w:val="bullet"/>
      <w:lvlText w:val=""/>
      <w:lvlJc w:val="left"/>
      <w:pPr>
        <w:ind w:left="5040" w:hanging="360"/>
      </w:pPr>
      <w:rPr>
        <w:rFonts w:hint="default" w:ascii="Symbol" w:hAnsi="Symbol"/>
      </w:rPr>
    </w:lvl>
    <w:lvl w:ilvl="7" w:tplc="5F52632A">
      <w:start w:val="1"/>
      <w:numFmt w:val="bullet"/>
      <w:lvlText w:val="o"/>
      <w:lvlJc w:val="left"/>
      <w:pPr>
        <w:ind w:left="5760" w:hanging="360"/>
      </w:pPr>
      <w:rPr>
        <w:rFonts w:hint="default" w:ascii="Courier New" w:hAnsi="Courier New"/>
      </w:rPr>
    </w:lvl>
    <w:lvl w:ilvl="8" w:tplc="B686CA86">
      <w:start w:val="1"/>
      <w:numFmt w:val="bullet"/>
      <w:lvlText w:val=""/>
      <w:lvlJc w:val="left"/>
      <w:pPr>
        <w:ind w:left="6480" w:hanging="360"/>
      </w:pPr>
      <w:rPr>
        <w:rFonts w:hint="default" w:ascii="Wingdings" w:hAnsi="Wingdings"/>
      </w:rPr>
    </w:lvl>
  </w:abstractNum>
  <w:abstractNum w:abstractNumId="36" w15:restartNumberingAfterBreak="0">
    <w:nsid w:val="68B369E7"/>
    <w:multiLevelType w:val="hybridMultilevel"/>
    <w:tmpl w:val="7226BA30"/>
    <w:lvl w:ilvl="0" w:tplc="83FAAE26">
      <w:start w:val="1"/>
      <w:numFmt w:val="bullet"/>
      <w:lvlText w:val=""/>
      <w:lvlJc w:val="left"/>
      <w:pPr>
        <w:ind w:left="720" w:hanging="360"/>
      </w:pPr>
      <w:rPr>
        <w:rFonts w:hint="default" w:ascii="Symbol" w:hAnsi="Symbol" w:cs="Calibri Light" w:eastAsiaTheme="minorEastAsi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7" w15:restartNumberingAfterBreak="0">
    <w:nsid w:val="6A69C2A9"/>
    <w:multiLevelType w:val="hybridMultilevel"/>
    <w:tmpl w:val="EFA89F6E"/>
    <w:lvl w:ilvl="0" w:tplc="EF0434AE">
      <w:start w:val="1"/>
      <w:numFmt w:val="bullet"/>
      <w:lvlText w:val="-"/>
      <w:lvlJc w:val="left"/>
      <w:pPr>
        <w:ind w:left="720" w:hanging="360"/>
      </w:pPr>
      <w:rPr>
        <w:rFonts w:hint="default" w:ascii="Aptos" w:hAnsi="Aptos"/>
      </w:rPr>
    </w:lvl>
    <w:lvl w:ilvl="1" w:tplc="7D00E664">
      <w:start w:val="1"/>
      <w:numFmt w:val="bullet"/>
      <w:lvlText w:val="o"/>
      <w:lvlJc w:val="left"/>
      <w:pPr>
        <w:ind w:left="1440" w:hanging="360"/>
      </w:pPr>
      <w:rPr>
        <w:rFonts w:hint="default" w:ascii="Courier New" w:hAnsi="Courier New"/>
      </w:rPr>
    </w:lvl>
    <w:lvl w:ilvl="2" w:tplc="4EE28336">
      <w:start w:val="1"/>
      <w:numFmt w:val="bullet"/>
      <w:lvlText w:val=""/>
      <w:lvlJc w:val="left"/>
      <w:pPr>
        <w:ind w:left="2160" w:hanging="360"/>
      </w:pPr>
      <w:rPr>
        <w:rFonts w:hint="default" w:ascii="Wingdings" w:hAnsi="Wingdings"/>
      </w:rPr>
    </w:lvl>
    <w:lvl w:ilvl="3" w:tplc="31968EAC">
      <w:start w:val="1"/>
      <w:numFmt w:val="bullet"/>
      <w:lvlText w:val=""/>
      <w:lvlJc w:val="left"/>
      <w:pPr>
        <w:ind w:left="2880" w:hanging="360"/>
      </w:pPr>
      <w:rPr>
        <w:rFonts w:hint="default" w:ascii="Symbol" w:hAnsi="Symbol"/>
      </w:rPr>
    </w:lvl>
    <w:lvl w:ilvl="4" w:tplc="E2080D16">
      <w:start w:val="1"/>
      <w:numFmt w:val="bullet"/>
      <w:lvlText w:val="o"/>
      <w:lvlJc w:val="left"/>
      <w:pPr>
        <w:ind w:left="3600" w:hanging="360"/>
      </w:pPr>
      <w:rPr>
        <w:rFonts w:hint="default" w:ascii="Courier New" w:hAnsi="Courier New"/>
      </w:rPr>
    </w:lvl>
    <w:lvl w:ilvl="5" w:tplc="6052C26C">
      <w:start w:val="1"/>
      <w:numFmt w:val="bullet"/>
      <w:lvlText w:val=""/>
      <w:lvlJc w:val="left"/>
      <w:pPr>
        <w:ind w:left="4320" w:hanging="360"/>
      </w:pPr>
      <w:rPr>
        <w:rFonts w:hint="default" w:ascii="Wingdings" w:hAnsi="Wingdings"/>
      </w:rPr>
    </w:lvl>
    <w:lvl w:ilvl="6" w:tplc="416C513A">
      <w:start w:val="1"/>
      <w:numFmt w:val="bullet"/>
      <w:lvlText w:val=""/>
      <w:lvlJc w:val="left"/>
      <w:pPr>
        <w:ind w:left="5040" w:hanging="360"/>
      </w:pPr>
      <w:rPr>
        <w:rFonts w:hint="default" w:ascii="Symbol" w:hAnsi="Symbol"/>
      </w:rPr>
    </w:lvl>
    <w:lvl w:ilvl="7" w:tplc="9E583CBA">
      <w:start w:val="1"/>
      <w:numFmt w:val="bullet"/>
      <w:lvlText w:val="o"/>
      <w:lvlJc w:val="left"/>
      <w:pPr>
        <w:ind w:left="5760" w:hanging="360"/>
      </w:pPr>
      <w:rPr>
        <w:rFonts w:hint="default" w:ascii="Courier New" w:hAnsi="Courier New"/>
      </w:rPr>
    </w:lvl>
    <w:lvl w:ilvl="8" w:tplc="3FF4F790">
      <w:start w:val="1"/>
      <w:numFmt w:val="bullet"/>
      <w:lvlText w:val=""/>
      <w:lvlJc w:val="left"/>
      <w:pPr>
        <w:ind w:left="6480" w:hanging="360"/>
      </w:pPr>
      <w:rPr>
        <w:rFonts w:hint="default" w:ascii="Wingdings" w:hAnsi="Wingdings"/>
      </w:rPr>
    </w:lvl>
  </w:abstractNum>
  <w:abstractNum w:abstractNumId="38" w15:restartNumberingAfterBreak="0">
    <w:nsid w:val="70802005"/>
    <w:multiLevelType w:val="hybridMultilevel"/>
    <w:tmpl w:val="1CA2B62A"/>
    <w:lvl w:ilvl="0" w:tplc="175EEDC4">
      <w:start w:val="1"/>
      <w:numFmt w:val="bullet"/>
      <w:lvlText w:val=""/>
      <w:lvlJc w:val="left"/>
      <w:pPr>
        <w:ind w:left="720" w:hanging="360"/>
      </w:pPr>
      <w:rPr>
        <w:rFonts w:hint="default" w:ascii="Symbol" w:hAnsi="Symbol" w:cs="Calibri Light" w:eastAsiaTheme="minorEastAsi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9" w15:restartNumberingAfterBreak="0">
    <w:nsid w:val="76D73018"/>
    <w:multiLevelType w:val="hybridMultilevel"/>
    <w:tmpl w:val="F85EC1F6"/>
    <w:lvl w:ilvl="0" w:tplc="9F065722">
      <w:start w:val="1"/>
      <w:numFmt w:val="bullet"/>
      <w:lvlText w:val=""/>
      <w:lvlJc w:val="left"/>
      <w:pPr>
        <w:ind w:left="720" w:hanging="360"/>
      </w:pPr>
      <w:rPr>
        <w:rFonts w:hint="default" w:ascii="Symbol" w:hAnsi="Symbol"/>
      </w:rPr>
    </w:lvl>
    <w:lvl w:ilvl="1" w:tplc="1804D024">
      <w:start w:val="1"/>
      <w:numFmt w:val="bullet"/>
      <w:lvlText w:val="o"/>
      <w:lvlJc w:val="left"/>
      <w:pPr>
        <w:ind w:left="1440" w:hanging="360"/>
      </w:pPr>
      <w:rPr>
        <w:rFonts w:hint="default" w:ascii="Courier New" w:hAnsi="Courier New"/>
      </w:rPr>
    </w:lvl>
    <w:lvl w:ilvl="2" w:tplc="7B90D602">
      <w:start w:val="1"/>
      <w:numFmt w:val="bullet"/>
      <w:lvlText w:val=""/>
      <w:lvlJc w:val="left"/>
      <w:pPr>
        <w:ind w:left="2160" w:hanging="360"/>
      </w:pPr>
      <w:rPr>
        <w:rFonts w:hint="default" w:ascii="Wingdings" w:hAnsi="Wingdings"/>
      </w:rPr>
    </w:lvl>
    <w:lvl w:ilvl="3" w:tplc="B4FA5450">
      <w:start w:val="1"/>
      <w:numFmt w:val="bullet"/>
      <w:lvlText w:val=""/>
      <w:lvlJc w:val="left"/>
      <w:pPr>
        <w:ind w:left="2880" w:hanging="360"/>
      </w:pPr>
      <w:rPr>
        <w:rFonts w:hint="default" w:ascii="Symbol" w:hAnsi="Symbol"/>
      </w:rPr>
    </w:lvl>
    <w:lvl w:ilvl="4" w:tplc="151EA798">
      <w:start w:val="1"/>
      <w:numFmt w:val="bullet"/>
      <w:lvlText w:val="o"/>
      <w:lvlJc w:val="left"/>
      <w:pPr>
        <w:ind w:left="3600" w:hanging="360"/>
      </w:pPr>
      <w:rPr>
        <w:rFonts w:hint="default" w:ascii="Courier New" w:hAnsi="Courier New"/>
      </w:rPr>
    </w:lvl>
    <w:lvl w:ilvl="5" w:tplc="21BC7936">
      <w:start w:val="1"/>
      <w:numFmt w:val="bullet"/>
      <w:lvlText w:val=""/>
      <w:lvlJc w:val="left"/>
      <w:pPr>
        <w:ind w:left="4320" w:hanging="360"/>
      </w:pPr>
      <w:rPr>
        <w:rFonts w:hint="default" w:ascii="Wingdings" w:hAnsi="Wingdings"/>
      </w:rPr>
    </w:lvl>
    <w:lvl w:ilvl="6" w:tplc="797C1B9E">
      <w:start w:val="1"/>
      <w:numFmt w:val="bullet"/>
      <w:lvlText w:val=""/>
      <w:lvlJc w:val="left"/>
      <w:pPr>
        <w:ind w:left="5040" w:hanging="360"/>
      </w:pPr>
      <w:rPr>
        <w:rFonts w:hint="default" w:ascii="Symbol" w:hAnsi="Symbol"/>
      </w:rPr>
    </w:lvl>
    <w:lvl w:ilvl="7" w:tplc="D54084E0">
      <w:start w:val="1"/>
      <w:numFmt w:val="bullet"/>
      <w:lvlText w:val="o"/>
      <w:lvlJc w:val="left"/>
      <w:pPr>
        <w:ind w:left="5760" w:hanging="360"/>
      </w:pPr>
      <w:rPr>
        <w:rFonts w:hint="default" w:ascii="Courier New" w:hAnsi="Courier New"/>
      </w:rPr>
    </w:lvl>
    <w:lvl w:ilvl="8" w:tplc="204C8256">
      <w:start w:val="1"/>
      <w:numFmt w:val="bullet"/>
      <w:lvlText w:val=""/>
      <w:lvlJc w:val="left"/>
      <w:pPr>
        <w:ind w:left="6480" w:hanging="360"/>
      </w:pPr>
      <w:rPr>
        <w:rFonts w:hint="default" w:ascii="Wingdings" w:hAnsi="Wingdings"/>
      </w:rPr>
    </w:lvl>
  </w:abstractNum>
  <w:abstractNum w:abstractNumId="40" w15:restartNumberingAfterBreak="0">
    <w:nsid w:val="7EA67137"/>
    <w:multiLevelType w:val="hybridMultilevel"/>
    <w:tmpl w:val="EEA84972"/>
    <w:lvl w:ilvl="0" w:tplc="006CAEAE">
      <w:start w:val="2"/>
      <w:numFmt w:val="bullet"/>
      <w:lvlText w:val="-"/>
      <w:lvlJc w:val="left"/>
      <w:pPr>
        <w:ind w:left="1080" w:hanging="360"/>
      </w:pPr>
      <w:rPr>
        <w:rFonts w:hint="default" w:ascii="Calibri" w:hAnsi="Calibri" w:cs="Calibri" w:eastAsiaTheme="minorEastAsia"/>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num w:numId="42">
    <w:abstractNumId w:val="41"/>
  </w:num>
  <w:num w:numId="1" w16cid:durableId="165438653">
    <w:abstractNumId w:val="28"/>
  </w:num>
  <w:num w:numId="2" w16cid:durableId="287513064">
    <w:abstractNumId w:val="33"/>
  </w:num>
  <w:num w:numId="3" w16cid:durableId="1042367739">
    <w:abstractNumId w:val="12"/>
  </w:num>
  <w:num w:numId="4" w16cid:durableId="1822189478">
    <w:abstractNumId w:val="11"/>
  </w:num>
  <w:num w:numId="5" w16cid:durableId="434793052">
    <w:abstractNumId w:val="37"/>
  </w:num>
  <w:num w:numId="6" w16cid:durableId="388118706">
    <w:abstractNumId w:val="10"/>
  </w:num>
  <w:num w:numId="7" w16cid:durableId="613368700">
    <w:abstractNumId w:val="27"/>
  </w:num>
  <w:num w:numId="8" w16cid:durableId="1580408791">
    <w:abstractNumId w:val="20"/>
  </w:num>
  <w:num w:numId="9" w16cid:durableId="630596925">
    <w:abstractNumId w:val="25"/>
  </w:num>
  <w:num w:numId="10" w16cid:durableId="1913462855">
    <w:abstractNumId w:val="39"/>
  </w:num>
  <w:num w:numId="11" w16cid:durableId="969288423">
    <w:abstractNumId w:val="26"/>
  </w:num>
  <w:num w:numId="12" w16cid:durableId="1474835688">
    <w:abstractNumId w:val="35"/>
  </w:num>
  <w:num w:numId="13" w16cid:durableId="1870410168">
    <w:abstractNumId w:val="21"/>
  </w:num>
  <w:num w:numId="14" w16cid:durableId="1842042822">
    <w:abstractNumId w:val="30"/>
  </w:num>
  <w:num w:numId="15" w16cid:durableId="191188938">
    <w:abstractNumId w:val="15"/>
  </w:num>
  <w:num w:numId="16" w16cid:durableId="637031110">
    <w:abstractNumId w:val="24"/>
  </w:num>
  <w:num w:numId="17" w16cid:durableId="147477570">
    <w:abstractNumId w:val="8"/>
  </w:num>
  <w:num w:numId="18" w16cid:durableId="1760710633">
    <w:abstractNumId w:val="6"/>
  </w:num>
  <w:num w:numId="19" w16cid:durableId="858739419">
    <w:abstractNumId w:val="5"/>
  </w:num>
  <w:num w:numId="20" w16cid:durableId="2001960811">
    <w:abstractNumId w:val="4"/>
  </w:num>
  <w:num w:numId="21" w16cid:durableId="1208908822">
    <w:abstractNumId w:val="7"/>
  </w:num>
  <w:num w:numId="22" w16cid:durableId="444079276">
    <w:abstractNumId w:val="3"/>
  </w:num>
  <w:num w:numId="23" w16cid:durableId="50543413">
    <w:abstractNumId w:val="2"/>
  </w:num>
  <w:num w:numId="24" w16cid:durableId="1072654598">
    <w:abstractNumId w:val="1"/>
  </w:num>
  <w:num w:numId="25" w16cid:durableId="347680984">
    <w:abstractNumId w:val="0"/>
  </w:num>
  <w:num w:numId="26" w16cid:durableId="1187252995">
    <w:abstractNumId w:val="38"/>
  </w:num>
  <w:num w:numId="27" w16cid:durableId="2052265716">
    <w:abstractNumId w:val="17"/>
  </w:num>
  <w:num w:numId="28" w16cid:durableId="484205816">
    <w:abstractNumId w:val="36"/>
  </w:num>
  <w:num w:numId="29" w16cid:durableId="1776826914">
    <w:abstractNumId w:val="23"/>
  </w:num>
  <w:num w:numId="30" w16cid:durableId="1427118570">
    <w:abstractNumId w:val="40"/>
  </w:num>
  <w:num w:numId="31" w16cid:durableId="2137596821">
    <w:abstractNumId w:val="9"/>
  </w:num>
  <w:num w:numId="32" w16cid:durableId="50929264">
    <w:abstractNumId w:val="31"/>
  </w:num>
  <w:num w:numId="33" w16cid:durableId="1406294560">
    <w:abstractNumId w:val="16"/>
  </w:num>
  <w:num w:numId="34" w16cid:durableId="1907687788">
    <w:abstractNumId w:val="14"/>
  </w:num>
  <w:num w:numId="35" w16cid:durableId="193809286">
    <w:abstractNumId w:val="29"/>
  </w:num>
  <w:num w:numId="36" w16cid:durableId="325523204">
    <w:abstractNumId w:val="22"/>
  </w:num>
  <w:num w:numId="37" w16cid:durableId="1540429914">
    <w:abstractNumId w:val="34"/>
  </w:num>
  <w:num w:numId="38" w16cid:durableId="459954706">
    <w:abstractNumId w:val="18"/>
  </w:num>
  <w:num w:numId="39" w16cid:durableId="1508670616">
    <w:abstractNumId w:val="19"/>
  </w:num>
  <w:num w:numId="40" w16cid:durableId="1505586929">
    <w:abstractNumId w:val="32"/>
  </w:num>
  <w:num w:numId="41" w16cid:durableId="789322840">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47730"/>
    <w:rsid w:val="00034616"/>
    <w:rsid w:val="000444AE"/>
    <w:rsid w:val="0006063C"/>
    <w:rsid w:val="000667F1"/>
    <w:rsid w:val="000F7857"/>
    <w:rsid w:val="0015074B"/>
    <w:rsid w:val="00233ED1"/>
    <w:rsid w:val="002749CB"/>
    <w:rsid w:val="0029639D"/>
    <w:rsid w:val="002A1FE7"/>
    <w:rsid w:val="002D2126"/>
    <w:rsid w:val="00326F90"/>
    <w:rsid w:val="00364FEB"/>
    <w:rsid w:val="003D4B96"/>
    <w:rsid w:val="003F66F2"/>
    <w:rsid w:val="004A0791"/>
    <w:rsid w:val="00536A09"/>
    <w:rsid w:val="00573F54"/>
    <w:rsid w:val="00636CC8"/>
    <w:rsid w:val="00661772"/>
    <w:rsid w:val="006E4151"/>
    <w:rsid w:val="00781AE9"/>
    <w:rsid w:val="00800B9D"/>
    <w:rsid w:val="008972BF"/>
    <w:rsid w:val="008A3349"/>
    <w:rsid w:val="008D6781"/>
    <w:rsid w:val="00985277"/>
    <w:rsid w:val="009D5116"/>
    <w:rsid w:val="00A61426"/>
    <w:rsid w:val="00AA1D8D"/>
    <w:rsid w:val="00AB6EA8"/>
    <w:rsid w:val="00AF3663"/>
    <w:rsid w:val="00B47730"/>
    <w:rsid w:val="00BA2D4D"/>
    <w:rsid w:val="00CB0664"/>
    <w:rsid w:val="00D11B83"/>
    <w:rsid w:val="00D150C3"/>
    <w:rsid w:val="00E05406"/>
    <w:rsid w:val="00E25366"/>
    <w:rsid w:val="00E27B8E"/>
    <w:rsid w:val="00EC02A1"/>
    <w:rsid w:val="00F26C2A"/>
    <w:rsid w:val="00F82EE9"/>
    <w:rsid w:val="00FC693F"/>
    <w:rsid w:val="00FE66D6"/>
    <w:rsid w:val="01287063"/>
    <w:rsid w:val="01690A7B"/>
    <w:rsid w:val="01C26225"/>
    <w:rsid w:val="01EB40D5"/>
    <w:rsid w:val="02241BA4"/>
    <w:rsid w:val="023988A4"/>
    <w:rsid w:val="0253A92B"/>
    <w:rsid w:val="0269FE40"/>
    <w:rsid w:val="02E17C2C"/>
    <w:rsid w:val="02FE7AEF"/>
    <w:rsid w:val="0351EB52"/>
    <w:rsid w:val="03863D18"/>
    <w:rsid w:val="0394F301"/>
    <w:rsid w:val="0461FDD4"/>
    <w:rsid w:val="0485190C"/>
    <w:rsid w:val="048FADA7"/>
    <w:rsid w:val="04CAFBBF"/>
    <w:rsid w:val="04FFA3DD"/>
    <w:rsid w:val="056DE01C"/>
    <w:rsid w:val="057C51B2"/>
    <w:rsid w:val="05AC7BCE"/>
    <w:rsid w:val="05B5EB81"/>
    <w:rsid w:val="05B605AD"/>
    <w:rsid w:val="05CA9712"/>
    <w:rsid w:val="05CF3460"/>
    <w:rsid w:val="05ECB2BB"/>
    <w:rsid w:val="060891E0"/>
    <w:rsid w:val="067FA5A9"/>
    <w:rsid w:val="06FDF6D2"/>
    <w:rsid w:val="07177F13"/>
    <w:rsid w:val="074CC0B7"/>
    <w:rsid w:val="0750914B"/>
    <w:rsid w:val="075569D1"/>
    <w:rsid w:val="07722F94"/>
    <w:rsid w:val="07A61D4D"/>
    <w:rsid w:val="080CF3E5"/>
    <w:rsid w:val="089A167F"/>
    <w:rsid w:val="090447DC"/>
    <w:rsid w:val="09305ECC"/>
    <w:rsid w:val="09C6DD89"/>
    <w:rsid w:val="0A03331F"/>
    <w:rsid w:val="0A13AD26"/>
    <w:rsid w:val="0A2B44E9"/>
    <w:rsid w:val="0B1B5B4F"/>
    <w:rsid w:val="0B53C244"/>
    <w:rsid w:val="0B81D5E3"/>
    <w:rsid w:val="0BA3BC01"/>
    <w:rsid w:val="0BDC3498"/>
    <w:rsid w:val="0C13A1C4"/>
    <w:rsid w:val="0C17D7FA"/>
    <w:rsid w:val="0C1B0F79"/>
    <w:rsid w:val="0C4CC0B7"/>
    <w:rsid w:val="0CA05DCA"/>
    <w:rsid w:val="0CC9D343"/>
    <w:rsid w:val="0CD1419A"/>
    <w:rsid w:val="0CD2F026"/>
    <w:rsid w:val="0CDCFB95"/>
    <w:rsid w:val="0CE5B3F3"/>
    <w:rsid w:val="0CF24F45"/>
    <w:rsid w:val="0CF9BBC7"/>
    <w:rsid w:val="0D7E69CF"/>
    <w:rsid w:val="0DBB8481"/>
    <w:rsid w:val="0DCF2CD6"/>
    <w:rsid w:val="0DE5A0CD"/>
    <w:rsid w:val="0E24CE09"/>
    <w:rsid w:val="0E42E381"/>
    <w:rsid w:val="0E843A30"/>
    <w:rsid w:val="0EEAD133"/>
    <w:rsid w:val="0F8943CA"/>
    <w:rsid w:val="0FE3839E"/>
    <w:rsid w:val="0FEF9A56"/>
    <w:rsid w:val="10096456"/>
    <w:rsid w:val="100FB908"/>
    <w:rsid w:val="105F8790"/>
    <w:rsid w:val="1067731B"/>
    <w:rsid w:val="10A6D55E"/>
    <w:rsid w:val="10B60733"/>
    <w:rsid w:val="10F7E99B"/>
    <w:rsid w:val="111BD3DE"/>
    <w:rsid w:val="1161154B"/>
    <w:rsid w:val="1161F00E"/>
    <w:rsid w:val="1231F913"/>
    <w:rsid w:val="12332763"/>
    <w:rsid w:val="123C434E"/>
    <w:rsid w:val="12BC535F"/>
    <w:rsid w:val="130402C9"/>
    <w:rsid w:val="132B347E"/>
    <w:rsid w:val="13ED5B73"/>
    <w:rsid w:val="13F97CEE"/>
    <w:rsid w:val="14022C5C"/>
    <w:rsid w:val="140F2FDE"/>
    <w:rsid w:val="142C2FF0"/>
    <w:rsid w:val="14B08D5F"/>
    <w:rsid w:val="14EAE8CE"/>
    <w:rsid w:val="14F160E2"/>
    <w:rsid w:val="16397F01"/>
    <w:rsid w:val="16488B30"/>
    <w:rsid w:val="1659C95E"/>
    <w:rsid w:val="16E65AE3"/>
    <w:rsid w:val="175FEFD8"/>
    <w:rsid w:val="17DCC8DD"/>
    <w:rsid w:val="17E90859"/>
    <w:rsid w:val="17EF0A09"/>
    <w:rsid w:val="18169D3B"/>
    <w:rsid w:val="1822E70A"/>
    <w:rsid w:val="18236927"/>
    <w:rsid w:val="182B6F36"/>
    <w:rsid w:val="185C3311"/>
    <w:rsid w:val="1878F774"/>
    <w:rsid w:val="18B0A9D2"/>
    <w:rsid w:val="1923297A"/>
    <w:rsid w:val="19415B86"/>
    <w:rsid w:val="19576FA0"/>
    <w:rsid w:val="1970111A"/>
    <w:rsid w:val="198E70A6"/>
    <w:rsid w:val="198E9F48"/>
    <w:rsid w:val="1A3A6265"/>
    <w:rsid w:val="1A4F1A3B"/>
    <w:rsid w:val="1A65AD2F"/>
    <w:rsid w:val="1A90CE63"/>
    <w:rsid w:val="1A9AB7D7"/>
    <w:rsid w:val="1AF72D40"/>
    <w:rsid w:val="1AFF9CEB"/>
    <w:rsid w:val="1B69BFB2"/>
    <w:rsid w:val="1B9F88F4"/>
    <w:rsid w:val="1BD1207C"/>
    <w:rsid w:val="1BE3E27B"/>
    <w:rsid w:val="1BEB78FF"/>
    <w:rsid w:val="1C4E9E50"/>
    <w:rsid w:val="1C7604D6"/>
    <w:rsid w:val="1C8D381B"/>
    <w:rsid w:val="1CAA8D5F"/>
    <w:rsid w:val="1D0F566D"/>
    <w:rsid w:val="1D33BDD2"/>
    <w:rsid w:val="1E1DA7A9"/>
    <w:rsid w:val="1E752DCF"/>
    <w:rsid w:val="1EF2E9F5"/>
    <w:rsid w:val="1EF3AA25"/>
    <w:rsid w:val="1F2CBF59"/>
    <w:rsid w:val="1F588FD4"/>
    <w:rsid w:val="1FA7FD38"/>
    <w:rsid w:val="1FAFFA83"/>
    <w:rsid w:val="1FDF2DAE"/>
    <w:rsid w:val="2006A7D9"/>
    <w:rsid w:val="202D9DE0"/>
    <w:rsid w:val="206F6A6B"/>
    <w:rsid w:val="20A563C3"/>
    <w:rsid w:val="20C8C66E"/>
    <w:rsid w:val="21085133"/>
    <w:rsid w:val="21588299"/>
    <w:rsid w:val="218D242F"/>
    <w:rsid w:val="21B213C8"/>
    <w:rsid w:val="21E33D97"/>
    <w:rsid w:val="222D159A"/>
    <w:rsid w:val="2238648E"/>
    <w:rsid w:val="2283630A"/>
    <w:rsid w:val="22A297A7"/>
    <w:rsid w:val="22ABD2FF"/>
    <w:rsid w:val="22BFFBED"/>
    <w:rsid w:val="2328718D"/>
    <w:rsid w:val="235D4218"/>
    <w:rsid w:val="237AB377"/>
    <w:rsid w:val="237DD43A"/>
    <w:rsid w:val="238DAD10"/>
    <w:rsid w:val="23ABF77D"/>
    <w:rsid w:val="241CEB7E"/>
    <w:rsid w:val="2457340A"/>
    <w:rsid w:val="2495B53E"/>
    <w:rsid w:val="24E5B022"/>
    <w:rsid w:val="2560D44A"/>
    <w:rsid w:val="25E5D592"/>
    <w:rsid w:val="25E9DB05"/>
    <w:rsid w:val="25FC57D0"/>
    <w:rsid w:val="2644FF00"/>
    <w:rsid w:val="265F0B3C"/>
    <w:rsid w:val="2681C502"/>
    <w:rsid w:val="26904B92"/>
    <w:rsid w:val="26F13128"/>
    <w:rsid w:val="27008DC2"/>
    <w:rsid w:val="27AD075B"/>
    <w:rsid w:val="27AF23EF"/>
    <w:rsid w:val="27B23D4D"/>
    <w:rsid w:val="28742A5C"/>
    <w:rsid w:val="2880D710"/>
    <w:rsid w:val="28F0D2BF"/>
    <w:rsid w:val="29371912"/>
    <w:rsid w:val="2947BA05"/>
    <w:rsid w:val="29E2CE11"/>
    <w:rsid w:val="29F43085"/>
    <w:rsid w:val="2A3DD1A7"/>
    <w:rsid w:val="2A3EAB89"/>
    <w:rsid w:val="2A6AC43C"/>
    <w:rsid w:val="2B11E0D6"/>
    <w:rsid w:val="2B20FCED"/>
    <w:rsid w:val="2B2DFCE8"/>
    <w:rsid w:val="2B95B7B3"/>
    <w:rsid w:val="2B96ED8B"/>
    <w:rsid w:val="2BB02226"/>
    <w:rsid w:val="2BDA67F3"/>
    <w:rsid w:val="2C09D470"/>
    <w:rsid w:val="2C155B98"/>
    <w:rsid w:val="2C6D5B1F"/>
    <w:rsid w:val="2CF73D7A"/>
    <w:rsid w:val="2D55C62D"/>
    <w:rsid w:val="2DA0B43F"/>
    <w:rsid w:val="2DB52CC0"/>
    <w:rsid w:val="2E08503E"/>
    <w:rsid w:val="2E712435"/>
    <w:rsid w:val="2EEF8A8C"/>
    <w:rsid w:val="2F09C0E6"/>
    <w:rsid w:val="2F0A5AC6"/>
    <w:rsid w:val="2F158A6E"/>
    <w:rsid w:val="2F69E6C5"/>
    <w:rsid w:val="2F7937EE"/>
    <w:rsid w:val="2F87382D"/>
    <w:rsid w:val="2FDC4751"/>
    <w:rsid w:val="30029117"/>
    <w:rsid w:val="30053D4F"/>
    <w:rsid w:val="3016AEFA"/>
    <w:rsid w:val="3019DA56"/>
    <w:rsid w:val="30C1AC26"/>
    <w:rsid w:val="31214A90"/>
    <w:rsid w:val="315EC40B"/>
    <w:rsid w:val="31CE2C8C"/>
    <w:rsid w:val="31EF84F7"/>
    <w:rsid w:val="3260B801"/>
    <w:rsid w:val="335A8FC9"/>
    <w:rsid w:val="335FFFBD"/>
    <w:rsid w:val="33BBFB76"/>
    <w:rsid w:val="349E090C"/>
    <w:rsid w:val="34A302B8"/>
    <w:rsid w:val="352A9A0D"/>
    <w:rsid w:val="357BE93E"/>
    <w:rsid w:val="35A2E50C"/>
    <w:rsid w:val="36007811"/>
    <w:rsid w:val="360C0E74"/>
    <w:rsid w:val="3628055B"/>
    <w:rsid w:val="364242E1"/>
    <w:rsid w:val="366C2DA8"/>
    <w:rsid w:val="36A8A530"/>
    <w:rsid w:val="36F40275"/>
    <w:rsid w:val="374D1400"/>
    <w:rsid w:val="376057D6"/>
    <w:rsid w:val="37A97A68"/>
    <w:rsid w:val="37C6D553"/>
    <w:rsid w:val="38034352"/>
    <w:rsid w:val="3832C20C"/>
    <w:rsid w:val="38A777E4"/>
    <w:rsid w:val="38D5CB99"/>
    <w:rsid w:val="38FEE95E"/>
    <w:rsid w:val="3A59E954"/>
    <w:rsid w:val="3A84D903"/>
    <w:rsid w:val="3ACD9A40"/>
    <w:rsid w:val="3B993A5C"/>
    <w:rsid w:val="3BB07D93"/>
    <w:rsid w:val="3BB92BE8"/>
    <w:rsid w:val="3C1883EA"/>
    <w:rsid w:val="3C1FE813"/>
    <w:rsid w:val="3CECE540"/>
    <w:rsid w:val="3DB89149"/>
    <w:rsid w:val="3E9219EE"/>
    <w:rsid w:val="3E9C4971"/>
    <w:rsid w:val="3E9C5DD3"/>
    <w:rsid w:val="3EF6A1D7"/>
    <w:rsid w:val="3F2577EF"/>
    <w:rsid w:val="3F3FCEE5"/>
    <w:rsid w:val="3F608232"/>
    <w:rsid w:val="3F9F4224"/>
    <w:rsid w:val="3FA47219"/>
    <w:rsid w:val="3FB22C89"/>
    <w:rsid w:val="4004F190"/>
    <w:rsid w:val="404D1DB9"/>
    <w:rsid w:val="409D210A"/>
    <w:rsid w:val="40EEBD6B"/>
    <w:rsid w:val="4138C054"/>
    <w:rsid w:val="41A93FE0"/>
    <w:rsid w:val="423725A3"/>
    <w:rsid w:val="4239F8A0"/>
    <w:rsid w:val="427D44CD"/>
    <w:rsid w:val="42B77D25"/>
    <w:rsid w:val="42E890CB"/>
    <w:rsid w:val="42FC66BF"/>
    <w:rsid w:val="4301362D"/>
    <w:rsid w:val="432094DE"/>
    <w:rsid w:val="4326A908"/>
    <w:rsid w:val="43355821"/>
    <w:rsid w:val="43374DC7"/>
    <w:rsid w:val="433C0B94"/>
    <w:rsid w:val="4357DC77"/>
    <w:rsid w:val="435AF222"/>
    <w:rsid w:val="435EAA50"/>
    <w:rsid w:val="436FB071"/>
    <w:rsid w:val="438FCC72"/>
    <w:rsid w:val="44008A40"/>
    <w:rsid w:val="446D271E"/>
    <w:rsid w:val="4566A7AC"/>
    <w:rsid w:val="461CDDF3"/>
    <w:rsid w:val="46E42DE6"/>
    <w:rsid w:val="473C4692"/>
    <w:rsid w:val="47E4B351"/>
    <w:rsid w:val="48180728"/>
    <w:rsid w:val="484BB9F3"/>
    <w:rsid w:val="485BA98A"/>
    <w:rsid w:val="48B97F6C"/>
    <w:rsid w:val="48DBB751"/>
    <w:rsid w:val="48E38866"/>
    <w:rsid w:val="492972C1"/>
    <w:rsid w:val="49844F22"/>
    <w:rsid w:val="498A5F42"/>
    <w:rsid w:val="498EFBD8"/>
    <w:rsid w:val="499A1A1B"/>
    <w:rsid w:val="4A33D10D"/>
    <w:rsid w:val="4A3D88B6"/>
    <w:rsid w:val="4AF8795C"/>
    <w:rsid w:val="4B553D3D"/>
    <w:rsid w:val="4B7650CB"/>
    <w:rsid w:val="4BBEA0D5"/>
    <w:rsid w:val="4BDEBF6F"/>
    <w:rsid w:val="4BEA1560"/>
    <w:rsid w:val="4C0F4058"/>
    <w:rsid w:val="4C2A37F2"/>
    <w:rsid w:val="4C3FC43B"/>
    <w:rsid w:val="4C55FDCD"/>
    <w:rsid w:val="4CADBEA0"/>
    <w:rsid w:val="4CF16207"/>
    <w:rsid w:val="4D1677E5"/>
    <w:rsid w:val="4D416C00"/>
    <w:rsid w:val="4D6E216C"/>
    <w:rsid w:val="4D77AE01"/>
    <w:rsid w:val="4DC8D9BB"/>
    <w:rsid w:val="4E0C9291"/>
    <w:rsid w:val="4E688D31"/>
    <w:rsid w:val="4F1CE259"/>
    <w:rsid w:val="4F4A7F52"/>
    <w:rsid w:val="4F8286FB"/>
    <w:rsid w:val="4F875A07"/>
    <w:rsid w:val="500D31D4"/>
    <w:rsid w:val="50D944E2"/>
    <w:rsid w:val="5124B1C6"/>
    <w:rsid w:val="514B77E5"/>
    <w:rsid w:val="51551D01"/>
    <w:rsid w:val="519F7230"/>
    <w:rsid w:val="522E3448"/>
    <w:rsid w:val="527D3658"/>
    <w:rsid w:val="52B26B39"/>
    <w:rsid w:val="52C19E41"/>
    <w:rsid w:val="53275B7D"/>
    <w:rsid w:val="5338B2BF"/>
    <w:rsid w:val="537399B4"/>
    <w:rsid w:val="53A340C8"/>
    <w:rsid w:val="53EA7B4F"/>
    <w:rsid w:val="53F26740"/>
    <w:rsid w:val="54218517"/>
    <w:rsid w:val="543B2815"/>
    <w:rsid w:val="547B4010"/>
    <w:rsid w:val="5486F1C0"/>
    <w:rsid w:val="549916D6"/>
    <w:rsid w:val="54C5B0BB"/>
    <w:rsid w:val="54E78187"/>
    <w:rsid w:val="5508527F"/>
    <w:rsid w:val="55DC5F77"/>
    <w:rsid w:val="55DD4A15"/>
    <w:rsid w:val="55E8FA48"/>
    <w:rsid w:val="5665266A"/>
    <w:rsid w:val="56A597FC"/>
    <w:rsid w:val="56A69467"/>
    <w:rsid w:val="56CA367C"/>
    <w:rsid w:val="56F68C25"/>
    <w:rsid w:val="57370FE3"/>
    <w:rsid w:val="576C4D91"/>
    <w:rsid w:val="57F2A8F8"/>
    <w:rsid w:val="57F3F97B"/>
    <w:rsid w:val="5808CB8E"/>
    <w:rsid w:val="5828D628"/>
    <w:rsid w:val="5851B3DD"/>
    <w:rsid w:val="58641488"/>
    <w:rsid w:val="58A8E015"/>
    <w:rsid w:val="58F5DD32"/>
    <w:rsid w:val="59637280"/>
    <w:rsid w:val="599FC2E5"/>
    <w:rsid w:val="5A787BD0"/>
    <w:rsid w:val="5AC32F40"/>
    <w:rsid w:val="5B2C7FB2"/>
    <w:rsid w:val="5B58F947"/>
    <w:rsid w:val="5B8718F1"/>
    <w:rsid w:val="5BDCE429"/>
    <w:rsid w:val="5BE4462D"/>
    <w:rsid w:val="5C083554"/>
    <w:rsid w:val="5C0FBBAA"/>
    <w:rsid w:val="5CD3F29F"/>
    <w:rsid w:val="5D69FC59"/>
    <w:rsid w:val="5D935E77"/>
    <w:rsid w:val="5DECD39F"/>
    <w:rsid w:val="5E25264B"/>
    <w:rsid w:val="5E6FE1D9"/>
    <w:rsid w:val="5EFEFF1D"/>
    <w:rsid w:val="5F5B50E6"/>
    <w:rsid w:val="5F91C65E"/>
    <w:rsid w:val="6082A5C4"/>
    <w:rsid w:val="60A1F594"/>
    <w:rsid w:val="60B14CA3"/>
    <w:rsid w:val="60BFECF9"/>
    <w:rsid w:val="61FA38D4"/>
    <w:rsid w:val="626189EE"/>
    <w:rsid w:val="62B03237"/>
    <w:rsid w:val="62B88573"/>
    <w:rsid w:val="636378F1"/>
    <w:rsid w:val="636E7A4A"/>
    <w:rsid w:val="637969D0"/>
    <w:rsid w:val="63EF3BFA"/>
    <w:rsid w:val="648E14E6"/>
    <w:rsid w:val="64BA0847"/>
    <w:rsid w:val="64D9ED3F"/>
    <w:rsid w:val="650DE33F"/>
    <w:rsid w:val="65745275"/>
    <w:rsid w:val="6577894B"/>
    <w:rsid w:val="657EF66E"/>
    <w:rsid w:val="6590830C"/>
    <w:rsid w:val="6593E52C"/>
    <w:rsid w:val="65B3A171"/>
    <w:rsid w:val="65EF5FA0"/>
    <w:rsid w:val="66093466"/>
    <w:rsid w:val="6622B64C"/>
    <w:rsid w:val="66887659"/>
    <w:rsid w:val="66D26249"/>
    <w:rsid w:val="67325AD9"/>
    <w:rsid w:val="6752D180"/>
    <w:rsid w:val="67748CC0"/>
    <w:rsid w:val="679F492D"/>
    <w:rsid w:val="67A231A8"/>
    <w:rsid w:val="67EF5C21"/>
    <w:rsid w:val="67F517F0"/>
    <w:rsid w:val="682C2C55"/>
    <w:rsid w:val="686E5760"/>
    <w:rsid w:val="68A7BC9D"/>
    <w:rsid w:val="68C32041"/>
    <w:rsid w:val="68D8B298"/>
    <w:rsid w:val="68F702F5"/>
    <w:rsid w:val="693F5E5E"/>
    <w:rsid w:val="69DA44D0"/>
    <w:rsid w:val="6A0CCEB1"/>
    <w:rsid w:val="6A1373FC"/>
    <w:rsid w:val="6A2B79F1"/>
    <w:rsid w:val="6A61C471"/>
    <w:rsid w:val="6A8C91F6"/>
    <w:rsid w:val="6ABBC944"/>
    <w:rsid w:val="6B552CC2"/>
    <w:rsid w:val="6B99F865"/>
    <w:rsid w:val="6BD1AFF8"/>
    <w:rsid w:val="6C4B64DC"/>
    <w:rsid w:val="6C960C56"/>
    <w:rsid w:val="6CF4FE5B"/>
    <w:rsid w:val="6D03EAE8"/>
    <w:rsid w:val="6D2BC7EE"/>
    <w:rsid w:val="6D5FC077"/>
    <w:rsid w:val="6D66D255"/>
    <w:rsid w:val="6E29C6B3"/>
    <w:rsid w:val="6E7DCC19"/>
    <w:rsid w:val="6E845B4B"/>
    <w:rsid w:val="6E8E54F1"/>
    <w:rsid w:val="6F295438"/>
    <w:rsid w:val="6F5BCB15"/>
    <w:rsid w:val="6F81754D"/>
    <w:rsid w:val="6F8DCB2F"/>
    <w:rsid w:val="6FAE2C0D"/>
    <w:rsid w:val="6FCDD254"/>
    <w:rsid w:val="7043CFD9"/>
    <w:rsid w:val="7060B906"/>
    <w:rsid w:val="70665D1D"/>
    <w:rsid w:val="70EEBB60"/>
    <w:rsid w:val="70FD60F6"/>
    <w:rsid w:val="71056445"/>
    <w:rsid w:val="7149DDF0"/>
    <w:rsid w:val="7180B524"/>
    <w:rsid w:val="718C67B8"/>
    <w:rsid w:val="71BC2097"/>
    <w:rsid w:val="71C545AB"/>
    <w:rsid w:val="71E65388"/>
    <w:rsid w:val="72704A40"/>
    <w:rsid w:val="729BEEA7"/>
    <w:rsid w:val="72A0A505"/>
    <w:rsid w:val="72A2DD99"/>
    <w:rsid w:val="72A6A398"/>
    <w:rsid w:val="72A91AA6"/>
    <w:rsid w:val="72B55A8C"/>
    <w:rsid w:val="72CBA458"/>
    <w:rsid w:val="72E8595A"/>
    <w:rsid w:val="7377E905"/>
    <w:rsid w:val="73864DDC"/>
    <w:rsid w:val="7389B5E9"/>
    <w:rsid w:val="73A52490"/>
    <w:rsid w:val="73B4F42D"/>
    <w:rsid w:val="73C5433B"/>
    <w:rsid w:val="73CE8F77"/>
    <w:rsid w:val="73E2A5DA"/>
    <w:rsid w:val="753AF65D"/>
    <w:rsid w:val="7555E925"/>
    <w:rsid w:val="75E7B0F0"/>
    <w:rsid w:val="75F120F5"/>
    <w:rsid w:val="76044178"/>
    <w:rsid w:val="76462917"/>
    <w:rsid w:val="7654E075"/>
    <w:rsid w:val="76B9C6B2"/>
    <w:rsid w:val="76E507E4"/>
    <w:rsid w:val="76EFEDC5"/>
    <w:rsid w:val="77731C8A"/>
    <w:rsid w:val="77950054"/>
    <w:rsid w:val="7798F062"/>
    <w:rsid w:val="77F256E3"/>
    <w:rsid w:val="77F746B7"/>
    <w:rsid w:val="7873188D"/>
    <w:rsid w:val="788F941B"/>
    <w:rsid w:val="78B0EA85"/>
    <w:rsid w:val="78B3E977"/>
    <w:rsid w:val="78C32409"/>
    <w:rsid w:val="78E1BF52"/>
    <w:rsid w:val="79753FDD"/>
    <w:rsid w:val="79DDA316"/>
    <w:rsid w:val="7AAF6979"/>
    <w:rsid w:val="7AB62145"/>
    <w:rsid w:val="7ACED386"/>
    <w:rsid w:val="7ADD6A00"/>
    <w:rsid w:val="7AFBC154"/>
    <w:rsid w:val="7B044093"/>
    <w:rsid w:val="7B1E1309"/>
    <w:rsid w:val="7B542A58"/>
    <w:rsid w:val="7B629171"/>
    <w:rsid w:val="7B7BA902"/>
    <w:rsid w:val="7BA1ED9F"/>
    <w:rsid w:val="7BED2A53"/>
    <w:rsid w:val="7C4942E8"/>
    <w:rsid w:val="7C5468C2"/>
    <w:rsid w:val="7C77992C"/>
    <w:rsid w:val="7C819C9F"/>
    <w:rsid w:val="7CED2A95"/>
    <w:rsid w:val="7D74AD98"/>
    <w:rsid w:val="7D7E4E7D"/>
    <w:rsid w:val="7DCBBE33"/>
    <w:rsid w:val="7DCE585C"/>
    <w:rsid w:val="7DD8E22D"/>
    <w:rsid w:val="7E8AFEB6"/>
    <w:rsid w:val="7E965329"/>
    <w:rsid w:val="7EA946EB"/>
    <w:rsid w:val="7EB807CA"/>
    <w:rsid w:val="7F16DFE6"/>
    <w:rsid w:val="7F1CEA87"/>
    <w:rsid w:val="7FB4C56A"/>
    <w:rsid w:val="7FD9AB02"/>
    <w:rsid w:val="7FDBEE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2370E"/>
  <w15:docId w15:val="{742899F9-0468-4C72-9933-DED838A2485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1AF72D40"/>
    <w:rPr>
      <w:lang w:val="nl-NL"/>
    </w:rPr>
  </w:style>
  <w:style w:type="paragraph" w:styleId="Kop1">
    <w:name w:val="heading 1"/>
    <w:basedOn w:val="Standaard"/>
    <w:next w:val="Standaard"/>
    <w:link w:val="Kop1Char"/>
    <w:uiPriority w:val="9"/>
    <w:qFormat/>
    <w:rsid w:val="1AF72D40"/>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1AF72D40"/>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Kop3">
    <w:name w:val="heading 3"/>
    <w:basedOn w:val="Standaard"/>
    <w:next w:val="Standaard"/>
    <w:link w:val="Kop3Char"/>
    <w:uiPriority w:val="9"/>
    <w:unhideWhenUsed/>
    <w:qFormat/>
    <w:rsid w:val="1AF72D40"/>
    <w:pPr>
      <w:keepNext/>
      <w:keepLines/>
      <w:spacing w:before="200" w:after="0"/>
      <w:outlineLvl w:val="2"/>
    </w:pPr>
    <w:rPr>
      <w:rFonts w:asciiTheme="majorHAnsi" w:hAnsiTheme="majorHAnsi" w:eastAsiaTheme="majorEastAsia" w:cstheme="majorBidi"/>
      <w:b/>
      <w:bCs/>
      <w:color w:val="4F81BD" w:themeColor="accent1"/>
    </w:rPr>
  </w:style>
  <w:style w:type="paragraph" w:styleId="Kop4">
    <w:name w:val="heading 4"/>
    <w:basedOn w:val="Standaard"/>
    <w:next w:val="Standaard"/>
    <w:link w:val="Kop4Char"/>
    <w:uiPriority w:val="9"/>
    <w:semiHidden/>
    <w:unhideWhenUsed/>
    <w:qFormat/>
    <w:rsid w:val="1AF72D40"/>
    <w:pPr>
      <w:keepNext/>
      <w:keepLines/>
      <w:spacing w:before="200" w:after="0"/>
      <w:outlineLvl w:val="3"/>
    </w:pPr>
    <w:rPr>
      <w:rFonts w:asciiTheme="majorHAnsi" w:hAnsiTheme="majorHAnsi" w:eastAsiaTheme="majorEastAsia" w:cstheme="majorBidi"/>
      <w:b/>
      <w:bCs/>
      <w:i/>
      <w:iCs/>
      <w:color w:val="4F81BD" w:themeColor="accent1"/>
    </w:rPr>
  </w:style>
  <w:style w:type="paragraph" w:styleId="Kop5">
    <w:name w:val="heading 5"/>
    <w:basedOn w:val="Standaard"/>
    <w:next w:val="Standaard"/>
    <w:link w:val="Kop5Char"/>
    <w:uiPriority w:val="9"/>
    <w:semiHidden/>
    <w:unhideWhenUsed/>
    <w:qFormat/>
    <w:rsid w:val="1AF72D40"/>
    <w:pPr>
      <w:keepNext/>
      <w:keepLines/>
      <w:spacing w:before="200" w:after="0"/>
      <w:outlineLvl w:val="4"/>
    </w:pPr>
    <w:rPr>
      <w:rFonts w:asciiTheme="majorHAnsi" w:hAnsiTheme="majorHAnsi" w:eastAsiaTheme="majorEastAsia" w:cstheme="majorBidi"/>
      <w:color w:val="243F60"/>
    </w:rPr>
  </w:style>
  <w:style w:type="paragraph" w:styleId="Kop6">
    <w:name w:val="heading 6"/>
    <w:basedOn w:val="Standaard"/>
    <w:next w:val="Standaard"/>
    <w:link w:val="Kop6Char"/>
    <w:uiPriority w:val="9"/>
    <w:semiHidden/>
    <w:unhideWhenUsed/>
    <w:qFormat/>
    <w:rsid w:val="1AF72D40"/>
    <w:pPr>
      <w:keepNext/>
      <w:keepLines/>
      <w:spacing w:before="200" w:after="0"/>
      <w:outlineLvl w:val="5"/>
    </w:pPr>
    <w:rPr>
      <w:rFonts w:asciiTheme="majorHAnsi" w:hAnsiTheme="majorHAnsi" w:eastAsiaTheme="majorEastAsia" w:cstheme="majorBidi"/>
      <w:i/>
      <w:iCs/>
      <w:color w:val="243F60"/>
    </w:rPr>
  </w:style>
  <w:style w:type="paragraph" w:styleId="Kop7">
    <w:name w:val="heading 7"/>
    <w:basedOn w:val="Standaard"/>
    <w:next w:val="Standaard"/>
    <w:link w:val="Kop7Char"/>
    <w:uiPriority w:val="9"/>
    <w:semiHidden/>
    <w:unhideWhenUsed/>
    <w:qFormat/>
    <w:rsid w:val="1AF72D40"/>
    <w:pPr>
      <w:keepNext/>
      <w:keepLines/>
      <w:spacing w:before="200" w:after="0"/>
      <w:outlineLvl w:val="6"/>
    </w:pPr>
    <w:rPr>
      <w:rFonts w:asciiTheme="majorHAnsi" w:hAnsiTheme="majorHAnsi" w:eastAsiaTheme="majorEastAsia" w:cstheme="majorBidi"/>
      <w:i/>
      <w:iCs/>
      <w:color w:val="404040" w:themeColor="text1" w:themeTint="BF"/>
    </w:rPr>
  </w:style>
  <w:style w:type="paragraph" w:styleId="Kop8">
    <w:name w:val="heading 8"/>
    <w:basedOn w:val="Standaard"/>
    <w:next w:val="Standaard"/>
    <w:link w:val="Kop8Char"/>
    <w:uiPriority w:val="9"/>
    <w:semiHidden/>
    <w:unhideWhenUsed/>
    <w:qFormat/>
    <w:rsid w:val="1AF72D40"/>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Kop9">
    <w:name w:val="heading 9"/>
    <w:basedOn w:val="Standaard"/>
    <w:next w:val="Standaard"/>
    <w:link w:val="Kop9Char"/>
    <w:uiPriority w:val="9"/>
    <w:semiHidden/>
    <w:unhideWhenUsed/>
    <w:qFormat/>
    <w:rsid w:val="1AF72D40"/>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1AF72D40"/>
    <w:pPr>
      <w:tabs>
        <w:tab w:val="center" w:pos="4680"/>
        <w:tab w:val="right" w:pos="9360"/>
      </w:tabs>
      <w:spacing w:after="0" w:line="240" w:lineRule="auto"/>
    </w:pPr>
  </w:style>
  <w:style w:type="character" w:styleId="KoptekstChar" w:customStyle="1">
    <w:name w:val="Koptekst Char"/>
    <w:basedOn w:val="Standaardalinea-lettertype"/>
    <w:link w:val="Koptekst"/>
    <w:uiPriority w:val="99"/>
    <w:rsid w:val="00E618BF"/>
  </w:style>
  <w:style w:type="paragraph" w:styleId="Voettekst">
    <w:name w:val="footer"/>
    <w:basedOn w:val="Standaard"/>
    <w:link w:val="VoettekstChar"/>
    <w:uiPriority w:val="99"/>
    <w:unhideWhenUsed/>
    <w:rsid w:val="1AF72D40"/>
    <w:pPr>
      <w:tabs>
        <w:tab w:val="center" w:pos="4680"/>
        <w:tab w:val="right" w:pos="9360"/>
      </w:tabs>
      <w:spacing w:after="0" w:line="240" w:lineRule="auto"/>
    </w:pPr>
  </w:style>
  <w:style w:type="character" w:styleId="VoettekstChar" w:customStyle="1">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styleId="Kop1Char" w:customStyle="1">
    <w:name w:val="Kop 1 Char"/>
    <w:basedOn w:val="Standaardalinea-lettertype"/>
    <w:link w:val="Kop1"/>
    <w:uiPriority w:val="9"/>
    <w:rsid w:val="00FC693F"/>
    <w:rPr>
      <w:rFonts w:asciiTheme="majorHAnsi" w:hAnsiTheme="majorHAnsi" w:eastAsiaTheme="majorEastAsia" w:cstheme="majorBidi"/>
      <w:b/>
      <w:bCs/>
      <w:color w:val="365F91" w:themeColor="accent1" w:themeShade="BF"/>
      <w:sz w:val="28"/>
      <w:szCs w:val="28"/>
    </w:rPr>
  </w:style>
  <w:style w:type="character" w:styleId="Kop2Char" w:customStyle="1">
    <w:name w:val="Kop 2 Char"/>
    <w:basedOn w:val="Standaardalinea-lettertype"/>
    <w:link w:val="Kop2"/>
    <w:uiPriority w:val="9"/>
    <w:rsid w:val="00FC693F"/>
    <w:rPr>
      <w:rFonts w:asciiTheme="majorHAnsi" w:hAnsiTheme="majorHAnsi" w:eastAsiaTheme="majorEastAsia" w:cstheme="majorBidi"/>
      <w:b/>
      <w:bCs/>
      <w:color w:val="4F81BD" w:themeColor="accent1"/>
      <w:sz w:val="26"/>
      <w:szCs w:val="26"/>
    </w:rPr>
  </w:style>
  <w:style w:type="character" w:styleId="Kop3Char" w:customStyle="1">
    <w:name w:val="Kop 3 Char"/>
    <w:basedOn w:val="Standaardalinea-lettertype"/>
    <w:link w:val="Kop3"/>
    <w:uiPriority w:val="9"/>
    <w:rsid w:val="00FC693F"/>
    <w:rPr>
      <w:rFonts w:asciiTheme="majorHAnsi" w:hAnsiTheme="majorHAnsi" w:eastAsiaTheme="majorEastAsia" w:cstheme="majorBidi"/>
      <w:b/>
      <w:bCs/>
      <w:color w:val="4F81BD" w:themeColor="accent1"/>
    </w:rPr>
  </w:style>
  <w:style w:type="paragraph" w:styleId="Titel">
    <w:name w:val="Title"/>
    <w:basedOn w:val="Standaard"/>
    <w:next w:val="Standaard"/>
    <w:link w:val="TitelChar"/>
    <w:uiPriority w:val="10"/>
    <w:qFormat/>
    <w:rsid w:val="1AF72D40"/>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z w:val="52"/>
      <w:szCs w:val="52"/>
    </w:rPr>
  </w:style>
  <w:style w:type="character" w:styleId="TitelChar" w:customStyle="1">
    <w:name w:val="Titel Char"/>
    <w:basedOn w:val="Standaardalinea-lettertype"/>
    <w:link w:val="Titel"/>
    <w:uiPriority w:val="10"/>
    <w:rsid w:val="00FC693F"/>
    <w:rPr>
      <w:rFonts w:asciiTheme="majorHAnsi" w:hAnsiTheme="majorHAnsi" w:eastAsiaTheme="majorEastAsia"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1AF72D40"/>
    <w:rPr>
      <w:rFonts w:asciiTheme="majorHAnsi" w:hAnsiTheme="majorHAnsi" w:eastAsiaTheme="majorEastAsia" w:cstheme="majorBidi"/>
      <w:i/>
      <w:iCs/>
      <w:color w:val="4F81BD" w:themeColor="accent1"/>
      <w:sz w:val="24"/>
      <w:szCs w:val="24"/>
    </w:rPr>
  </w:style>
  <w:style w:type="character" w:styleId="OndertitelChar" w:customStyle="1">
    <w:name w:val="Ondertitel Char"/>
    <w:basedOn w:val="Standaardalinea-lettertype"/>
    <w:link w:val="Ondertitel"/>
    <w:uiPriority w:val="11"/>
    <w:rsid w:val="00FC693F"/>
    <w:rPr>
      <w:rFonts w:asciiTheme="majorHAnsi" w:hAnsiTheme="majorHAnsi" w:eastAsiaTheme="majorEastAsia" w:cstheme="majorBidi"/>
      <w:i/>
      <w:iCs/>
      <w:color w:val="4F81BD" w:themeColor="accent1"/>
      <w:spacing w:val="15"/>
      <w:sz w:val="24"/>
      <w:szCs w:val="24"/>
    </w:rPr>
  </w:style>
  <w:style w:type="paragraph" w:styleId="Lijstalinea">
    <w:name w:val="List Paragraph"/>
    <w:basedOn w:val="Standaard"/>
    <w:uiPriority w:val="34"/>
    <w:qFormat/>
    <w:rsid w:val="1AF72D40"/>
    <w:pPr>
      <w:ind w:left="720"/>
      <w:contextualSpacing/>
    </w:pPr>
  </w:style>
  <w:style w:type="paragraph" w:styleId="Plattetekst">
    <w:name w:val="Body Text"/>
    <w:basedOn w:val="Standaard"/>
    <w:link w:val="PlattetekstChar"/>
    <w:uiPriority w:val="99"/>
    <w:unhideWhenUsed/>
    <w:rsid w:val="1AF72D40"/>
    <w:pPr>
      <w:spacing w:after="120"/>
    </w:pPr>
  </w:style>
  <w:style w:type="character" w:styleId="PlattetekstChar" w:customStyle="1">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1AF72D40"/>
    <w:pPr>
      <w:spacing w:after="120" w:line="480" w:lineRule="auto"/>
    </w:pPr>
  </w:style>
  <w:style w:type="character" w:styleId="Plattetekst2Char" w:customStyle="1">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1AF72D40"/>
    <w:pPr>
      <w:spacing w:after="120"/>
    </w:pPr>
    <w:rPr>
      <w:sz w:val="16"/>
      <w:szCs w:val="16"/>
    </w:rPr>
  </w:style>
  <w:style w:type="character" w:styleId="Plattetekst3Char" w:customStyle="1">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1AF72D40"/>
    <w:pPr>
      <w:ind w:left="360" w:hanging="360"/>
      <w:contextualSpacing/>
    </w:pPr>
  </w:style>
  <w:style w:type="paragraph" w:styleId="Lijst2">
    <w:name w:val="List 2"/>
    <w:basedOn w:val="Standaard"/>
    <w:uiPriority w:val="99"/>
    <w:unhideWhenUsed/>
    <w:rsid w:val="1AF72D40"/>
    <w:pPr>
      <w:ind w:left="720" w:hanging="360"/>
      <w:contextualSpacing/>
    </w:pPr>
  </w:style>
  <w:style w:type="paragraph" w:styleId="Lijst3">
    <w:name w:val="List 3"/>
    <w:basedOn w:val="Standaard"/>
    <w:uiPriority w:val="99"/>
    <w:unhideWhenUsed/>
    <w:rsid w:val="1AF72D40"/>
    <w:pPr>
      <w:ind w:left="1080" w:hanging="360"/>
      <w:contextualSpacing/>
    </w:pPr>
  </w:style>
  <w:style w:type="paragraph" w:styleId="Lijstopsomteken">
    <w:name w:val="List Bullet"/>
    <w:basedOn w:val="Standaard"/>
    <w:uiPriority w:val="99"/>
    <w:unhideWhenUsed/>
    <w:rsid w:val="1AF72D40"/>
    <w:pPr>
      <w:numPr>
        <w:numId w:val="17"/>
      </w:numPr>
      <w:contextualSpacing/>
    </w:pPr>
  </w:style>
  <w:style w:type="paragraph" w:styleId="Lijstopsomteken2">
    <w:name w:val="List Bullet 2"/>
    <w:basedOn w:val="Standaard"/>
    <w:uiPriority w:val="99"/>
    <w:unhideWhenUsed/>
    <w:rsid w:val="1AF72D40"/>
    <w:pPr>
      <w:numPr>
        <w:numId w:val="18"/>
      </w:numPr>
      <w:contextualSpacing/>
    </w:pPr>
  </w:style>
  <w:style w:type="paragraph" w:styleId="Lijstopsomteken3">
    <w:name w:val="List Bullet 3"/>
    <w:basedOn w:val="Standaard"/>
    <w:uiPriority w:val="99"/>
    <w:unhideWhenUsed/>
    <w:rsid w:val="1AF72D40"/>
    <w:pPr>
      <w:numPr>
        <w:numId w:val="19"/>
      </w:numPr>
      <w:contextualSpacing/>
    </w:pPr>
  </w:style>
  <w:style w:type="paragraph" w:styleId="Lijstnummering">
    <w:name w:val="List Number"/>
    <w:basedOn w:val="Standaard"/>
    <w:uiPriority w:val="99"/>
    <w:unhideWhenUsed/>
    <w:rsid w:val="1AF72D40"/>
    <w:pPr>
      <w:numPr>
        <w:numId w:val="21"/>
      </w:numPr>
      <w:contextualSpacing/>
    </w:pPr>
  </w:style>
  <w:style w:type="paragraph" w:styleId="Lijstnummering2">
    <w:name w:val="List Number 2"/>
    <w:basedOn w:val="Standaard"/>
    <w:uiPriority w:val="99"/>
    <w:unhideWhenUsed/>
    <w:rsid w:val="1AF72D40"/>
    <w:pPr>
      <w:numPr>
        <w:numId w:val="22"/>
      </w:numPr>
      <w:contextualSpacing/>
    </w:pPr>
  </w:style>
  <w:style w:type="paragraph" w:styleId="Lijstnummering3">
    <w:name w:val="List Number 3"/>
    <w:basedOn w:val="Standaard"/>
    <w:uiPriority w:val="99"/>
    <w:unhideWhenUsed/>
    <w:rsid w:val="1AF72D40"/>
    <w:pPr>
      <w:numPr>
        <w:numId w:val="23"/>
      </w:numPr>
      <w:contextualSpacing/>
    </w:pPr>
  </w:style>
  <w:style w:type="paragraph" w:styleId="Lijstvoortzetting">
    <w:name w:val="List Continue"/>
    <w:basedOn w:val="Standaard"/>
    <w:uiPriority w:val="99"/>
    <w:unhideWhenUsed/>
    <w:rsid w:val="1AF72D40"/>
    <w:pPr>
      <w:spacing w:after="120"/>
      <w:ind w:left="360"/>
      <w:contextualSpacing/>
    </w:pPr>
  </w:style>
  <w:style w:type="paragraph" w:styleId="Lijstvoortzetting2">
    <w:name w:val="List Continue 2"/>
    <w:basedOn w:val="Standaard"/>
    <w:uiPriority w:val="99"/>
    <w:unhideWhenUsed/>
    <w:rsid w:val="1AF72D40"/>
    <w:pPr>
      <w:spacing w:after="120"/>
      <w:ind w:left="720"/>
      <w:contextualSpacing/>
    </w:pPr>
  </w:style>
  <w:style w:type="paragraph" w:styleId="Lijstvoortzetting3">
    <w:name w:val="List Continue 3"/>
    <w:basedOn w:val="Standaard"/>
    <w:uiPriority w:val="99"/>
    <w:unhideWhenUsed/>
    <w:rsid w:val="1AF72D40"/>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kstChar" w:customStyle="1">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1AF72D40"/>
    <w:rPr>
      <w:i/>
      <w:iCs/>
      <w:color w:val="000000" w:themeColor="text1"/>
    </w:rPr>
  </w:style>
  <w:style w:type="character" w:styleId="CitaatChar" w:customStyle="1">
    <w:name w:val="Citaat Char"/>
    <w:basedOn w:val="Standaardalinea-lettertype"/>
    <w:link w:val="Citaat"/>
    <w:uiPriority w:val="29"/>
    <w:rsid w:val="00FC693F"/>
    <w:rPr>
      <w:i/>
      <w:iCs/>
      <w:color w:val="000000" w:themeColor="text1"/>
    </w:rPr>
  </w:style>
  <w:style w:type="character" w:styleId="Kop4Char" w:customStyle="1">
    <w:name w:val="Kop 4 Char"/>
    <w:basedOn w:val="Standaardalinea-lettertype"/>
    <w:link w:val="Kop4"/>
    <w:uiPriority w:val="9"/>
    <w:semiHidden/>
    <w:rsid w:val="00FC693F"/>
    <w:rPr>
      <w:rFonts w:asciiTheme="majorHAnsi" w:hAnsiTheme="majorHAnsi" w:eastAsiaTheme="majorEastAsia" w:cstheme="majorBidi"/>
      <w:b/>
      <w:bCs/>
      <w:i/>
      <w:iCs/>
      <w:color w:val="4F81BD" w:themeColor="accent1"/>
    </w:rPr>
  </w:style>
  <w:style w:type="character" w:styleId="Kop5Char" w:customStyle="1">
    <w:name w:val="Kop 5 Char"/>
    <w:basedOn w:val="Standaardalinea-lettertype"/>
    <w:link w:val="Kop5"/>
    <w:uiPriority w:val="9"/>
    <w:semiHidden/>
    <w:rsid w:val="00FC693F"/>
    <w:rPr>
      <w:rFonts w:asciiTheme="majorHAnsi" w:hAnsiTheme="majorHAnsi" w:eastAsiaTheme="majorEastAsia" w:cstheme="majorBidi"/>
      <w:color w:val="243F60" w:themeColor="accent1" w:themeShade="7F"/>
    </w:rPr>
  </w:style>
  <w:style w:type="character" w:styleId="Kop6Char" w:customStyle="1">
    <w:name w:val="Kop 6 Char"/>
    <w:basedOn w:val="Standaardalinea-lettertype"/>
    <w:link w:val="Kop6"/>
    <w:uiPriority w:val="9"/>
    <w:semiHidden/>
    <w:rsid w:val="00FC693F"/>
    <w:rPr>
      <w:rFonts w:asciiTheme="majorHAnsi" w:hAnsiTheme="majorHAnsi" w:eastAsiaTheme="majorEastAsia" w:cstheme="majorBidi"/>
      <w:i/>
      <w:iCs/>
      <w:color w:val="243F60" w:themeColor="accent1" w:themeShade="7F"/>
    </w:rPr>
  </w:style>
  <w:style w:type="character" w:styleId="Kop7Char" w:customStyle="1">
    <w:name w:val="Kop 7 Char"/>
    <w:basedOn w:val="Standaardalinea-lettertype"/>
    <w:link w:val="Kop7"/>
    <w:uiPriority w:val="9"/>
    <w:semiHidden/>
    <w:rsid w:val="00FC693F"/>
    <w:rPr>
      <w:rFonts w:asciiTheme="majorHAnsi" w:hAnsiTheme="majorHAnsi" w:eastAsiaTheme="majorEastAsia" w:cstheme="majorBidi"/>
      <w:i/>
      <w:iCs/>
      <w:color w:val="404040" w:themeColor="text1" w:themeTint="BF"/>
    </w:rPr>
  </w:style>
  <w:style w:type="character" w:styleId="Kop8Char" w:customStyle="1">
    <w:name w:val="Kop 8 Char"/>
    <w:basedOn w:val="Standaardalinea-lettertype"/>
    <w:link w:val="Kop8"/>
    <w:uiPriority w:val="9"/>
    <w:semiHidden/>
    <w:rsid w:val="00FC693F"/>
    <w:rPr>
      <w:rFonts w:asciiTheme="majorHAnsi" w:hAnsiTheme="majorHAnsi" w:eastAsiaTheme="majorEastAsia" w:cstheme="majorBidi"/>
      <w:color w:val="4F81BD" w:themeColor="accent1"/>
      <w:sz w:val="20"/>
      <w:szCs w:val="20"/>
    </w:rPr>
  </w:style>
  <w:style w:type="character" w:styleId="Kop9Char" w:customStyle="1">
    <w:name w:val="Kop 9 Char"/>
    <w:basedOn w:val="Standaardalinea-lettertype"/>
    <w:link w:val="Kop9"/>
    <w:uiPriority w:val="9"/>
    <w:semiHidden/>
    <w:rsid w:val="00FC693F"/>
    <w:rPr>
      <w:rFonts w:asciiTheme="majorHAnsi" w:hAnsiTheme="majorHAnsi" w:eastAsiaTheme="majorEastAsia" w:cstheme="majorBidi"/>
      <w:i/>
      <w:iCs/>
      <w:color w:val="404040" w:themeColor="text1" w:themeTint="BF"/>
      <w:sz w:val="20"/>
      <w:szCs w:val="20"/>
    </w:rPr>
  </w:style>
  <w:style w:type="paragraph" w:styleId="Bijschrift">
    <w:name w:val="caption"/>
    <w:basedOn w:val="Standaard"/>
    <w:next w:val="Standaard"/>
    <w:uiPriority w:val="35"/>
    <w:semiHidden/>
    <w:unhideWhenUsed/>
    <w:qFormat/>
    <w:rsid w:val="1AF72D40"/>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1AF72D40"/>
    <w:pPr>
      <w:pBdr>
        <w:bottom w:val="single" w:color="4F81BD" w:themeColor="accent1" w:sz="4" w:space="4"/>
      </w:pBdr>
      <w:spacing w:before="200" w:after="280"/>
      <w:ind w:left="936" w:right="936"/>
    </w:pPr>
    <w:rPr>
      <w:b/>
      <w:bCs/>
      <w:i/>
      <w:iCs/>
      <w:color w:val="4F81BD" w:themeColor="accent1"/>
    </w:rPr>
  </w:style>
  <w:style w:type="character" w:styleId="DuidelijkcitaatChar" w:customStyle="1">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chtearcering1" w:customStyle="1">
    <w:name w:val="Lichte arcering1"/>
    <w:basedOn w:val="Standaardtabel"/>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1" w:customStyle="1">
    <w:name w:val="Lichte arcering - accent 11"/>
    <w:basedOn w:val="Standaardtabel"/>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1" w:customStyle="1">
    <w:name w:val="Lichte lijst1"/>
    <w:basedOn w:val="Standaardtabe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chtelijst-accent11" w:customStyle="1">
    <w:name w:val="Lichte lijst - accent 11"/>
    <w:basedOn w:val="Standaardtabe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chtraster1" w:customStyle="1">
    <w:name w:val="Licht raster1"/>
    <w:basedOn w:val="Standaardtabe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chtraster-accent11" w:customStyle="1">
    <w:name w:val="Licht raster - accent 11"/>
    <w:basedOn w:val="Standaardtabe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Gemiddeldearcering11" w:customStyle="1">
    <w:name w:val="Gemiddelde arcering 11"/>
    <w:basedOn w:val="Standaardtabe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1" w:customStyle="1">
    <w:name w:val="Gemiddelde arcering 1 - accent 11"/>
    <w:basedOn w:val="Standaardtabe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1" w:customStyle="1">
    <w:name w:val="Gemiddelde arcering 21"/>
    <w:basedOn w:val="Standaardtabe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11" w:customStyle="1">
    <w:name w:val="Gemiddelde arcering 2 - accent 11"/>
    <w:basedOn w:val="Standaardtabe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lijst11" w:customStyle="1">
    <w:name w:val="Gemiddelde lijst 11"/>
    <w:basedOn w:val="Standaardtabel"/>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1" w:customStyle="1">
    <w:name w:val="Gemiddelde lijst 1 - accent 11"/>
    <w:basedOn w:val="Standaardtabel"/>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1" w:customStyle="1">
    <w:name w:val="Gemiddelde lijst 21"/>
    <w:basedOn w:val="Standaardtabe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1" w:customStyle="1">
    <w:name w:val="Gemiddeld raster 11"/>
    <w:basedOn w:val="Standaardtabe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1" w:customStyle="1">
    <w:name w:val="Gemiddeld raster 21"/>
    <w:basedOn w:val="Standaardtabe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Gemiddeldraster31" w:customStyle="1">
    <w:name w:val="Gemiddeld raster 31"/>
    <w:basedOn w:val="Standaardtabe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onkerelijst1" w:customStyle="1">
    <w:name w:val="Donkere lijst1"/>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1" w:customStyle="1">
    <w:name w:val="Kleurrijke arcering1"/>
    <w:basedOn w:val="Standaardtabe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1" w:customStyle="1">
    <w:name w:val="Kleurrijke lijst1"/>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1" w:customStyle="1">
    <w:name w:val="Kleurrijk raster1"/>
    <w:basedOn w:val="Standaardtabe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ntekst">
    <w:name w:val="Balloon Text"/>
    <w:basedOn w:val="Standaard"/>
    <w:link w:val="BallontekstChar"/>
    <w:uiPriority w:val="99"/>
    <w:semiHidden/>
    <w:unhideWhenUsed/>
    <w:rsid w:val="1AF72D40"/>
    <w:pPr>
      <w:spacing w:after="0"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8A3349"/>
    <w:rPr>
      <w:rFonts w:ascii="Tahoma" w:hAnsi="Tahoma" w:cs="Tahoma"/>
      <w:sz w:val="16"/>
      <w:szCs w:val="16"/>
    </w:rPr>
  </w:style>
  <w:style w:type="paragraph" w:styleId="Voetnoottekst">
    <w:name w:val="footnote text"/>
    <w:basedOn w:val="Standaard"/>
    <w:link w:val="VoetnoottekstChar"/>
    <w:uiPriority w:val="99"/>
    <w:semiHidden/>
    <w:unhideWhenUsed/>
    <w:rsid w:val="1AF72D40"/>
    <w:pPr>
      <w:spacing w:after="0" w:line="240" w:lineRule="auto"/>
    </w:pPr>
    <w:rPr>
      <w:sz w:val="20"/>
      <w:szCs w:val="20"/>
    </w:rPr>
  </w:style>
  <w:style w:type="character" w:styleId="VoetnoottekstChar" w:customStyle="1">
    <w:name w:val="Voetnoottekst Char"/>
    <w:basedOn w:val="Standaardalinea-lettertype"/>
    <w:link w:val="Voetnoottekst"/>
    <w:uiPriority w:val="99"/>
    <w:semiHidden/>
    <w:rsid w:val="00536A09"/>
    <w:rPr>
      <w:sz w:val="20"/>
      <w:szCs w:val="20"/>
    </w:rPr>
  </w:style>
  <w:style w:type="character" w:styleId="Voetnootmarkering">
    <w:name w:val="footnote reference"/>
    <w:basedOn w:val="Standaardalinea-lettertype"/>
    <w:uiPriority w:val="99"/>
    <w:semiHidden/>
    <w:unhideWhenUsed/>
    <w:rsid w:val="00536A09"/>
    <w:rPr>
      <w:vertAlign w:val="superscript"/>
    </w:rPr>
  </w:style>
  <w:style w:type="character" w:styleId="Hyperlink">
    <w:name w:val="Hyperlink"/>
    <w:basedOn w:val="Standaardalinea-lettertype"/>
    <w:uiPriority w:val="99"/>
    <w:unhideWhenUsed/>
    <w:rsid w:val="009D5116"/>
    <w:rPr>
      <w:color w:val="0000FF" w:themeColor="hyperlink"/>
      <w:u w:val="single"/>
    </w:rPr>
  </w:style>
  <w:style w:type="paragraph" w:styleId="Inhopg1">
    <w:name w:val="toc 1"/>
    <w:basedOn w:val="Standaard"/>
    <w:next w:val="Standaard"/>
    <w:uiPriority w:val="39"/>
    <w:unhideWhenUsed/>
    <w:rsid w:val="1AF72D40"/>
    <w:pPr>
      <w:spacing w:after="100"/>
    </w:pPr>
  </w:style>
  <w:style w:type="paragraph" w:styleId="Inhopg2">
    <w:name w:val="toc 2"/>
    <w:basedOn w:val="Standaard"/>
    <w:next w:val="Standaard"/>
    <w:uiPriority w:val="39"/>
    <w:unhideWhenUsed/>
    <w:rsid w:val="1AF72D40"/>
    <w:pPr>
      <w:spacing w:after="100"/>
      <w:ind w:left="220"/>
    </w:p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styleId="TekstopmerkingChar" w:customStyle="1">
    <w:name w:val="Tekst opmerking Char"/>
    <w:basedOn w:val="Standaardalinea-lettertype"/>
    <w:link w:val="Tekstopmerking"/>
    <w:uiPriority w:val="99"/>
    <w:semiHidden/>
    <w:rPr>
      <w:sz w:val="20"/>
      <w:szCs w:val="20"/>
      <w:lang w:val="nl-NL"/>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mr-ikc-alexia@pcboleeuwarden.nl" TargetMode="External" Id="Rc1855ae89372485d" /></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9EA9DB8BB97B94AA7983F59F17275BB" ma:contentTypeVersion="4" ma:contentTypeDescription="Een nieuw document maken." ma:contentTypeScope="" ma:versionID="2b692b7cb5d4383869c02d7d11b07634">
  <xsd:schema xmlns:xsd="http://www.w3.org/2001/XMLSchema" xmlns:xs="http://www.w3.org/2001/XMLSchema" xmlns:p="http://schemas.microsoft.com/office/2006/metadata/properties" xmlns:ns2="cc616e94-6162-432b-bd66-864ab26b4201" targetNamespace="http://schemas.microsoft.com/office/2006/metadata/properties" ma:root="true" ma:fieldsID="8e9b129ea53959a79ecbfe9d58ee51c4" ns2:_="">
    <xsd:import namespace="cc616e94-6162-432b-bd66-864ab26b42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616e94-6162-432b-bd66-864ab26b42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AE30BF-CA18-48CB-B8E2-8608C7D438F4}">
  <ds:schemaRefs>
    <ds:schemaRef ds:uri="http://schemas.openxmlformats.org/officeDocument/2006/bibliography"/>
  </ds:schemaRefs>
</ds:datastoreItem>
</file>

<file path=customXml/itemProps2.xml><?xml version="1.0" encoding="utf-8"?>
<ds:datastoreItem xmlns:ds="http://schemas.openxmlformats.org/officeDocument/2006/customXml" ds:itemID="{36F1F8F5-0E14-49B9-BD3E-BFFB50295491}">
  <ds:schemaRefs>
    <ds:schemaRef ds:uri="http://purl.org/dc/elements/1.1/"/>
    <ds:schemaRef ds:uri="cc616e94-6162-432b-bd66-864ab26b4201"/>
    <ds:schemaRef ds:uri="http://purl.org/dc/dcmitype/"/>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57EA7B66-8947-41CE-955A-DBFD069F284D}">
  <ds:schemaRefs>
    <ds:schemaRef ds:uri="http://schemas.microsoft.com/sharepoint/v3/contenttype/forms"/>
  </ds:schemaRefs>
</ds:datastoreItem>
</file>

<file path=customXml/itemProps4.xml><?xml version="1.0" encoding="utf-8"?>
<ds:datastoreItem xmlns:ds="http://schemas.openxmlformats.org/officeDocument/2006/customXml" ds:itemID="{C1647178-63BA-4BA8-8D90-B7A47F7AD2D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HP</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python-docx</dc:creator>
  <dc:description>generated by python-docx</dc:description>
  <lastModifiedBy>petrawb</lastModifiedBy>
  <revision>28</revision>
  <dcterms:created xsi:type="dcterms:W3CDTF">2025-03-01T13:22:00.0000000Z</dcterms:created>
  <dcterms:modified xsi:type="dcterms:W3CDTF">2025-12-09T18:56:25.2800724Z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0x01010059EA9DB8BB97B94AA7983F59F17275BB</vt:lpwstr>
  </property>
</Properties>
</file>